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7AFC3" w14:textId="77777777" w:rsidR="00E13184" w:rsidRDefault="0065474C">
      <w:pPr>
        <w:pStyle w:val="Title"/>
        <w:keepNext/>
        <w:tabs>
          <w:tab w:val="left" w:pos="360"/>
          <w:tab w:val="left" w:pos="720"/>
        </w:tabs>
        <w:rPr>
          <w:b/>
          <w:bCs/>
        </w:rPr>
      </w:pPr>
      <w:r>
        <w:t>The Tangent Method For Determining The Galactic Rotational Velocity</w:t>
      </w:r>
    </w:p>
    <w:p w14:paraId="1F4E9187" w14:textId="77777777" w:rsidR="00E13184" w:rsidRDefault="0065474C">
      <w:pPr>
        <w:pStyle w:val="Subtitle"/>
        <w:keepNext/>
        <w:rPr>
          <w:b/>
          <w:bCs/>
          <w:i/>
          <w:szCs w:val="22"/>
        </w:rPr>
      </w:pPr>
      <w:r>
        <w:t>Velocity Curve Activity</w:t>
      </w:r>
    </w:p>
    <w:p w14:paraId="243198AC" w14:textId="77777777" w:rsidR="00E13184" w:rsidRDefault="00E13184">
      <w:pPr>
        <w:tabs>
          <w:tab w:val="left" w:pos="360"/>
          <w:tab w:val="left" w:pos="720"/>
        </w:tabs>
        <w:spacing w:after="0"/>
        <w:rPr>
          <w:szCs w:val="22"/>
        </w:rPr>
      </w:pPr>
    </w:p>
    <w:p w14:paraId="1DBAD3E8" w14:textId="77777777" w:rsidR="00E13184" w:rsidRDefault="0065474C">
      <w:pPr>
        <w:tabs>
          <w:tab w:val="left" w:pos="360"/>
          <w:tab w:val="left" w:pos="720"/>
        </w:tabs>
        <w:spacing w:after="120"/>
        <w:ind w:left="360"/>
        <w:rPr>
          <w:szCs w:val="22"/>
        </w:rPr>
      </w:pPr>
      <w:r>
        <w:rPr>
          <w:szCs w:val="22"/>
        </w:rPr>
        <w:t>Study the figures below to try to understand the “tangent method”, applied to radio astronomy spectra. This method is used for determining the speed of the galaxy as a function of distance from the galactic center (GC).</w:t>
      </w:r>
    </w:p>
    <w:p w14:paraId="23602175" w14:textId="77777777" w:rsidR="00E13184" w:rsidRDefault="0065474C">
      <w:pPr>
        <w:tabs>
          <w:tab w:val="left" w:pos="360"/>
          <w:tab w:val="left" w:pos="720"/>
        </w:tabs>
        <w:spacing w:before="86" w:after="120"/>
        <w:ind w:left="360"/>
        <w:rPr>
          <w:szCs w:val="22"/>
        </w:rPr>
      </w:pPr>
      <w:r>
        <w:rPr>
          <w:szCs w:val="22"/>
        </w:rPr>
        <w:t>Note the following:</w:t>
      </w:r>
    </w:p>
    <w:p w14:paraId="39F0457E" w14:textId="77777777" w:rsidR="00E13184" w:rsidRDefault="0065474C">
      <w:pPr>
        <w:numPr>
          <w:ilvl w:val="1"/>
          <w:numId w:val="1"/>
        </w:numPr>
        <w:tabs>
          <w:tab w:val="left" w:pos="360"/>
        </w:tabs>
        <w:spacing w:before="120" w:after="120"/>
        <w:ind w:left="900"/>
        <w:rPr>
          <w:szCs w:val="22"/>
        </w:rPr>
      </w:pPr>
      <w:r>
        <w:rPr>
          <w:szCs w:val="22"/>
        </w:rPr>
        <w:t xml:space="preserve">A radio telescope will detect radio waves from objects at </w:t>
      </w:r>
      <w:r>
        <w:rPr>
          <w:szCs w:val="22"/>
          <w:u w:val="single"/>
        </w:rPr>
        <w:t>all</w:t>
      </w:r>
      <w:r>
        <w:rPr>
          <w:szCs w:val="22"/>
        </w:rPr>
        <w:t xml:space="preserve"> points along the same line from the galaxy, regardless of the distance of those points from the earth (i.e. the sun in the diagrams).</w:t>
      </w:r>
    </w:p>
    <w:p w14:paraId="51A6D142" w14:textId="77777777" w:rsidR="00E13184" w:rsidRDefault="0065474C">
      <w:pPr>
        <w:numPr>
          <w:ilvl w:val="1"/>
          <w:numId w:val="1"/>
        </w:numPr>
        <w:tabs>
          <w:tab w:val="left" w:pos="360"/>
        </w:tabs>
        <w:spacing w:before="120" w:after="120"/>
        <w:ind w:left="900"/>
        <w:rPr>
          <w:szCs w:val="22"/>
        </w:rPr>
      </w:pPr>
      <w:r>
        <w:rPr>
          <w:szCs w:val="22"/>
        </w:rPr>
        <w:t>Assume the hydrogen is moving in circular orbits around the galactic center.</w:t>
      </w:r>
    </w:p>
    <w:p w14:paraId="07B6ACB1" w14:textId="77777777" w:rsidR="00E13184" w:rsidRDefault="0065474C">
      <w:pPr>
        <w:numPr>
          <w:ilvl w:val="1"/>
          <w:numId w:val="1"/>
        </w:numPr>
        <w:tabs>
          <w:tab w:val="left" w:pos="360"/>
        </w:tabs>
        <w:spacing w:before="120" w:after="120"/>
        <w:ind w:left="900"/>
        <w:rPr>
          <w:szCs w:val="22"/>
        </w:rPr>
      </w:pPr>
      <w:r>
        <w:rPr>
          <w:szCs w:val="22"/>
        </w:rPr>
        <w:t>The motion of the hydrogen whose tangent motion is along the direction toward the sun has the greatest speed along the line of sight from the sun compared to points where the motion is not tangent, as illustrated in Figure 1.</w:t>
      </w:r>
    </w:p>
    <w:p w14:paraId="060BC25E" w14:textId="77777777" w:rsidR="00E13184" w:rsidRDefault="00E13184">
      <w:pPr>
        <w:tabs>
          <w:tab w:val="left" w:pos="360"/>
        </w:tabs>
        <w:spacing w:before="120" w:after="0"/>
        <w:rPr>
          <w:szCs w:val="22"/>
        </w:rPr>
      </w:pPr>
    </w:p>
    <w:p w14:paraId="0C2C4F3E" w14:textId="77777777" w:rsidR="00E13184" w:rsidRDefault="0065474C">
      <w:pPr>
        <w:tabs>
          <w:tab w:val="left" w:pos="360"/>
        </w:tabs>
        <w:spacing w:before="120" w:after="0"/>
        <w:rPr>
          <w:szCs w:val="22"/>
        </w:rPr>
      </w:pPr>
      <w:r>
        <w:rPr>
          <w:noProof/>
          <w:szCs w:val="22"/>
        </w:rPr>
        <mc:AlternateContent>
          <mc:Choice Requires="wpg">
            <w:drawing>
              <wp:inline distT="0" distB="0" distL="0" distR="0" wp14:anchorId="27CDB5F0" wp14:editId="19C972A2">
                <wp:extent cx="5080000" cy="3104972"/>
                <wp:effectExtent l="0" t="0" r="0" b="0"/>
                <wp:docPr id="2" name="Group 2"/>
                <wp:cNvGraphicFramePr/>
                <a:graphic xmlns:a="http://schemas.openxmlformats.org/drawingml/2006/main">
                  <a:graphicData uri="http://schemas.microsoft.com/office/word/2010/wordprocessingGroup">
                    <wpg:wgp>
                      <wpg:cNvGrpSpPr/>
                      <wpg:grpSpPr>
                        <a:xfrm>
                          <a:off x="0" y="0"/>
                          <a:ext cx="5080000" cy="3104972"/>
                          <a:chOff x="2806375" y="2355300"/>
                          <a:chExt cx="5079625" cy="3091125"/>
                        </a:xfrm>
                      </wpg:grpSpPr>
                      <wps:wsp>
                        <wps:cNvPr id="1437397096" name="Straight Arrow Connector 1437397096"/>
                        <wps:cNvCnPr/>
                        <wps:spPr>
                          <a:xfrm rot="10800000">
                            <a:off x="3953340" y="2355300"/>
                            <a:ext cx="720" cy="2463840"/>
                          </a:xfrm>
                          <a:prstGeom prst="straightConnector1">
                            <a:avLst/>
                          </a:prstGeom>
                          <a:noFill/>
                          <a:ln w="19050" cap="flat" cmpd="sng">
                            <a:solidFill>
                              <a:srgbClr val="000000"/>
                            </a:solidFill>
                            <a:prstDash val="solid"/>
                            <a:round/>
                            <a:headEnd type="stealth" w="med" len="med"/>
                            <a:tailEnd type="stealth" w="med" len="med"/>
                          </a:ln>
                        </wps:spPr>
                        <wps:bodyPr/>
                      </wps:wsp>
                      <wps:wsp>
                        <wps:cNvPr id="50293084" name="Rectangle 50293084"/>
                        <wps:cNvSpPr/>
                        <wps:spPr>
                          <a:xfrm>
                            <a:off x="3946140" y="3204180"/>
                            <a:ext cx="388800" cy="229320"/>
                          </a:xfrm>
                          <a:prstGeom prst="rect">
                            <a:avLst/>
                          </a:prstGeom>
                          <a:noFill/>
                          <a:ln>
                            <a:noFill/>
                          </a:ln>
                        </wps:spPr>
                        <wps:txbx>
                          <w:txbxContent>
                            <w:p w14:paraId="737FCC59" w14:textId="77777777" w:rsidR="00E13184" w:rsidRDefault="0065474C">
                              <w:pPr>
                                <w:spacing w:after="0" w:line="240" w:lineRule="auto"/>
                                <w:jc w:val="center"/>
                                <w:textDirection w:val="btLr"/>
                              </w:pPr>
                              <w:r>
                                <w:rPr>
                                  <w:b/>
                                  <w:sz w:val="16"/>
                                </w:rPr>
                                <w:t>GC</w:t>
                              </w:r>
                            </w:p>
                          </w:txbxContent>
                        </wps:txbx>
                        <wps:bodyPr spcFirstLastPara="1" wrap="square" lIns="90000" tIns="45000" rIns="90000" bIns="45000" anchor="t" anchorCtr="0">
                          <a:noAutofit/>
                        </wps:bodyPr>
                      </wps:wsp>
                      <wps:wsp>
                        <wps:cNvPr id="1957826846" name="Rectangle 1957826846"/>
                        <wps:cNvSpPr/>
                        <wps:spPr>
                          <a:xfrm>
                            <a:off x="3959105" y="4522482"/>
                            <a:ext cx="411600" cy="232800"/>
                          </a:xfrm>
                          <a:prstGeom prst="rect">
                            <a:avLst/>
                          </a:prstGeom>
                          <a:noFill/>
                          <a:ln>
                            <a:noFill/>
                          </a:ln>
                        </wps:spPr>
                        <wps:txbx>
                          <w:txbxContent>
                            <w:p w14:paraId="18DFC9BA" w14:textId="77777777" w:rsidR="00E13184" w:rsidRDefault="0065474C">
                              <w:pPr>
                                <w:spacing w:after="0" w:line="240" w:lineRule="auto"/>
                                <w:textDirection w:val="btLr"/>
                              </w:pPr>
                              <w:r>
                                <w:rPr>
                                  <w:b/>
                                  <w:sz w:val="16"/>
                                </w:rPr>
                                <w:t>sun</w:t>
                              </w:r>
                            </w:p>
                          </w:txbxContent>
                        </wps:txbx>
                        <wps:bodyPr spcFirstLastPara="1" wrap="square" lIns="90000" tIns="45000" rIns="90000" bIns="45000" anchor="t" anchorCtr="0">
                          <a:noAutofit/>
                        </wps:bodyPr>
                      </wps:wsp>
                      <wps:wsp>
                        <wps:cNvPr id="1933345198" name="Rectangle 1933345198"/>
                        <wps:cNvSpPr/>
                        <wps:spPr>
                          <a:xfrm>
                            <a:off x="2806380" y="2843100"/>
                            <a:ext cx="392400" cy="353520"/>
                          </a:xfrm>
                          <a:prstGeom prst="rect">
                            <a:avLst/>
                          </a:prstGeom>
                          <a:noFill/>
                          <a:ln>
                            <a:noFill/>
                          </a:ln>
                        </wps:spPr>
                        <wps:txbx>
                          <w:txbxContent>
                            <w:p w14:paraId="3697E06F" w14:textId="77777777" w:rsidR="00E13184" w:rsidRDefault="0065474C">
                              <w:pPr>
                                <w:spacing w:after="0" w:line="240" w:lineRule="auto"/>
                                <w:jc w:val="center"/>
                                <w:textDirection w:val="btLr"/>
                              </w:pPr>
                              <w:r>
                                <w:rPr>
                                  <w:b/>
                                  <w:color w:val="CE181E"/>
                                  <w:sz w:val="16"/>
                                </w:rPr>
                                <w:t>Too far</w:t>
                              </w:r>
                            </w:p>
                          </w:txbxContent>
                        </wps:txbx>
                        <wps:bodyPr spcFirstLastPara="1" wrap="square" lIns="90000" tIns="45000" rIns="90000" bIns="45000" anchor="t" anchorCtr="0">
                          <a:noAutofit/>
                        </wps:bodyPr>
                      </wps:wsp>
                      <wps:wsp>
                        <wps:cNvPr id="1426909879" name="Straight Arrow Connector 1426909879"/>
                        <wps:cNvCnPr/>
                        <wps:spPr>
                          <a:xfrm rot="10800000">
                            <a:off x="3012600" y="2438640"/>
                            <a:ext cx="935700" cy="2225700"/>
                          </a:xfrm>
                          <a:prstGeom prst="straightConnector1">
                            <a:avLst/>
                          </a:prstGeom>
                          <a:noFill/>
                          <a:ln w="9525" cap="flat" cmpd="sng">
                            <a:solidFill>
                              <a:srgbClr val="000000"/>
                            </a:solidFill>
                            <a:prstDash val="dash"/>
                            <a:round/>
                            <a:headEnd type="none" w="sm" len="sm"/>
                            <a:tailEnd type="stealth" w="med" len="med"/>
                          </a:ln>
                        </wps:spPr>
                        <wps:bodyPr/>
                      </wps:wsp>
                      <wps:wsp>
                        <wps:cNvPr id="112771008" name="Rectangle 112771008"/>
                        <wps:cNvSpPr/>
                        <wps:spPr>
                          <a:xfrm>
                            <a:off x="3313260" y="4005180"/>
                            <a:ext cx="442440" cy="353160"/>
                          </a:xfrm>
                          <a:prstGeom prst="rect">
                            <a:avLst/>
                          </a:prstGeom>
                          <a:noFill/>
                          <a:ln>
                            <a:noFill/>
                          </a:ln>
                        </wps:spPr>
                        <wps:txbx>
                          <w:txbxContent>
                            <w:p w14:paraId="7317E5B2" w14:textId="77777777" w:rsidR="00E13184" w:rsidRDefault="0065474C">
                              <w:pPr>
                                <w:spacing w:after="0" w:line="240" w:lineRule="auto"/>
                                <w:jc w:val="center"/>
                                <w:textDirection w:val="btLr"/>
                              </w:pPr>
                              <w:r>
                                <w:rPr>
                                  <w:b/>
                                  <w:color w:val="009900"/>
                                  <w:sz w:val="16"/>
                                </w:rPr>
                                <w:t>Too close</w:t>
                              </w:r>
                            </w:p>
                          </w:txbxContent>
                        </wps:txbx>
                        <wps:bodyPr spcFirstLastPara="1" wrap="square" lIns="90000" tIns="45000" rIns="90000" bIns="45000" anchor="t" anchorCtr="0">
                          <a:noAutofit/>
                        </wps:bodyPr>
                      </wps:wsp>
                      <wps:wsp>
                        <wps:cNvPr id="749366084" name="Rectangle 749366084"/>
                        <wps:cNvSpPr/>
                        <wps:spPr>
                          <a:xfrm>
                            <a:off x="2914380" y="3381300"/>
                            <a:ext cx="568440" cy="353520"/>
                          </a:xfrm>
                          <a:prstGeom prst="rect">
                            <a:avLst/>
                          </a:prstGeom>
                          <a:noFill/>
                          <a:ln>
                            <a:noFill/>
                          </a:ln>
                        </wps:spPr>
                        <wps:txbx>
                          <w:txbxContent>
                            <w:p w14:paraId="34F40D70" w14:textId="77777777" w:rsidR="00E13184" w:rsidRDefault="0065474C">
                              <w:pPr>
                                <w:spacing w:after="0" w:line="240" w:lineRule="auto"/>
                                <w:jc w:val="center"/>
                                <w:textDirection w:val="btLr"/>
                              </w:pPr>
                              <w:r>
                                <w:rPr>
                                  <w:b/>
                                  <w:color w:val="0066FF"/>
                                  <w:sz w:val="16"/>
                                </w:rPr>
                                <w:t>Tangent point</w:t>
                              </w:r>
                            </w:p>
                          </w:txbxContent>
                        </wps:txbx>
                        <wps:bodyPr spcFirstLastPara="1" wrap="square" lIns="90000" tIns="45000" rIns="90000" bIns="45000" anchor="t" anchorCtr="0">
                          <a:noAutofit/>
                        </wps:bodyPr>
                      </wps:wsp>
                      <wps:wsp>
                        <wps:cNvPr id="220499623" name="Oval 220499623"/>
                        <wps:cNvSpPr/>
                        <wps:spPr>
                          <a:xfrm>
                            <a:off x="3428100" y="2766060"/>
                            <a:ext cx="1061640" cy="1071720"/>
                          </a:xfrm>
                          <a:prstGeom prst="ellipse">
                            <a:avLst/>
                          </a:prstGeom>
                          <a:noFill/>
                          <a:ln w="19050" cap="flat" cmpd="sng">
                            <a:solidFill>
                              <a:srgbClr val="666666"/>
                            </a:solidFill>
                            <a:prstDash val="dash"/>
                            <a:round/>
                            <a:headEnd type="none" w="sm" len="sm"/>
                            <a:tailEnd type="none" w="sm" len="sm"/>
                          </a:ln>
                        </wps:spPr>
                        <wps:txbx>
                          <w:txbxContent>
                            <w:p w14:paraId="4BC9C283" w14:textId="77777777" w:rsidR="00E13184" w:rsidRDefault="00E13184">
                              <w:pPr>
                                <w:spacing w:after="0" w:line="240" w:lineRule="auto"/>
                                <w:textDirection w:val="btLr"/>
                              </w:pPr>
                            </w:p>
                          </w:txbxContent>
                        </wps:txbx>
                        <wps:bodyPr spcFirstLastPara="1" wrap="square" lIns="91425" tIns="91425" rIns="91425" bIns="91425" anchor="ctr" anchorCtr="0">
                          <a:noAutofit/>
                        </wps:bodyPr>
                      </wps:wsp>
                      <wps:wsp>
                        <wps:cNvPr id="1570618537" name="Oval 1570618537"/>
                        <wps:cNvSpPr/>
                        <wps:spPr>
                          <a:xfrm>
                            <a:off x="3939300" y="3292020"/>
                            <a:ext cx="41760" cy="42480"/>
                          </a:xfrm>
                          <a:prstGeom prst="ellipse">
                            <a:avLst/>
                          </a:prstGeom>
                          <a:solidFill>
                            <a:srgbClr val="000000"/>
                          </a:solidFill>
                          <a:ln w="9525" cap="flat" cmpd="sng">
                            <a:solidFill>
                              <a:srgbClr val="000000"/>
                            </a:solidFill>
                            <a:prstDash val="solid"/>
                            <a:round/>
                            <a:headEnd type="none" w="sm" len="sm"/>
                            <a:tailEnd type="none" w="sm" len="sm"/>
                          </a:ln>
                        </wps:spPr>
                        <wps:txbx>
                          <w:txbxContent>
                            <w:p w14:paraId="7D0B8067" w14:textId="77777777" w:rsidR="00E13184" w:rsidRDefault="00E13184">
                              <w:pPr>
                                <w:spacing w:after="0" w:line="240" w:lineRule="auto"/>
                                <w:textDirection w:val="btLr"/>
                              </w:pPr>
                            </w:p>
                          </w:txbxContent>
                        </wps:txbx>
                        <wps:bodyPr spcFirstLastPara="1" wrap="square" lIns="91425" tIns="91425" rIns="91425" bIns="91425" anchor="ctr" anchorCtr="0">
                          <a:noAutofit/>
                        </wps:bodyPr>
                      </wps:wsp>
                      <wps:wsp>
                        <wps:cNvPr id="649513152" name="Oval 649513152"/>
                        <wps:cNvSpPr/>
                        <wps:spPr>
                          <a:xfrm>
                            <a:off x="3187640" y="2529103"/>
                            <a:ext cx="1532100" cy="1545600"/>
                          </a:xfrm>
                          <a:prstGeom prst="ellipse">
                            <a:avLst/>
                          </a:prstGeom>
                          <a:noFill/>
                          <a:ln w="19050" cap="flat" cmpd="sng">
                            <a:solidFill>
                              <a:srgbClr val="666666"/>
                            </a:solidFill>
                            <a:prstDash val="solid"/>
                            <a:round/>
                            <a:headEnd type="none" w="sm" len="sm"/>
                            <a:tailEnd type="none" w="sm" len="sm"/>
                          </a:ln>
                        </wps:spPr>
                        <wps:txbx>
                          <w:txbxContent>
                            <w:p w14:paraId="59776D20" w14:textId="77777777" w:rsidR="00E13184" w:rsidRDefault="00E13184">
                              <w:pPr>
                                <w:spacing w:after="0" w:line="240" w:lineRule="auto"/>
                                <w:textDirection w:val="btLr"/>
                              </w:pPr>
                            </w:p>
                          </w:txbxContent>
                        </wps:txbx>
                        <wps:bodyPr spcFirstLastPara="1" wrap="square" lIns="91425" tIns="91425" rIns="91425" bIns="91425" anchor="ctr" anchorCtr="0">
                          <a:noAutofit/>
                        </wps:bodyPr>
                      </wps:wsp>
                      <wps:wsp>
                        <wps:cNvPr id="1407102818" name="Straight Arrow Connector 1407102818"/>
                        <wps:cNvCnPr/>
                        <wps:spPr>
                          <a:xfrm rot="10800000" flipH="1">
                            <a:off x="3241260" y="2548980"/>
                            <a:ext cx="195120" cy="431640"/>
                          </a:xfrm>
                          <a:prstGeom prst="straightConnector1">
                            <a:avLst/>
                          </a:prstGeom>
                          <a:noFill/>
                          <a:ln w="18350" cap="flat" cmpd="sng">
                            <a:solidFill>
                              <a:srgbClr val="FF3333"/>
                            </a:solidFill>
                            <a:prstDash val="solid"/>
                            <a:round/>
                            <a:headEnd type="none" w="sm" len="sm"/>
                            <a:tailEnd type="triangle" w="med" len="med"/>
                          </a:ln>
                        </wps:spPr>
                        <wps:bodyPr/>
                      </wps:wsp>
                      <wps:wsp>
                        <wps:cNvPr id="2091292027" name="Straight Arrow Connector 2091292027"/>
                        <wps:cNvCnPr/>
                        <wps:spPr>
                          <a:xfrm rot="10800000">
                            <a:off x="3280860" y="3855060"/>
                            <a:ext cx="381600" cy="164520"/>
                          </a:xfrm>
                          <a:prstGeom prst="straightConnector1">
                            <a:avLst/>
                          </a:prstGeom>
                          <a:noFill/>
                          <a:ln w="18350" cap="flat" cmpd="sng">
                            <a:solidFill>
                              <a:srgbClr val="00FF00"/>
                            </a:solidFill>
                            <a:prstDash val="solid"/>
                            <a:round/>
                            <a:headEnd type="none" w="sm" len="sm"/>
                            <a:tailEnd type="triangle" w="med" len="med"/>
                          </a:ln>
                        </wps:spPr>
                        <wps:bodyPr/>
                      </wps:wsp>
                      <wps:wsp>
                        <wps:cNvPr id="790837572" name="Straight Arrow Connector 790837572"/>
                        <wps:cNvCnPr/>
                        <wps:spPr>
                          <a:xfrm rot="10800000">
                            <a:off x="3291660" y="3105900"/>
                            <a:ext cx="165600" cy="402120"/>
                          </a:xfrm>
                          <a:prstGeom prst="straightConnector1">
                            <a:avLst/>
                          </a:prstGeom>
                          <a:noFill/>
                          <a:ln w="27350" cap="flat" cmpd="sng">
                            <a:solidFill>
                              <a:srgbClr val="0066FF"/>
                            </a:solidFill>
                            <a:prstDash val="solid"/>
                            <a:round/>
                            <a:headEnd type="none" w="sm" len="sm"/>
                            <a:tailEnd type="triangle" w="med" len="med"/>
                          </a:ln>
                        </wps:spPr>
                        <wps:bodyPr/>
                      </wps:wsp>
                      <wps:wsp>
                        <wps:cNvPr id="660263498" name="Oval 660263498"/>
                        <wps:cNvSpPr/>
                        <wps:spPr>
                          <a:xfrm>
                            <a:off x="3592475" y="3934445"/>
                            <a:ext cx="134700" cy="135300"/>
                          </a:xfrm>
                          <a:prstGeom prst="ellipse">
                            <a:avLst/>
                          </a:prstGeom>
                          <a:noFill/>
                          <a:ln w="9525" cap="flat" cmpd="sng">
                            <a:solidFill>
                              <a:srgbClr val="00FF00"/>
                            </a:solidFill>
                            <a:prstDash val="solid"/>
                            <a:round/>
                            <a:headEnd type="none" w="sm" len="sm"/>
                            <a:tailEnd type="none" w="sm" len="sm"/>
                          </a:ln>
                        </wps:spPr>
                        <wps:txbx>
                          <w:txbxContent>
                            <w:p w14:paraId="50621D70" w14:textId="77777777" w:rsidR="00E13184" w:rsidRDefault="00E13184">
                              <w:pPr>
                                <w:spacing w:after="0" w:line="240" w:lineRule="auto"/>
                                <w:jc w:val="center"/>
                                <w:textDirection w:val="btLr"/>
                              </w:pPr>
                            </w:p>
                          </w:txbxContent>
                        </wps:txbx>
                        <wps:bodyPr spcFirstLastPara="1" wrap="square" lIns="90000" tIns="45000" rIns="90000" bIns="45000" anchor="ctr" anchorCtr="0">
                          <a:noAutofit/>
                        </wps:bodyPr>
                      </wps:wsp>
                      <wps:wsp>
                        <wps:cNvPr id="470041996" name="Oval 470041996"/>
                        <wps:cNvSpPr/>
                        <wps:spPr>
                          <a:xfrm>
                            <a:off x="3385638" y="3425538"/>
                            <a:ext cx="133800" cy="134700"/>
                          </a:xfrm>
                          <a:prstGeom prst="ellipse">
                            <a:avLst/>
                          </a:prstGeom>
                          <a:noFill/>
                          <a:ln w="9525" cap="flat" cmpd="sng">
                            <a:solidFill>
                              <a:srgbClr val="0066FF"/>
                            </a:solidFill>
                            <a:prstDash val="solid"/>
                            <a:round/>
                            <a:headEnd type="none" w="sm" len="sm"/>
                            <a:tailEnd type="none" w="sm" len="sm"/>
                          </a:ln>
                        </wps:spPr>
                        <wps:txbx>
                          <w:txbxContent>
                            <w:p w14:paraId="0DA16658" w14:textId="77777777" w:rsidR="00E13184" w:rsidRDefault="00E13184">
                              <w:pPr>
                                <w:spacing w:after="0" w:line="240" w:lineRule="auto"/>
                                <w:jc w:val="center"/>
                                <w:textDirection w:val="btLr"/>
                              </w:pPr>
                            </w:p>
                          </w:txbxContent>
                        </wps:txbx>
                        <wps:bodyPr spcFirstLastPara="1" wrap="square" lIns="90000" tIns="45000" rIns="90000" bIns="45000" anchor="ctr" anchorCtr="0">
                          <a:noAutofit/>
                        </wps:bodyPr>
                      </wps:wsp>
                      <wps:wsp>
                        <wps:cNvPr id="117058308" name="Oval 117058308"/>
                        <wps:cNvSpPr/>
                        <wps:spPr>
                          <a:xfrm>
                            <a:off x="3184760" y="2917000"/>
                            <a:ext cx="133200" cy="134700"/>
                          </a:xfrm>
                          <a:prstGeom prst="ellipse">
                            <a:avLst/>
                          </a:prstGeom>
                          <a:noFill/>
                          <a:ln w="9525" cap="flat" cmpd="sng">
                            <a:solidFill>
                              <a:srgbClr val="FF3333"/>
                            </a:solidFill>
                            <a:prstDash val="solid"/>
                            <a:round/>
                            <a:headEnd type="none" w="sm" len="sm"/>
                            <a:tailEnd type="none" w="sm" len="sm"/>
                          </a:ln>
                        </wps:spPr>
                        <wps:txbx>
                          <w:txbxContent>
                            <w:p w14:paraId="40EB17D6" w14:textId="77777777" w:rsidR="00E13184" w:rsidRDefault="00E13184">
                              <w:pPr>
                                <w:spacing w:after="0" w:line="240" w:lineRule="auto"/>
                                <w:jc w:val="center"/>
                                <w:textDirection w:val="btLr"/>
                              </w:pPr>
                            </w:p>
                          </w:txbxContent>
                        </wps:txbx>
                        <wps:bodyPr spcFirstLastPara="1" wrap="square" lIns="90000" tIns="45000" rIns="90000" bIns="45000" anchor="ctr" anchorCtr="0">
                          <a:noAutofit/>
                        </wps:bodyPr>
                      </wps:wsp>
                      <wps:wsp>
                        <wps:cNvPr id="1320376857" name="Rectangle 1320376857"/>
                        <wps:cNvSpPr/>
                        <wps:spPr>
                          <a:xfrm>
                            <a:off x="4719750" y="5014725"/>
                            <a:ext cx="878700" cy="431700"/>
                          </a:xfrm>
                          <a:prstGeom prst="rect">
                            <a:avLst/>
                          </a:prstGeom>
                          <a:noFill/>
                          <a:ln>
                            <a:noFill/>
                          </a:ln>
                        </wps:spPr>
                        <wps:txbx>
                          <w:txbxContent>
                            <w:p w14:paraId="577EECF2" w14:textId="77777777" w:rsidR="00E13184" w:rsidRDefault="0065474C">
                              <w:pPr>
                                <w:spacing w:before="86" w:after="0" w:line="240" w:lineRule="auto"/>
                                <w:jc w:val="center"/>
                                <w:textDirection w:val="btLr"/>
                              </w:pPr>
                              <w:r>
                                <w:rPr>
                                  <w:b/>
                                </w:rPr>
                                <w:t>Figure 1</w:t>
                              </w:r>
                            </w:p>
                          </w:txbxContent>
                        </wps:txbx>
                        <wps:bodyPr spcFirstLastPara="1" wrap="square" lIns="0" tIns="0" rIns="0" bIns="0" anchor="t" anchorCtr="0">
                          <a:noAutofit/>
                        </wps:bodyPr>
                      </wps:wsp>
                      <wps:wsp>
                        <wps:cNvPr id="857253330" name="Straight Arrow Connector 857253330"/>
                        <wps:cNvCnPr/>
                        <wps:spPr>
                          <a:xfrm>
                            <a:off x="5889420" y="4277340"/>
                            <a:ext cx="1996560" cy="0"/>
                          </a:xfrm>
                          <a:prstGeom prst="straightConnector1">
                            <a:avLst/>
                          </a:prstGeom>
                          <a:noFill/>
                          <a:ln w="18350" cap="flat" cmpd="sng">
                            <a:solidFill>
                              <a:srgbClr val="000000"/>
                            </a:solidFill>
                            <a:prstDash val="solid"/>
                            <a:round/>
                            <a:headEnd type="none" w="sm" len="sm"/>
                            <a:tailEnd type="triangle" w="med" len="med"/>
                          </a:ln>
                        </wps:spPr>
                        <wps:bodyPr/>
                      </wps:wsp>
                      <wps:wsp>
                        <wps:cNvPr id="45574746" name="Straight Arrow Connector 45574746"/>
                        <wps:cNvCnPr/>
                        <wps:spPr>
                          <a:xfrm rot="10800000">
                            <a:off x="5899500" y="2494260"/>
                            <a:ext cx="0" cy="1795680"/>
                          </a:xfrm>
                          <a:prstGeom prst="straightConnector1">
                            <a:avLst/>
                          </a:prstGeom>
                          <a:noFill/>
                          <a:ln w="18350" cap="flat" cmpd="sng">
                            <a:solidFill>
                              <a:srgbClr val="000000"/>
                            </a:solidFill>
                            <a:prstDash val="solid"/>
                            <a:round/>
                            <a:headEnd type="none" w="sm" len="sm"/>
                            <a:tailEnd type="triangle" w="med" len="med"/>
                          </a:ln>
                        </wps:spPr>
                        <wps:bodyPr/>
                      </wps:wsp>
                      <wps:wsp>
                        <wps:cNvPr id="612032371" name="Rectangle 612032371"/>
                        <wps:cNvSpPr/>
                        <wps:spPr>
                          <a:xfrm>
                            <a:off x="6101448" y="4342850"/>
                            <a:ext cx="1671000" cy="306600"/>
                          </a:xfrm>
                          <a:prstGeom prst="rect">
                            <a:avLst/>
                          </a:prstGeom>
                          <a:noFill/>
                          <a:ln>
                            <a:noFill/>
                          </a:ln>
                        </wps:spPr>
                        <wps:txbx>
                          <w:txbxContent>
                            <w:p w14:paraId="42E49F42" w14:textId="77777777" w:rsidR="00E13184" w:rsidRDefault="0065474C">
                              <w:pPr>
                                <w:spacing w:after="0" w:line="240" w:lineRule="auto"/>
                                <w:jc w:val="center"/>
                                <w:textDirection w:val="btLr"/>
                              </w:pPr>
                              <w:r>
                                <w:rPr>
                                  <w:b/>
                                  <w:sz w:val="20"/>
                                </w:rPr>
                                <w:t>distance from the sun</w:t>
                              </w:r>
                            </w:p>
                          </w:txbxContent>
                        </wps:txbx>
                        <wps:bodyPr spcFirstLastPara="1" wrap="square" lIns="90000" tIns="45000" rIns="90000" bIns="45000" anchor="t" anchorCtr="0">
                          <a:noAutofit/>
                        </wps:bodyPr>
                      </wps:wsp>
                      <wps:wsp>
                        <wps:cNvPr id="307130555" name="Rectangle 307130555"/>
                        <wps:cNvSpPr/>
                        <wps:spPr>
                          <a:xfrm rot="-5400000">
                            <a:off x="4682555" y="3048605"/>
                            <a:ext cx="1797900" cy="496500"/>
                          </a:xfrm>
                          <a:prstGeom prst="rect">
                            <a:avLst/>
                          </a:prstGeom>
                          <a:noFill/>
                          <a:ln>
                            <a:noFill/>
                          </a:ln>
                        </wps:spPr>
                        <wps:txbx>
                          <w:txbxContent>
                            <w:p w14:paraId="410A92FD" w14:textId="77777777" w:rsidR="00E13184" w:rsidRDefault="0065474C">
                              <w:pPr>
                                <w:spacing w:after="0" w:line="240" w:lineRule="auto"/>
                                <w:jc w:val="center"/>
                                <w:textDirection w:val="btLr"/>
                              </w:pPr>
                              <w:r>
                                <w:rPr>
                                  <w:b/>
                                  <w:sz w:val="20"/>
                                </w:rPr>
                                <w:t>velocity component along the line from the sun</w:t>
                              </w:r>
                            </w:p>
                          </w:txbxContent>
                        </wps:txbx>
                        <wps:bodyPr spcFirstLastPara="1" wrap="square" lIns="90000" tIns="45000" rIns="90000" bIns="45000" anchor="t" anchorCtr="0">
                          <a:noAutofit/>
                        </wps:bodyPr>
                      </wps:wsp>
                      <wps:wsp>
                        <wps:cNvPr id="1562098026" name="Freeform: Shape 1562098026"/>
                        <wps:cNvSpPr/>
                        <wps:spPr>
                          <a:xfrm>
                            <a:off x="6156938" y="2896175"/>
                            <a:ext cx="1420571" cy="1071725"/>
                          </a:xfrm>
                          <a:custGeom>
                            <a:avLst/>
                            <a:gdLst/>
                            <a:ahLst/>
                            <a:cxnLst/>
                            <a:rect l="l" t="t" r="r" b="b"/>
                            <a:pathLst>
                              <a:path w="45162" h="37578" extrusionOk="0">
                                <a:moveTo>
                                  <a:pt x="0" y="37578"/>
                                </a:moveTo>
                                <a:cubicBezTo>
                                  <a:pt x="3537" y="31321"/>
                                  <a:pt x="13694" y="306"/>
                                  <a:pt x="21221" y="34"/>
                                </a:cubicBezTo>
                                <a:cubicBezTo>
                                  <a:pt x="28748" y="-238"/>
                                  <a:pt x="41172" y="29961"/>
                                  <a:pt x="45162" y="35946"/>
                                </a:cubicBezTo>
                              </a:path>
                            </a:pathLst>
                          </a:custGeom>
                          <a:noFill/>
                          <a:ln w="19050"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s:wsp>
                        <wps:cNvPr id="1664846857" name="Oval 1664846857"/>
                        <wps:cNvSpPr/>
                        <wps:spPr>
                          <a:xfrm>
                            <a:off x="6304413" y="3366945"/>
                            <a:ext cx="195000" cy="165600"/>
                          </a:xfrm>
                          <a:prstGeom prst="ellipse">
                            <a:avLst/>
                          </a:prstGeom>
                          <a:noFill/>
                          <a:ln w="19050" cap="flat" cmpd="sng">
                            <a:solidFill>
                              <a:srgbClr val="00FF00"/>
                            </a:solidFill>
                            <a:prstDash val="solid"/>
                            <a:round/>
                            <a:headEnd type="none" w="sm" len="sm"/>
                            <a:tailEnd type="none" w="sm" len="sm"/>
                          </a:ln>
                        </wps:spPr>
                        <wps:txbx>
                          <w:txbxContent>
                            <w:p w14:paraId="5152BF8D" w14:textId="77777777" w:rsidR="00E13184" w:rsidRDefault="00E13184">
                              <w:pPr>
                                <w:spacing w:after="0" w:line="240" w:lineRule="auto"/>
                                <w:textDirection w:val="btLr"/>
                              </w:pPr>
                            </w:p>
                          </w:txbxContent>
                        </wps:txbx>
                        <wps:bodyPr spcFirstLastPara="1" wrap="square" lIns="91425" tIns="91425" rIns="91425" bIns="91425" anchor="ctr" anchorCtr="0">
                          <a:noAutofit/>
                        </wps:bodyPr>
                      </wps:wsp>
                      <wps:wsp>
                        <wps:cNvPr id="1351244501" name="Text Box 1351244501"/>
                        <wps:cNvSpPr txBox="1"/>
                        <wps:spPr>
                          <a:xfrm>
                            <a:off x="6038022" y="3339600"/>
                            <a:ext cx="266400" cy="306600"/>
                          </a:xfrm>
                          <a:prstGeom prst="rect">
                            <a:avLst/>
                          </a:prstGeom>
                          <a:noFill/>
                          <a:ln>
                            <a:noFill/>
                          </a:ln>
                        </wps:spPr>
                        <wps:txbx>
                          <w:txbxContent>
                            <w:p w14:paraId="76D798A0" w14:textId="77777777" w:rsidR="00E13184" w:rsidRDefault="0065474C">
                              <w:pPr>
                                <w:spacing w:after="0" w:line="240" w:lineRule="auto"/>
                                <w:textDirection w:val="btLr"/>
                              </w:pPr>
                              <w:r>
                                <w:rPr>
                                  <w:color w:val="00FF00"/>
                                  <w:sz w:val="20"/>
                                </w:rPr>
                                <w:t>A</w:t>
                              </w:r>
                            </w:p>
                          </w:txbxContent>
                        </wps:txbx>
                        <wps:bodyPr spcFirstLastPara="1" wrap="square" lIns="91425" tIns="91425" rIns="91425" bIns="91425" anchor="t" anchorCtr="0">
                          <a:noAutofit/>
                        </wps:bodyPr>
                      </wps:wsp>
                      <wps:wsp>
                        <wps:cNvPr id="1128061687" name="Oval 1128061687"/>
                        <wps:cNvSpPr/>
                        <wps:spPr>
                          <a:xfrm>
                            <a:off x="6748563" y="2816300"/>
                            <a:ext cx="165600" cy="165600"/>
                          </a:xfrm>
                          <a:prstGeom prst="ellipse">
                            <a:avLst/>
                          </a:prstGeom>
                          <a:noFill/>
                          <a:ln w="19050" cap="flat" cmpd="sng">
                            <a:solidFill>
                              <a:srgbClr val="0000FF"/>
                            </a:solidFill>
                            <a:prstDash val="solid"/>
                            <a:round/>
                            <a:headEnd type="none" w="sm" len="sm"/>
                            <a:tailEnd type="none" w="sm" len="sm"/>
                          </a:ln>
                        </wps:spPr>
                        <wps:txbx>
                          <w:txbxContent>
                            <w:p w14:paraId="538ABBA5" w14:textId="77777777" w:rsidR="00E13184" w:rsidRDefault="00E13184">
                              <w:pPr>
                                <w:spacing w:after="0" w:line="240" w:lineRule="auto"/>
                                <w:textDirection w:val="btLr"/>
                              </w:pPr>
                            </w:p>
                          </w:txbxContent>
                        </wps:txbx>
                        <wps:bodyPr spcFirstLastPara="1" wrap="square" lIns="91425" tIns="91425" rIns="91425" bIns="91425" anchor="ctr" anchorCtr="0">
                          <a:noAutofit/>
                        </wps:bodyPr>
                      </wps:wsp>
                      <wps:wsp>
                        <wps:cNvPr id="82777575" name="Text Box 82777575"/>
                        <wps:cNvSpPr txBox="1"/>
                        <wps:spPr>
                          <a:xfrm>
                            <a:off x="3449022" y="3273200"/>
                            <a:ext cx="266400" cy="353100"/>
                          </a:xfrm>
                          <a:prstGeom prst="rect">
                            <a:avLst/>
                          </a:prstGeom>
                          <a:noFill/>
                          <a:ln>
                            <a:noFill/>
                          </a:ln>
                        </wps:spPr>
                        <wps:txbx>
                          <w:txbxContent>
                            <w:p w14:paraId="17C10040" w14:textId="77777777" w:rsidR="00E13184" w:rsidRDefault="0065474C">
                              <w:pPr>
                                <w:spacing w:after="0" w:line="240" w:lineRule="auto"/>
                                <w:textDirection w:val="btLr"/>
                              </w:pPr>
                              <w:r>
                                <w:rPr>
                                  <w:color w:val="0000FF"/>
                                  <w:sz w:val="20"/>
                                </w:rPr>
                                <w:t>B</w:t>
                              </w:r>
                            </w:p>
                          </w:txbxContent>
                        </wps:txbx>
                        <wps:bodyPr spcFirstLastPara="1" wrap="square" lIns="91425" tIns="91425" rIns="91425" bIns="91425" anchor="t" anchorCtr="0">
                          <a:noAutofit/>
                        </wps:bodyPr>
                      </wps:wsp>
                      <wps:wsp>
                        <wps:cNvPr id="922180728" name="Oval 922180728"/>
                        <wps:cNvSpPr/>
                        <wps:spPr>
                          <a:xfrm>
                            <a:off x="7205763" y="3349700"/>
                            <a:ext cx="165600" cy="165600"/>
                          </a:xfrm>
                          <a:prstGeom prst="ellipse">
                            <a:avLst/>
                          </a:prstGeom>
                          <a:noFill/>
                          <a:ln w="19050" cap="flat" cmpd="sng">
                            <a:solidFill>
                              <a:srgbClr val="FF0000"/>
                            </a:solidFill>
                            <a:prstDash val="solid"/>
                            <a:round/>
                            <a:headEnd type="none" w="sm" len="sm"/>
                            <a:tailEnd type="none" w="sm" len="sm"/>
                          </a:ln>
                        </wps:spPr>
                        <wps:txbx>
                          <w:txbxContent>
                            <w:p w14:paraId="64E07214" w14:textId="77777777" w:rsidR="00E13184" w:rsidRDefault="00E13184">
                              <w:pPr>
                                <w:spacing w:after="0" w:line="240" w:lineRule="auto"/>
                                <w:textDirection w:val="btLr"/>
                              </w:pPr>
                            </w:p>
                          </w:txbxContent>
                        </wps:txbx>
                        <wps:bodyPr spcFirstLastPara="1" wrap="square" lIns="91425" tIns="91425" rIns="91425" bIns="91425" anchor="ctr" anchorCtr="0">
                          <a:noAutofit/>
                        </wps:bodyPr>
                      </wps:wsp>
                      <wps:wsp>
                        <wps:cNvPr id="2123310395" name="Text Box 2123310395"/>
                        <wps:cNvSpPr txBox="1"/>
                        <wps:spPr>
                          <a:xfrm>
                            <a:off x="3241238" y="2795950"/>
                            <a:ext cx="266400" cy="315000"/>
                          </a:xfrm>
                          <a:prstGeom prst="rect">
                            <a:avLst/>
                          </a:prstGeom>
                          <a:noFill/>
                          <a:ln>
                            <a:noFill/>
                          </a:ln>
                        </wps:spPr>
                        <wps:txbx>
                          <w:txbxContent>
                            <w:p w14:paraId="408BD30F" w14:textId="77777777" w:rsidR="00E13184" w:rsidRDefault="0065474C">
                              <w:pPr>
                                <w:spacing w:after="0" w:line="240" w:lineRule="auto"/>
                                <w:textDirection w:val="btLr"/>
                              </w:pPr>
                              <w:r>
                                <w:rPr>
                                  <w:color w:val="FF0000"/>
                                  <w:sz w:val="20"/>
                                </w:rPr>
                                <w:t>C</w:t>
                              </w:r>
                            </w:p>
                          </w:txbxContent>
                        </wps:txbx>
                        <wps:bodyPr spcFirstLastPara="1" wrap="square" lIns="91425" tIns="91425" rIns="91425" bIns="91425" anchor="t" anchorCtr="0">
                          <a:noAutofit/>
                        </wps:bodyPr>
                      </wps:wsp>
                      <wps:wsp>
                        <wps:cNvPr id="827329052" name="Straight Arrow Connector 827329052"/>
                        <wps:cNvCnPr/>
                        <wps:spPr>
                          <a:xfrm rot="10800000">
                            <a:off x="3552973" y="3732733"/>
                            <a:ext cx="112200" cy="266400"/>
                          </a:xfrm>
                          <a:prstGeom prst="straightConnector1">
                            <a:avLst/>
                          </a:prstGeom>
                          <a:noFill/>
                          <a:ln w="19050" cap="flat" cmpd="sng">
                            <a:solidFill>
                              <a:srgbClr val="00FF00"/>
                            </a:solidFill>
                            <a:prstDash val="solid"/>
                            <a:round/>
                            <a:headEnd type="none" w="sm" len="sm"/>
                            <a:tailEnd type="triangle" w="med" len="med"/>
                          </a:ln>
                        </wps:spPr>
                        <wps:bodyPr/>
                      </wps:wsp>
                      <wps:wsp>
                        <wps:cNvPr id="990766073" name="Straight Arrow Connector 990766073"/>
                        <wps:cNvCnPr/>
                        <wps:spPr>
                          <a:xfrm rot="10800000">
                            <a:off x="3138360" y="2728020"/>
                            <a:ext cx="102900" cy="252600"/>
                          </a:xfrm>
                          <a:prstGeom prst="straightConnector1">
                            <a:avLst/>
                          </a:prstGeom>
                          <a:noFill/>
                          <a:ln w="19050" cap="flat" cmpd="sng">
                            <a:solidFill>
                              <a:srgbClr val="FF0000"/>
                            </a:solidFill>
                            <a:prstDash val="solid"/>
                            <a:round/>
                            <a:headEnd type="none" w="sm" len="sm"/>
                            <a:tailEnd type="triangle" w="med" len="med"/>
                          </a:ln>
                        </wps:spPr>
                        <wps:bodyPr/>
                      </wps:wsp>
                      <wps:wsp>
                        <wps:cNvPr id="1245834633" name="Sun 1245834633"/>
                        <wps:cNvSpPr/>
                        <wps:spPr>
                          <a:xfrm>
                            <a:off x="3908725" y="4588475"/>
                            <a:ext cx="102900" cy="100800"/>
                          </a:xfrm>
                          <a:prstGeom prst="sun">
                            <a:avLst>
                              <a:gd name="adj" fmla="val 12500"/>
                            </a:avLst>
                          </a:prstGeom>
                          <a:solidFill>
                            <a:srgbClr val="FFD966"/>
                          </a:solidFill>
                          <a:ln w="9525" cap="flat" cmpd="sng">
                            <a:solidFill>
                              <a:srgbClr val="BF9000"/>
                            </a:solidFill>
                            <a:prstDash val="solid"/>
                            <a:round/>
                            <a:headEnd type="none" w="sm" len="sm"/>
                            <a:tailEnd type="none" w="sm" len="sm"/>
                          </a:ln>
                        </wps:spPr>
                        <wps:txbx>
                          <w:txbxContent>
                            <w:p w14:paraId="01BD155D" w14:textId="77777777" w:rsidR="00E13184" w:rsidRDefault="00E13184">
                              <w:pPr>
                                <w:spacing w:after="0" w:line="240" w:lineRule="auto"/>
                                <w:textDirection w:val="btLr"/>
                              </w:pPr>
                            </w:p>
                          </w:txbxContent>
                        </wps:txbx>
                        <wps:bodyPr spcFirstLastPara="1" wrap="square" lIns="91425" tIns="91425" rIns="91425" bIns="91425" anchor="ctr" anchorCtr="0">
                          <a:noAutofit/>
                        </wps:bodyPr>
                      </wps:wsp>
                      <wps:wsp>
                        <wps:cNvPr id="1546538718" name="Text Box 1546538718"/>
                        <wps:cNvSpPr txBox="1"/>
                        <wps:spPr>
                          <a:xfrm>
                            <a:off x="3687646" y="3803988"/>
                            <a:ext cx="266400" cy="315000"/>
                          </a:xfrm>
                          <a:prstGeom prst="rect">
                            <a:avLst/>
                          </a:prstGeom>
                          <a:noFill/>
                          <a:ln>
                            <a:noFill/>
                          </a:ln>
                        </wps:spPr>
                        <wps:txbx>
                          <w:txbxContent>
                            <w:p w14:paraId="06C1C8FA" w14:textId="77777777" w:rsidR="00E13184" w:rsidRDefault="0065474C">
                              <w:pPr>
                                <w:spacing w:after="0" w:line="240" w:lineRule="auto"/>
                                <w:textDirection w:val="btLr"/>
                              </w:pPr>
                              <w:r>
                                <w:rPr>
                                  <w:color w:val="00FF00"/>
                                  <w:sz w:val="20"/>
                                </w:rPr>
                                <w:t>A</w:t>
                              </w:r>
                            </w:p>
                          </w:txbxContent>
                        </wps:txbx>
                        <wps:bodyPr spcFirstLastPara="1" wrap="square" lIns="91425" tIns="91425" rIns="91425" bIns="91425" anchor="t" anchorCtr="0">
                          <a:noAutofit/>
                        </wps:bodyPr>
                      </wps:wsp>
                      <wps:wsp>
                        <wps:cNvPr id="1669862738" name="Text Box 1669862738"/>
                        <wps:cNvSpPr txBox="1"/>
                        <wps:spPr>
                          <a:xfrm>
                            <a:off x="6734013" y="2917000"/>
                            <a:ext cx="266400" cy="353100"/>
                          </a:xfrm>
                          <a:prstGeom prst="rect">
                            <a:avLst/>
                          </a:prstGeom>
                          <a:noFill/>
                          <a:ln>
                            <a:noFill/>
                          </a:ln>
                        </wps:spPr>
                        <wps:txbx>
                          <w:txbxContent>
                            <w:p w14:paraId="0732EA13" w14:textId="77777777" w:rsidR="00E13184" w:rsidRDefault="0065474C">
                              <w:pPr>
                                <w:spacing w:after="0" w:line="240" w:lineRule="auto"/>
                                <w:textDirection w:val="btLr"/>
                              </w:pPr>
                              <w:r>
                                <w:rPr>
                                  <w:color w:val="0000FF"/>
                                  <w:sz w:val="20"/>
                                </w:rPr>
                                <w:t>B</w:t>
                              </w:r>
                            </w:p>
                          </w:txbxContent>
                        </wps:txbx>
                        <wps:bodyPr spcFirstLastPara="1" wrap="square" lIns="91425" tIns="91425" rIns="91425" bIns="91425" anchor="t" anchorCtr="0">
                          <a:noAutofit/>
                        </wps:bodyPr>
                      </wps:wsp>
                      <wps:wsp>
                        <wps:cNvPr id="784558790" name="Text Box 784558790"/>
                        <wps:cNvSpPr txBox="1"/>
                        <wps:spPr>
                          <a:xfrm>
                            <a:off x="7371363" y="3292250"/>
                            <a:ext cx="266400" cy="315000"/>
                          </a:xfrm>
                          <a:prstGeom prst="rect">
                            <a:avLst/>
                          </a:prstGeom>
                          <a:noFill/>
                          <a:ln>
                            <a:noFill/>
                          </a:ln>
                        </wps:spPr>
                        <wps:txbx>
                          <w:txbxContent>
                            <w:p w14:paraId="14671857" w14:textId="77777777" w:rsidR="00E13184" w:rsidRDefault="0065474C">
                              <w:pPr>
                                <w:spacing w:after="0" w:line="240" w:lineRule="auto"/>
                                <w:textDirection w:val="btLr"/>
                              </w:pPr>
                              <w:r>
                                <w:rPr>
                                  <w:color w:val="FF0000"/>
                                  <w:sz w:val="20"/>
                                </w:rPr>
                                <w:t>C</w:t>
                              </w:r>
                            </w:p>
                          </w:txbxContent>
                        </wps:txbx>
                        <wps:bodyPr spcFirstLastPara="1" wrap="square" lIns="91425" tIns="91425" rIns="91425" bIns="91425" anchor="t" anchorCtr="0">
                          <a:noAutofit/>
                        </wps:bodyPr>
                      </wps:wsp>
                    </wpg:wgp>
                  </a:graphicData>
                </a:graphic>
              </wp:inline>
            </w:drawing>
          </mc:Choice>
          <mc:Fallback>
            <w:pict>
              <v:group w14:anchorId="27CDB5F0" id="Group 2" o:spid="_x0000_s1026" style="width:400pt;height:244.5pt;mso-position-horizontal-relative:char;mso-position-vertical-relative:line" coordorigin="28063,23553" coordsize="50796,30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">
                <v:shapetype id="_x0000_t32" coordsize="21600,21600" o:spt="32" o:oned="t" path="m,l21600,21600e" filled="f">
                  <v:path arrowok="t" fillok="f" o:connecttype="none"/>
                  <o:lock v:ext="edit" shapetype="t"/>
                </v:shapetype>
                <v:shape id="Straight Arrow Connector 1437397096" o:spid="_x0000_s1027" type="#_x0000_t32" style="position:absolute;left:39533;top:23553;width:7;height:24638;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" strokeweight="1.5pt">
                  <v:stroke startarrow="classic" endarrow="classic"/>
                </v:shape>
                <v:rect id="Rectangle 50293084" o:spid="_x0000_s1028" style="position:absolute;left:39461;top:32041;width:3888;height:2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" filled="f" stroked="f">
                  <v:textbox inset="2.5mm,1.25mm,2.5mm,1.25mm">
                    <w:txbxContent>
                      <w:p w14:paraId="737FCC59" w14:textId="77777777" w:rsidR="00E13184" w:rsidRDefault="0065474C">
                        <w:pPr>
                          <w:spacing w:after="0" w:line="240" w:lineRule="auto"/>
                          <w:jc w:val="center"/>
                          <w:textDirection w:val="btLr"/>
                        </w:pPr>
                        <w:r>
                          <w:rPr>
                            <w:b/>
                            <w:sz w:val="16"/>
                          </w:rPr>
                          <w:t>GC</w:t>
                        </w:r>
                      </w:p>
                    </w:txbxContent>
                  </v:textbox>
                </v:rect>
                <v:rect id="Rectangle 1957826846" o:spid="_x0000_s1029" style="position:absolute;left:39591;top:45224;width:4116;height:2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" filled="f" stroked="f">
                  <v:textbox inset="2.5mm,1.25mm,2.5mm,1.25mm">
                    <w:txbxContent>
                      <w:p w14:paraId="18DFC9BA" w14:textId="77777777" w:rsidR="00E13184" w:rsidRDefault="0065474C">
                        <w:pPr>
                          <w:spacing w:after="0" w:line="240" w:lineRule="auto"/>
                          <w:textDirection w:val="btLr"/>
                        </w:pPr>
                        <w:r>
                          <w:rPr>
                            <w:b/>
                            <w:sz w:val="16"/>
                          </w:rPr>
                          <w:t>sun</w:t>
                        </w:r>
                      </w:p>
                    </w:txbxContent>
                  </v:textbox>
                </v:rect>
                <v:rect id="Rectangle 1933345198" o:spid="_x0000_s1030" style="position:absolute;left:28063;top:28431;width:3924;height:3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" filled="f" stroked="f">
                  <v:textbox inset="2.5mm,1.25mm,2.5mm,1.25mm">
                    <w:txbxContent>
                      <w:p w14:paraId="3697E06F" w14:textId="77777777" w:rsidR="00E13184" w:rsidRDefault="0065474C">
                        <w:pPr>
                          <w:spacing w:after="0" w:line="240" w:lineRule="auto"/>
                          <w:jc w:val="center"/>
                          <w:textDirection w:val="btLr"/>
                        </w:pPr>
                        <w:r>
                          <w:rPr>
                            <w:b/>
                            <w:color w:val="CE181E"/>
                            <w:sz w:val="16"/>
                          </w:rPr>
                          <w:t>Too far</w:t>
                        </w:r>
                      </w:p>
                    </w:txbxContent>
                  </v:textbox>
                </v:rect>
                <v:shape id="Straight Arrow Connector 1426909879" o:spid="_x0000_s1031" type="#_x0000_t32" style="position:absolute;left:30126;top:24386;width:9357;height:22257;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">
                  <v:stroke dashstyle="dash" startarrowwidth="narrow" startarrowlength="short" endarrow="classic"/>
                </v:shape>
                <v:rect id="Rectangle 112771008" o:spid="_x0000_s1032" style="position:absolute;left:33132;top:40051;width:4425;height:3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" filled="f" stroked="f">
                  <v:textbox inset="2.5mm,1.25mm,2.5mm,1.25mm">
                    <w:txbxContent>
                      <w:p w14:paraId="7317E5B2" w14:textId="77777777" w:rsidR="00E13184" w:rsidRDefault="0065474C">
                        <w:pPr>
                          <w:spacing w:after="0" w:line="240" w:lineRule="auto"/>
                          <w:jc w:val="center"/>
                          <w:textDirection w:val="btLr"/>
                        </w:pPr>
                        <w:r>
                          <w:rPr>
                            <w:b/>
                            <w:color w:val="009900"/>
                            <w:sz w:val="16"/>
                          </w:rPr>
                          <w:t>Too close</w:t>
                        </w:r>
                      </w:p>
                    </w:txbxContent>
                  </v:textbox>
                </v:rect>
                <v:rect id="Rectangle 749366084" o:spid="_x0000_s1033" style="position:absolute;left:29143;top:33813;width:5685;height:3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" filled="f" stroked="f">
                  <v:textbox inset="2.5mm,1.25mm,2.5mm,1.25mm">
                    <w:txbxContent>
                      <w:p w14:paraId="34F40D70" w14:textId="77777777" w:rsidR="00E13184" w:rsidRDefault="0065474C">
                        <w:pPr>
                          <w:spacing w:after="0" w:line="240" w:lineRule="auto"/>
                          <w:jc w:val="center"/>
                          <w:textDirection w:val="btLr"/>
                        </w:pPr>
                        <w:r>
                          <w:rPr>
                            <w:b/>
                            <w:color w:val="0066FF"/>
                            <w:sz w:val="16"/>
                          </w:rPr>
                          <w:t>Tangent point</w:t>
                        </w:r>
                      </w:p>
                    </w:txbxContent>
                  </v:textbox>
                </v:rect>
                <v:oval id="Oval 220499623" o:spid="_x0000_s1034" style="position:absolute;left:34281;top:27660;width:10616;height:107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" filled="f" strokecolor="#666" strokeweight="1.5pt">
                  <v:stroke dashstyle="dash" startarrowwidth="narrow" startarrowlength="short" endarrowwidth="narrow" endarrowlength="short"/>
                  <v:textbox inset="2.53958mm,2.53958mm,2.53958mm,2.53958mm">
                    <w:txbxContent>
                      <w:p w14:paraId="4BC9C283" w14:textId="77777777" w:rsidR="00E13184" w:rsidRDefault="00E13184">
                        <w:pPr>
                          <w:spacing w:after="0" w:line="240" w:lineRule="auto"/>
                          <w:textDirection w:val="btLr"/>
                        </w:pPr>
                      </w:p>
                    </w:txbxContent>
                  </v:textbox>
                </v:oval>
                <v:oval id="Oval 1570618537" o:spid="_x0000_s1035" style="position:absolute;left:39393;top:32920;width:417;height: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" fillcolor="black">
                  <v:stroke startarrowwidth="narrow" startarrowlength="short" endarrowwidth="narrow" endarrowlength="short"/>
                  <v:textbox inset="2.53958mm,2.53958mm,2.53958mm,2.53958mm">
                    <w:txbxContent>
                      <w:p w14:paraId="7D0B8067" w14:textId="77777777" w:rsidR="00E13184" w:rsidRDefault="00E13184">
                        <w:pPr>
                          <w:spacing w:after="0" w:line="240" w:lineRule="auto"/>
                          <w:textDirection w:val="btLr"/>
                        </w:pPr>
                      </w:p>
                    </w:txbxContent>
                  </v:textbox>
                </v:oval>
                <v:oval id="Oval 649513152" o:spid="_x0000_s1036" style="position:absolute;left:31876;top:25291;width:15321;height:15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" filled="f" strokecolor="#666" strokeweight="1.5pt">
                  <v:stroke startarrowwidth="narrow" startarrowlength="short" endarrowwidth="narrow" endarrowlength="short"/>
                  <v:textbox inset="2.53958mm,2.53958mm,2.53958mm,2.53958mm">
                    <w:txbxContent>
                      <w:p w14:paraId="59776D20" w14:textId="77777777" w:rsidR="00E13184" w:rsidRDefault="00E13184">
                        <w:pPr>
                          <w:spacing w:after="0" w:line="240" w:lineRule="auto"/>
                          <w:textDirection w:val="btLr"/>
                        </w:pPr>
                      </w:p>
                    </w:txbxContent>
                  </v:textbox>
                </v:oval>
                <v:shape id="Straight Arrow Connector 1407102818" o:spid="_x0000_s1037" type="#_x0000_t32" style="position:absolute;left:32412;top:25489;width:1951;height:4317;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" strokecolor="#f33" strokeweight=".50972mm">
                  <v:stroke startarrowwidth="narrow" startarrowlength="short" endarrow="block"/>
                </v:shape>
                <v:shape id="Straight Arrow Connector 2091292027" o:spid="_x0000_s1038" type="#_x0000_t32" style="position:absolute;left:32808;top:38550;width:3816;height:1645;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" strokecolor="lime" strokeweight=".50972mm">
                  <v:stroke startarrowwidth="narrow" startarrowlength="short" endarrow="block"/>
                </v:shape>
                <v:shape id="Straight Arrow Connector 790837572" o:spid="_x0000_s1039" type="#_x0000_t32" style="position:absolute;left:32916;top:31059;width:1656;height:4021;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" strokecolor="#06f" strokeweight=".75972mm">
                  <v:stroke startarrowwidth="narrow" startarrowlength="short" endarrow="block"/>
                </v:shape>
                <v:oval id="Oval 660263498" o:spid="_x0000_s1040" style="position:absolute;left:35924;top:39344;width:1347;height:1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" filled="f" strokecolor="lime">
                  <v:stroke startarrowwidth="narrow" startarrowlength="short" endarrowwidth="narrow" endarrowlength="short"/>
                  <v:textbox inset="2.5mm,1.25mm,2.5mm,1.25mm">
                    <w:txbxContent>
                      <w:p w14:paraId="50621D70" w14:textId="77777777" w:rsidR="00E13184" w:rsidRDefault="00E13184">
                        <w:pPr>
                          <w:spacing w:after="0" w:line="240" w:lineRule="auto"/>
                          <w:jc w:val="center"/>
                          <w:textDirection w:val="btLr"/>
                        </w:pPr>
                      </w:p>
                    </w:txbxContent>
                  </v:textbox>
                </v:oval>
                <v:oval id="Oval 470041996" o:spid="_x0000_s1041" style="position:absolute;left:33856;top:34255;width:1338;height:13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" filled="f" strokecolor="#06f">
                  <v:stroke startarrowwidth="narrow" startarrowlength="short" endarrowwidth="narrow" endarrowlength="short"/>
                  <v:textbox inset="2.5mm,1.25mm,2.5mm,1.25mm">
                    <w:txbxContent>
                      <w:p w14:paraId="0DA16658" w14:textId="77777777" w:rsidR="00E13184" w:rsidRDefault="00E13184">
                        <w:pPr>
                          <w:spacing w:after="0" w:line="240" w:lineRule="auto"/>
                          <w:jc w:val="center"/>
                          <w:textDirection w:val="btLr"/>
                        </w:pPr>
                      </w:p>
                    </w:txbxContent>
                  </v:textbox>
                </v:oval>
                <v:oval id="Oval 117058308" o:spid="_x0000_s1042" style="position:absolute;left:31847;top:29170;width:1332;height:13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" filled="f" strokecolor="#f33">
                  <v:stroke startarrowwidth="narrow" startarrowlength="short" endarrowwidth="narrow" endarrowlength="short"/>
                  <v:textbox inset="2.5mm,1.25mm,2.5mm,1.25mm">
                    <w:txbxContent>
                      <w:p w14:paraId="40EB17D6" w14:textId="77777777" w:rsidR="00E13184" w:rsidRDefault="00E13184">
                        <w:pPr>
                          <w:spacing w:after="0" w:line="240" w:lineRule="auto"/>
                          <w:jc w:val="center"/>
                          <w:textDirection w:val="btLr"/>
                        </w:pPr>
                      </w:p>
                    </w:txbxContent>
                  </v:textbox>
                </v:oval>
                <v:rect id="Rectangle 1320376857" o:spid="_x0000_s1043" style="position:absolute;left:47197;top:50147;width:8787;height:4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" filled="f" stroked="f">
                  <v:textbox inset="0,0,0,0">
                    <w:txbxContent>
                      <w:p w14:paraId="577EECF2" w14:textId="77777777" w:rsidR="00E13184" w:rsidRDefault="0065474C">
                        <w:pPr>
                          <w:spacing w:before="86" w:after="0" w:line="240" w:lineRule="auto"/>
                          <w:jc w:val="center"/>
                          <w:textDirection w:val="btLr"/>
                        </w:pPr>
                        <w:r>
                          <w:rPr>
                            <w:b/>
                          </w:rPr>
                          <w:t>Figure 1</w:t>
                        </w:r>
                      </w:p>
                    </w:txbxContent>
                  </v:textbox>
                </v:rect>
                <v:shape id="Straight Arrow Connector 857253330" o:spid="_x0000_s1044" type="#_x0000_t32" style="position:absolute;left:58894;top:42773;width:199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" strokeweight=".50972mm">
                  <v:stroke startarrowwidth="narrow" startarrowlength="short" endarrow="block"/>
                </v:shape>
                <v:shape id="Straight Arrow Connector 45574746" o:spid="_x0000_s1045" type="#_x0000_t32" style="position:absolute;left:58995;top:24942;width:0;height:17957;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" strokeweight=".50972mm">
                  <v:stroke startarrowwidth="narrow" startarrowlength="short" endarrow="block"/>
                </v:shape>
                <v:rect id="Rectangle 612032371" o:spid="_x0000_s1046" style="position:absolute;left:61014;top:43428;width:16710;height:3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" filled="f" stroked="f">
                  <v:textbox inset="2.5mm,1.25mm,2.5mm,1.25mm">
                    <w:txbxContent>
                      <w:p w14:paraId="42E49F42" w14:textId="77777777" w:rsidR="00E13184" w:rsidRDefault="0065474C">
                        <w:pPr>
                          <w:spacing w:after="0" w:line="240" w:lineRule="auto"/>
                          <w:jc w:val="center"/>
                          <w:textDirection w:val="btLr"/>
                        </w:pPr>
                        <w:r>
                          <w:rPr>
                            <w:b/>
                            <w:sz w:val="20"/>
                          </w:rPr>
                          <w:t>distance from the sun</w:t>
                        </w:r>
                      </w:p>
                    </w:txbxContent>
                  </v:textbox>
                </v:rect>
                <v:rect id="Rectangle 307130555" o:spid="_x0000_s1047" style="position:absolute;left:46825;top:30486;width:17979;height:496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" filled="f" stroked="f">
                  <v:textbox inset="2.5mm,1.25mm,2.5mm,1.25mm">
                    <w:txbxContent>
                      <w:p w14:paraId="410A92FD" w14:textId="77777777" w:rsidR="00E13184" w:rsidRDefault="0065474C">
                        <w:pPr>
                          <w:spacing w:after="0" w:line="240" w:lineRule="auto"/>
                          <w:jc w:val="center"/>
                          <w:textDirection w:val="btLr"/>
                        </w:pPr>
                        <w:r>
                          <w:rPr>
                            <w:b/>
                            <w:sz w:val="20"/>
                          </w:rPr>
                          <w:t>velocity component along the line from the sun</w:t>
                        </w:r>
                      </w:p>
                    </w:txbxContent>
                  </v:textbox>
                </v:rect>
                <v:shape id="Freeform: Shape 1562098026" o:spid="_x0000_s1048" style="position:absolute;left:61569;top:28961;width:14206;height:10718;visibility:visible;mso-wrap-style:square;v-text-anchor:middle" coordsize="45162,37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" path="m,37578c3537,31321,13694,306,21221,34v7527,-272,19951,29927,23941,35912e" filled="f" strokeweight="1.5pt">
                  <v:path arrowok="t" o:extrusionok="f"/>
                </v:shape>
                <v:oval id="Oval 1664846857" o:spid="_x0000_s1049" style="position:absolute;left:63044;top:33669;width:1950;height:16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" filled="f" strokecolor="lime" strokeweight="1.5pt">
                  <v:stroke startarrowwidth="narrow" startarrowlength="short" endarrowwidth="narrow" endarrowlength="short"/>
                  <v:textbox inset="2.53958mm,2.53958mm,2.53958mm,2.53958mm">
                    <w:txbxContent>
                      <w:p w14:paraId="5152BF8D" w14:textId="77777777" w:rsidR="00E13184" w:rsidRDefault="00E13184">
                        <w:pPr>
                          <w:spacing w:after="0" w:line="240" w:lineRule="auto"/>
                          <w:textDirection w:val="btLr"/>
                        </w:pPr>
                      </w:p>
                    </w:txbxContent>
                  </v:textbox>
                </v:oval>
                <v:shapetype id="_x0000_t202" coordsize="21600,21600" o:spt="202" path="m,l,21600r21600,l21600,xe">
                  <v:stroke joinstyle="miter"/>
                  <v:path gradientshapeok="t" o:connecttype="rect"/>
                </v:shapetype>
                <v:shape id="Text Box 1351244501" o:spid="_x0000_s1050" type="#_x0000_t202" style="position:absolute;left:60380;top:33396;width:2664;height:3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" filled="f" stroked="f">
                  <v:textbox inset="2.53958mm,2.53958mm,2.53958mm,2.53958mm">
                    <w:txbxContent>
                      <w:p w14:paraId="76D798A0" w14:textId="77777777" w:rsidR="00E13184" w:rsidRDefault="0065474C">
                        <w:pPr>
                          <w:spacing w:after="0" w:line="240" w:lineRule="auto"/>
                          <w:textDirection w:val="btLr"/>
                        </w:pPr>
                        <w:r>
                          <w:rPr>
                            <w:color w:val="00FF00"/>
                            <w:sz w:val="20"/>
                          </w:rPr>
                          <w:t>A</w:t>
                        </w:r>
                      </w:p>
                    </w:txbxContent>
                  </v:textbox>
                </v:shape>
                <v:oval id="Oval 1128061687" o:spid="_x0000_s1051" style="position:absolute;left:67485;top:28163;width:1656;height:16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" filled="f" strokecolor="blue" strokeweight="1.5pt">
                  <v:stroke startarrowwidth="narrow" startarrowlength="short" endarrowwidth="narrow" endarrowlength="short"/>
                  <v:textbox inset="2.53958mm,2.53958mm,2.53958mm,2.53958mm">
                    <w:txbxContent>
                      <w:p w14:paraId="538ABBA5" w14:textId="77777777" w:rsidR="00E13184" w:rsidRDefault="00E13184">
                        <w:pPr>
                          <w:spacing w:after="0" w:line="240" w:lineRule="auto"/>
                          <w:textDirection w:val="btLr"/>
                        </w:pPr>
                      </w:p>
                    </w:txbxContent>
                  </v:textbox>
                </v:oval>
                <v:shape id="Text Box 82777575" o:spid="_x0000_s1052" type="#_x0000_t202" style="position:absolute;left:34490;top:32732;width:2664;height:3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" filled="f" stroked="f">
                  <v:textbox inset="2.53958mm,2.53958mm,2.53958mm,2.53958mm">
                    <w:txbxContent>
                      <w:p w14:paraId="17C10040" w14:textId="77777777" w:rsidR="00E13184" w:rsidRDefault="0065474C">
                        <w:pPr>
                          <w:spacing w:after="0" w:line="240" w:lineRule="auto"/>
                          <w:textDirection w:val="btLr"/>
                        </w:pPr>
                        <w:r>
                          <w:rPr>
                            <w:color w:val="0000FF"/>
                            <w:sz w:val="20"/>
                          </w:rPr>
                          <w:t>B</w:t>
                        </w:r>
                      </w:p>
                    </w:txbxContent>
                  </v:textbox>
                </v:shape>
                <v:oval id="Oval 922180728" o:spid="_x0000_s1053" style="position:absolute;left:72057;top:33497;width:1656;height:16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" filled="f" strokecolor="red" strokeweight="1.5pt">
                  <v:stroke startarrowwidth="narrow" startarrowlength="short" endarrowwidth="narrow" endarrowlength="short"/>
                  <v:textbox inset="2.53958mm,2.53958mm,2.53958mm,2.53958mm">
                    <w:txbxContent>
                      <w:p w14:paraId="64E07214" w14:textId="77777777" w:rsidR="00E13184" w:rsidRDefault="00E13184">
                        <w:pPr>
                          <w:spacing w:after="0" w:line="240" w:lineRule="auto"/>
                          <w:textDirection w:val="btLr"/>
                        </w:pPr>
                      </w:p>
                    </w:txbxContent>
                  </v:textbox>
                </v:oval>
                <v:shape id="Text Box 2123310395" o:spid="_x0000_s1054" type="#_x0000_t202" style="position:absolute;left:32412;top:27959;width:2664;height:3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" filled="f" stroked="f">
                  <v:textbox inset="2.53958mm,2.53958mm,2.53958mm,2.53958mm">
                    <w:txbxContent>
                      <w:p w14:paraId="408BD30F" w14:textId="77777777" w:rsidR="00E13184" w:rsidRDefault="0065474C">
                        <w:pPr>
                          <w:spacing w:after="0" w:line="240" w:lineRule="auto"/>
                          <w:textDirection w:val="btLr"/>
                        </w:pPr>
                        <w:r>
                          <w:rPr>
                            <w:color w:val="FF0000"/>
                            <w:sz w:val="20"/>
                          </w:rPr>
                          <w:t>C</w:t>
                        </w:r>
                      </w:p>
                    </w:txbxContent>
                  </v:textbox>
                </v:shape>
                <v:shape id="Straight Arrow Connector 827329052" o:spid="_x0000_s1055" type="#_x0000_t32" style="position:absolute;left:35529;top:37327;width:1122;height:2664;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" strokecolor="lime" strokeweight="1.5pt">
                  <v:stroke startarrowwidth="narrow" startarrowlength="short" endarrow="block"/>
                </v:shape>
                <v:shape id="Straight Arrow Connector 990766073" o:spid="_x0000_s1056" type="#_x0000_t32" style="position:absolute;left:31383;top:27280;width:1029;height:2526;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" strokecolor="red" strokeweight="1.5pt">
                  <v:stroke startarrowwidth="narrow" startarrowlength="short" endarrow="block"/>
                </v:shape>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Sun 1245834633" o:spid="_x0000_s1057" type="#_x0000_t183" style="position:absolute;left:39087;top:45884;width:1029;height:10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" adj="2700" fillcolor="#ffd966" strokecolor="#bf9000">
                  <v:stroke startarrowwidth="narrow" startarrowlength="short" endarrowwidth="narrow" endarrowlength="short" joinstyle="round"/>
                  <v:textbox inset="2.53958mm,2.53958mm,2.53958mm,2.53958mm">
                    <w:txbxContent>
                      <w:p w14:paraId="01BD155D" w14:textId="77777777" w:rsidR="00E13184" w:rsidRDefault="00E13184">
                        <w:pPr>
                          <w:spacing w:after="0" w:line="240" w:lineRule="auto"/>
                          <w:textDirection w:val="btLr"/>
                        </w:pPr>
                      </w:p>
                    </w:txbxContent>
                  </v:textbox>
                </v:shape>
                <v:shape id="Text Box 1546538718" o:spid="_x0000_s1058" type="#_x0000_t202" style="position:absolute;left:36876;top:38039;width:2664;height:3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" filled="f" stroked="f">
                  <v:textbox inset="2.53958mm,2.53958mm,2.53958mm,2.53958mm">
                    <w:txbxContent>
                      <w:p w14:paraId="06C1C8FA" w14:textId="77777777" w:rsidR="00E13184" w:rsidRDefault="0065474C">
                        <w:pPr>
                          <w:spacing w:after="0" w:line="240" w:lineRule="auto"/>
                          <w:textDirection w:val="btLr"/>
                        </w:pPr>
                        <w:r>
                          <w:rPr>
                            <w:color w:val="00FF00"/>
                            <w:sz w:val="20"/>
                          </w:rPr>
                          <w:t>A</w:t>
                        </w:r>
                      </w:p>
                    </w:txbxContent>
                  </v:textbox>
                </v:shape>
                <v:shape id="Text Box 1669862738" o:spid="_x0000_s1059" type="#_x0000_t202" style="position:absolute;left:67340;top:29170;width:2664;height:3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" filled="f" stroked="f">
                  <v:textbox inset="2.53958mm,2.53958mm,2.53958mm,2.53958mm">
                    <w:txbxContent>
                      <w:p w14:paraId="0732EA13" w14:textId="77777777" w:rsidR="00E13184" w:rsidRDefault="0065474C">
                        <w:pPr>
                          <w:spacing w:after="0" w:line="240" w:lineRule="auto"/>
                          <w:textDirection w:val="btLr"/>
                        </w:pPr>
                        <w:r>
                          <w:rPr>
                            <w:color w:val="0000FF"/>
                            <w:sz w:val="20"/>
                          </w:rPr>
                          <w:t>B</w:t>
                        </w:r>
                      </w:p>
                    </w:txbxContent>
                  </v:textbox>
                </v:shape>
                <v:shape id="Text Box 784558790" o:spid="_x0000_s1060" type="#_x0000_t202" style="position:absolute;left:73713;top:32922;width:2664;height:3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" filled="f" stroked="f">
                  <v:textbox inset="2.53958mm,2.53958mm,2.53958mm,2.53958mm">
                    <w:txbxContent>
                      <w:p w14:paraId="14671857" w14:textId="77777777" w:rsidR="00E13184" w:rsidRDefault="0065474C">
                        <w:pPr>
                          <w:spacing w:after="0" w:line="240" w:lineRule="auto"/>
                          <w:textDirection w:val="btLr"/>
                        </w:pPr>
                        <w:r>
                          <w:rPr>
                            <w:color w:val="FF0000"/>
                            <w:sz w:val="20"/>
                          </w:rPr>
                          <w:t>C</w:t>
                        </w:r>
                      </w:p>
                    </w:txbxContent>
                  </v:textbox>
                </v:shape>
                <w10:anchorlock/>
              </v:group>
            </w:pict>
          </mc:Fallback>
        </mc:AlternateContent>
      </w:r>
    </w:p>
    <w:p w14:paraId="1AE8AEC1" w14:textId="77777777" w:rsidR="00E13184" w:rsidRDefault="00E13184">
      <w:pPr>
        <w:tabs>
          <w:tab w:val="left" w:pos="360"/>
        </w:tabs>
        <w:spacing w:before="120" w:after="0"/>
        <w:rPr>
          <w:szCs w:val="22"/>
        </w:rPr>
      </w:pPr>
    </w:p>
    <w:p w14:paraId="6B84E28D" w14:textId="77777777" w:rsidR="00E13184" w:rsidRDefault="00E13184">
      <w:pPr>
        <w:tabs>
          <w:tab w:val="left" w:pos="360"/>
        </w:tabs>
        <w:spacing w:before="120" w:after="0"/>
        <w:rPr>
          <w:szCs w:val="22"/>
        </w:rPr>
      </w:pPr>
    </w:p>
    <w:p w14:paraId="63F41D27" w14:textId="77777777" w:rsidR="00E13184" w:rsidRDefault="0065474C">
      <w:pPr>
        <w:numPr>
          <w:ilvl w:val="1"/>
          <w:numId w:val="1"/>
        </w:numPr>
        <w:tabs>
          <w:tab w:val="left" w:pos="360"/>
        </w:tabs>
        <w:spacing w:before="120" w:after="120"/>
        <w:ind w:left="900"/>
        <w:rPr>
          <w:szCs w:val="22"/>
        </w:rPr>
      </w:pPr>
      <w:r>
        <w:rPr>
          <w:szCs w:val="22"/>
        </w:rPr>
        <w:t xml:space="preserve">The velocity of the hydrogen </w:t>
      </w:r>
      <w:r>
        <w:rPr>
          <w:b/>
          <w:bCs/>
          <w:i/>
          <w:iCs/>
          <w:szCs w:val="22"/>
        </w:rPr>
        <w:t>relative</w:t>
      </w:r>
      <w:r>
        <w:rPr>
          <w:szCs w:val="22"/>
        </w:rPr>
        <w:t xml:space="preserve"> to the earth can be determined using the Doppler shift.</w:t>
      </w:r>
    </w:p>
    <w:p w14:paraId="270F4A98" w14:textId="77777777" w:rsidR="00E13184" w:rsidRDefault="00E13184">
      <w:pPr>
        <w:tabs>
          <w:tab w:val="left" w:pos="360"/>
        </w:tabs>
        <w:spacing w:before="120" w:after="0"/>
        <w:rPr>
          <w:szCs w:val="22"/>
        </w:rPr>
      </w:pPr>
    </w:p>
    <w:p w14:paraId="10AD7280" w14:textId="77777777" w:rsidR="00E13184" w:rsidRDefault="0065474C">
      <w:pPr>
        <w:numPr>
          <w:ilvl w:val="1"/>
          <w:numId w:val="1"/>
        </w:numPr>
        <w:tabs>
          <w:tab w:val="left" w:pos="360"/>
        </w:tabs>
        <w:spacing w:before="120" w:after="120"/>
        <w:ind w:left="900"/>
        <w:rPr>
          <w:szCs w:val="22"/>
        </w:rPr>
      </w:pPr>
      <w:r>
        <w:rPr>
          <w:szCs w:val="22"/>
        </w:rPr>
        <w:lastRenderedPageBreak/>
        <w:t>The motion of the sun must be taken into account when determining the actual velocity of the detected hydrogen. The sun's (our) velocity along the direction of the tangent line to the point of interest must be added to the measured relative velocity:</w:t>
      </w:r>
    </w:p>
    <w:p w14:paraId="690E64B3" w14:textId="77777777" w:rsidR="00E13184" w:rsidRDefault="0065474C">
      <w:pPr>
        <w:numPr>
          <w:ilvl w:val="3"/>
          <w:numId w:val="1"/>
        </w:numPr>
        <w:tabs>
          <w:tab w:val="left" w:pos="360"/>
        </w:tabs>
        <w:spacing w:before="120" w:after="0"/>
        <w:ind w:left="900"/>
        <w:rPr>
          <w:szCs w:val="22"/>
        </w:rPr>
      </w:pPr>
      <w:r>
        <w:rPr>
          <w:szCs w:val="22"/>
        </w:rPr>
        <w:tab/>
      </w:r>
      <m:oMath>
        <m:sSub>
          <m:sSubPr>
            <m:ctrlPr>
              <w:rPr>
                <w:rFonts w:ascii="Cambria Math" w:hAnsi="Cambria Math"/>
                <w:szCs w:val="22"/>
              </w:rPr>
            </m:ctrlPr>
          </m:sSubPr>
          <m:e>
            <m:r>
              <w:rPr>
                <w:rFonts w:ascii="Cambria Math" w:hAnsi="Cambria Math"/>
                <w:szCs w:val="22"/>
              </w:rPr>
              <m:t>v</m:t>
            </m:r>
          </m:e>
          <m:sub>
            <m:r>
              <w:rPr>
                <w:rFonts w:ascii="Cambria Math" w:hAnsi="Cambria Math"/>
                <w:szCs w:val="22"/>
              </w:rPr>
              <m:t>tangent pt</m:t>
            </m:r>
          </m:sub>
        </m:sSub>
        <m:r>
          <w:rPr>
            <w:rFonts w:ascii="Cambria Math" w:hAnsi="Cambria Math"/>
            <w:szCs w:val="22"/>
          </w:rPr>
          <m:t xml:space="preserve"> = </m:t>
        </m:r>
        <m:sSub>
          <m:sSubPr>
            <m:ctrlPr>
              <w:rPr>
                <w:rFonts w:ascii="Cambria Math" w:hAnsi="Cambria Math"/>
                <w:szCs w:val="22"/>
              </w:rPr>
            </m:ctrlPr>
          </m:sSubPr>
          <m:e>
            <m:r>
              <w:rPr>
                <w:rFonts w:ascii="Cambria Math" w:hAnsi="Cambria Math"/>
                <w:szCs w:val="22"/>
              </w:rPr>
              <m:t>v</m:t>
            </m:r>
          </m:e>
          <m:sub>
            <m:r>
              <w:rPr>
                <w:rFonts w:ascii="Cambria Math" w:hAnsi="Cambria Math"/>
                <w:szCs w:val="22"/>
              </w:rPr>
              <m:t>radio telescope spectrum</m:t>
            </m:r>
          </m:sub>
        </m:sSub>
        <m:r>
          <w:rPr>
            <w:rFonts w:ascii="Cambria Math" w:hAnsi="Cambria Math"/>
            <w:szCs w:val="22"/>
          </w:rPr>
          <m:t xml:space="preserve"> + </m:t>
        </m:r>
        <m:sSub>
          <m:sSubPr>
            <m:ctrlPr>
              <w:rPr>
                <w:rFonts w:ascii="Cambria Math" w:hAnsi="Cambria Math"/>
                <w:szCs w:val="22"/>
              </w:rPr>
            </m:ctrlPr>
          </m:sSubPr>
          <m:e>
            <m:r>
              <w:rPr>
                <w:rFonts w:ascii="Cambria Math" w:hAnsi="Cambria Math"/>
                <w:szCs w:val="22"/>
              </w:rPr>
              <m:t>v</m:t>
            </m:r>
          </m:e>
          <m:sub>
            <m:r>
              <w:rPr>
                <w:rFonts w:ascii="Cambria Math" w:hAnsi="Cambria Math"/>
                <w:szCs w:val="22"/>
              </w:rPr>
              <m:t>sun tangent line</m:t>
            </m:r>
          </m:sub>
        </m:sSub>
        <m:r>
          <w:rPr>
            <w:rFonts w:ascii="Cambria Math" w:hAnsi="Cambria Math"/>
            <w:szCs w:val="22"/>
          </w:rPr>
          <m:t xml:space="preserve">  </m:t>
        </m:r>
      </m:oMath>
    </w:p>
    <w:p w14:paraId="683A1CD0" w14:textId="77777777" w:rsidR="00E13184" w:rsidRDefault="0065474C">
      <w:pPr>
        <w:numPr>
          <w:ilvl w:val="3"/>
          <w:numId w:val="1"/>
        </w:numPr>
        <w:tabs>
          <w:tab w:val="left" w:pos="360"/>
        </w:tabs>
        <w:spacing w:before="120" w:after="0"/>
        <w:ind w:left="900"/>
        <w:rPr>
          <w:szCs w:val="22"/>
        </w:rPr>
      </w:pPr>
      <w:r>
        <w:rPr>
          <w:szCs w:val="22"/>
        </w:rPr>
        <w:tab/>
      </w:r>
      <m:oMath>
        <m:sSub>
          <m:sSubPr>
            <m:ctrlPr>
              <w:rPr>
                <w:rFonts w:ascii="Cambria Math" w:hAnsi="Cambria Math"/>
                <w:szCs w:val="22"/>
              </w:rPr>
            </m:ctrlPr>
          </m:sSubPr>
          <m:e>
            <m:r>
              <w:rPr>
                <w:rFonts w:ascii="Cambria Math" w:hAnsi="Cambria Math"/>
                <w:szCs w:val="22"/>
              </w:rPr>
              <m:t>v</m:t>
            </m:r>
          </m:e>
          <m:sub>
            <m:r>
              <w:rPr>
                <w:rFonts w:ascii="Cambria Math" w:hAnsi="Cambria Math"/>
                <w:szCs w:val="22"/>
              </w:rPr>
              <m:t>tangent pt</m:t>
            </m:r>
          </m:sub>
        </m:sSub>
        <m:r>
          <w:rPr>
            <w:rFonts w:ascii="Cambria Math" w:hAnsi="Cambria Math"/>
            <w:szCs w:val="22"/>
          </w:rPr>
          <m:t xml:space="preserve"> = </m:t>
        </m:r>
        <m:sSub>
          <m:sSubPr>
            <m:ctrlPr>
              <w:rPr>
                <w:rFonts w:ascii="Cambria Math" w:hAnsi="Cambria Math"/>
                <w:szCs w:val="22"/>
              </w:rPr>
            </m:ctrlPr>
          </m:sSubPr>
          <m:e>
            <m:r>
              <w:rPr>
                <w:rFonts w:ascii="Cambria Math" w:hAnsi="Cambria Math"/>
                <w:szCs w:val="22"/>
              </w:rPr>
              <m:t>v</m:t>
            </m:r>
          </m:e>
          <m:sub>
            <m:r>
              <w:rPr>
                <w:rFonts w:ascii="Cambria Math" w:hAnsi="Cambria Math"/>
                <w:szCs w:val="22"/>
              </w:rPr>
              <m:t>radio telescope spectrum</m:t>
            </m:r>
          </m:sub>
        </m:sSub>
        <m:r>
          <w:rPr>
            <w:rFonts w:ascii="Cambria Math" w:hAnsi="Cambria Math"/>
            <w:szCs w:val="22"/>
          </w:rPr>
          <m:t xml:space="preserve"> + </m:t>
        </m:r>
        <m:sSub>
          <m:sSubPr>
            <m:ctrlPr>
              <w:rPr>
                <w:rFonts w:ascii="Cambria Math" w:hAnsi="Cambria Math"/>
                <w:szCs w:val="22"/>
              </w:rPr>
            </m:ctrlPr>
          </m:sSubPr>
          <m:e>
            <m:r>
              <w:rPr>
                <w:rFonts w:ascii="Cambria Math" w:hAnsi="Cambria Math"/>
                <w:szCs w:val="22"/>
              </w:rPr>
              <m:t>v</m:t>
            </m:r>
          </m:e>
          <m:sub>
            <m:r>
              <w:rPr>
                <w:rFonts w:ascii="Cambria Math" w:hAnsi="Cambria Math"/>
                <w:szCs w:val="22"/>
              </w:rPr>
              <m:t>sun</m:t>
            </m:r>
          </m:sub>
        </m:sSub>
        <m:r>
          <w:rPr>
            <w:rFonts w:ascii="Cambria Math" w:hAnsi="Cambria Math"/>
            <w:szCs w:val="22"/>
          </w:rPr>
          <m:t xml:space="preserve"> sin </m:t>
        </m:r>
        <m:sSub>
          <m:sSubPr>
            <m:ctrlPr>
              <w:rPr>
                <w:rFonts w:ascii="Cambria Math" w:hAnsi="Cambria Math"/>
                <w:szCs w:val="22"/>
              </w:rPr>
            </m:ctrlPr>
          </m:sSubPr>
          <m:e>
            <m:sSub>
              <m:sSubPr>
                <m:ctrlPr>
                  <w:rPr>
                    <w:rFonts w:ascii="Cambria Math" w:hAnsi="Cambria Math"/>
                    <w:sz w:val="26"/>
                    <w:szCs w:val="26"/>
                    <w:vertAlign w:val="subscript"/>
                  </w:rPr>
                </m:ctrlPr>
              </m:sSubPr>
              <m:e>
                <m:r>
                  <w:rPr>
                    <w:rFonts w:ascii="Cambria Math" w:hAnsi="Cambria Math"/>
                    <w:sz w:val="16"/>
                    <w:szCs w:val="16"/>
                  </w:rPr>
                  <m:t>θ</m:t>
                </m:r>
              </m:e>
              <m:sub>
                <m:r>
                  <m:rPr>
                    <m:scr m:val="script"/>
                  </m:rPr>
                  <w:rPr>
                    <w:rFonts w:ascii="Cambria Math" w:hAnsi="Cambria Math"/>
                    <w:sz w:val="26"/>
                    <w:szCs w:val="26"/>
                    <w:vertAlign w:val="subscript"/>
                  </w:rPr>
                  <m:t>l</m:t>
                </m:r>
              </m:sub>
            </m:sSub>
          </m:e>
          <m:sub/>
        </m:sSub>
        <m:r>
          <w:rPr>
            <w:rFonts w:ascii="Cambria Math" w:hAnsi="Cambria Math"/>
            <w:sz w:val="28"/>
            <w:szCs w:val="28"/>
            <w:vertAlign w:val="subscript"/>
          </w:rPr>
          <m:t xml:space="preserve"> </m:t>
        </m:r>
      </m:oMath>
    </w:p>
    <w:p w14:paraId="18704616" w14:textId="77777777" w:rsidR="00E13184" w:rsidRDefault="0065474C">
      <w:pPr>
        <w:numPr>
          <w:ilvl w:val="3"/>
          <w:numId w:val="1"/>
        </w:numPr>
        <w:tabs>
          <w:tab w:val="left" w:pos="360"/>
        </w:tabs>
        <w:spacing w:before="240" w:after="120"/>
        <w:ind w:left="900"/>
        <w:rPr>
          <w:szCs w:val="22"/>
        </w:rPr>
      </w:pPr>
      <w:r>
        <w:rPr>
          <w:szCs w:val="22"/>
        </w:rPr>
        <w:t>See Figure 2 below.</w:t>
      </w:r>
    </w:p>
    <w:p w14:paraId="263D6A66" w14:textId="77777777" w:rsidR="00E13184" w:rsidRDefault="0065474C">
      <w:pPr>
        <w:tabs>
          <w:tab w:val="left" w:pos="360"/>
        </w:tabs>
        <w:spacing w:before="120" w:after="0"/>
        <w:ind w:left="720"/>
        <w:rPr>
          <w:szCs w:val="22"/>
        </w:rPr>
      </w:pPr>
      <w:r>
        <w:rPr>
          <w:noProof/>
          <w:szCs w:val="22"/>
        </w:rPr>
        <mc:AlternateContent>
          <mc:Choice Requires="wpg">
            <w:drawing>
              <wp:inline distT="0" distB="0" distL="0" distR="0" wp14:anchorId="603F7E67" wp14:editId="7EE10F2E">
                <wp:extent cx="6029960" cy="2655971"/>
                <wp:effectExtent l="0" t="0" r="0" b="0"/>
                <wp:docPr id="1" name="Group 1"/>
                <wp:cNvGraphicFramePr/>
                <a:graphic xmlns:a="http://schemas.openxmlformats.org/drawingml/2006/main">
                  <a:graphicData uri="http://schemas.microsoft.com/office/word/2010/wordprocessingGroup">
                    <wpg:wgp>
                      <wpg:cNvGrpSpPr/>
                      <wpg:grpSpPr>
                        <a:xfrm>
                          <a:off x="0" y="0"/>
                          <a:ext cx="6029960" cy="2655971"/>
                          <a:chOff x="1764075" y="2056475"/>
                          <a:chExt cx="8234075" cy="3617925"/>
                        </a:xfrm>
                      </wpg:grpSpPr>
                      <wps:wsp>
                        <wps:cNvPr id="673995410" name="Rectangle 673995410"/>
                        <wps:cNvSpPr/>
                        <wps:spPr>
                          <a:xfrm>
                            <a:off x="4837499" y="5302978"/>
                            <a:ext cx="1017000" cy="371400"/>
                          </a:xfrm>
                          <a:prstGeom prst="rect">
                            <a:avLst/>
                          </a:prstGeom>
                          <a:noFill/>
                          <a:ln>
                            <a:noFill/>
                          </a:ln>
                        </wps:spPr>
                        <wps:txbx>
                          <w:txbxContent>
                            <w:p w14:paraId="52745205" w14:textId="77777777" w:rsidR="00E13184" w:rsidRDefault="0065474C">
                              <w:pPr>
                                <w:spacing w:before="86" w:after="0" w:line="240" w:lineRule="auto"/>
                                <w:jc w:val="center"/>
                                <w:textDirection w:val="btLr"/>
                              </w:pPr>
                              <w:r>
                                <w:rPr>
                                  <w:b/>
                                  <w:sz w:val="28"/>
                                </w:rPr>
                                <w:t>Figure 2</w:t>
                              </w:r>
                            </w:p>
                          </w:txbxContent>
                        </wps:txbx>
                        <wps:bodyPr spcFirstLastPara="1" wrap="square" lIns="0" tIns="0" rIns="0" bIns="0" anchor="t" anchorCtr="0">
                          <a:noAutofit/>
                        </wps:bodyPr>
                      </wps:wsp>
                      <wps:wsp>
                        <wps:cNvPr id="2107026139" name="Rectangle 2107026139"/>
                        <wps:cNvSpPr/>
                        <wps:spPr>
                          <a:xfrm>
                            <a:off x="5590850" y="2482750"/>
                            <a:ext cx="4407300" cy="2232600"/>
                          </a:xfrm>
                          <a:prstGeom prst="rect">
                            <a:avLst/>
                          </a:prstGeom>
                          <a:noFill/>
                          <a:ln>
                            <a:noFill/>
                          </a:ln>
                        </wps:spPr>
                        <wps:txbx>
                          <w:txbxContent>
                            <w:p w14:paraId="40C4A908" w14:textId="77777777" w:rsidR="00E13184" w:rsidRDefault="0065474C">
                              <w:pPr>
                                <w:spacing w:after="0" w:line="275" w:lineRule="auto"/>
                                <w:textDirection w:val="btLr"/>
                              </w:pPr>
                              <w:r>
                                <w:rPr>
                                  <w:i/>
                                  <w:sz w:val="28"/>
                                </w:rPr>
                                <w:t>R</w:t>
                              </w:r>
                              <w:r>
                                <w:rPr>
                                  <w:i/>
                                  <w:sz w:val="28"/>
                                  <w:vertAlign w:val="subscript"/>
                                </w:rPr>
                                <w:t>o</w:t>
                              </w:r>
                              <w:r>
                                <w:rPr>
                                  <w:sz w:val="28"/>
                                </w:rPr>
                                <w:t xml:space="preserve"> = distance of sun from GC = 8.0 kpc</w:t>
                              </w:r>
                            </w:p>
                            <w:p w14:paraId="53955D10" w14:textId="77777777" w:rsidR="00E13184" w:rsidRDefault="0065474C">
                              <w:pPr>
                                <w:spacing w:before="86" w:after="0" w:line="275" w:lineRule="auto"/>
                                <w:textDirection w:val="btLr"/>
                              </w:pPr>
                              <w:r>
                                <w:rPr>
                                  <w:i/>
                                  <w:sz w:val="28"/>
                                </w:rPr>
                                <w:t>d</w:t>
                              </w:r>
                              <w:r>
                                <w:rPr>
                                  <w:sz w:val="28"/>
                                </w:rPr>
                                <w:t xml:space="preserve"> = distance of tangent point from GC = </w:t>
                              </w:r>
                              <w:r>
                                <w:rPr>
                                  <w:i/>
                                  <w:sz w:val="28"/>
                                </w:rPr>
                                <w:t>R</w:t>
                              </w:r>
                              <w:r>
                                <w:rPr>
                                  <w:i/>
                                  <w:sz w:val="28"/>
                                  <w:vertAlign w:val="subscript"/>
                                </w:rPr>
                                <w:t>o</w:t>
                              </w:r>
                              <w:r>
                                <w:rPr>
                                  <w:sz w:val="28"/>
                                </w:rPr>
                                <w:t xml:space="preserve"> sinθ</w:t>
                              </w:r>
                              <w:r>
                                <w:rPr>
                                  <w:sz w:val="28"/>
                                  <w:vertAlign w:val="subscript"/>
                                </w:rPr>
                                <w:t>ℓ</w:t>
                              </w:r>
                              <w:r>
                                <w:rPr>
                                  <w:sz w:val="28"/>
                                </w:rPr>
                                <w:t xml:space="preserve"> </w:t>
                              </w:r>
                            </w:p>
                            <w:p w14:paraId="242021C1" w14:textId="77777777" w:rsidR="00E13184" w:rsidRDefault="0065474C">
                              <w:pPr>
                                <w:spacing w:before="115" w:after="0" w:line="275" w:lineRule="auto"/>
                                <w:textDirection w:val="btLr"/>
                              </w:pPr>
                              <w:r>
                                <w:rPr>
                                  <w:sz w:val="28"/>
                                </w:rPr>
                                <w:t>v</w:t>
                              </w:r>
                              <w:r>
                                <w:rPr>
                                  <w:sz w:val="28"/>
                                  <w:vertAlign w:val="subscript"/>
                                </w:rPr>
                                <w:t>sun, ⎜⎜</w:t>
                              </w:r>
                              <w:r>
                                <w:rPr>
                                  <w:sz w:val="28"/>
                                </w:rPr>
                                <w:t xml:space="preserve"> = v</w:t>
                              </w:r>
                              <w:r>
                                <w:rPr>
                                  <w:sz w:val="28"/>
                                  <w:vertAlign w:val="subscript"/>
                                </w:rPr>
                                <w:t>sun</w:t>
                              </w:r>
                              <w:r>
                                <w:rPr>
                                  <w:sz w:val="28"/>
                                </w:rPr>
                                <w:t xml:space="preserve"> ·sinθ</w:t>
                              </w:r>
                              <w:r>
                                <w:rPr>
                                  <w:sz w:val="28"/>
                                  <w:vertAlign w:val="subscript"/>
                                </w:rPr>
                                <w:t>ℓ</w:t>
                              </w:r>
                              <w:r>
                                <w:rPr>
                                  <w:sz w:val="28"/>
                                </w:rPr>
                                <w:t xml:space="preserve"> = motion of sun along tangent line</w:t>
                              </w:r>
                            </w:p>
                            <w:p w14:paraId="7FBBB503" w14:textId="77777777" w:rsidR="00E13184" w:rsidRDefault="0065474C">
                              <w:pPr>
                                <w:spacing w:before="115" w:after="0" w:line="275" w:lineRule="auto"/>
                                <w:textDirection w:val="btLr"/>
                              </w:pPr>
                              <w:r>
                                <w:rPr>
                                  <w:sz w:val="28"/>
                                </w:rPr>
                                <w:t>v</w:t>
                              </w:r>
                              <w:r>
                                <w:rPr>
                                  <w:sz w:val="28"/>
                                  <w:vertAlign w:val="subscript"/>
                                </w:rPr>
                                <w:t>tangent pt</w:t>
                              </w:r>
                              <w:r>
                                <w:rPr>
                                  <w:sz w:val="28"/>
                                </w:rPr>
                                <w:t xml:space="preserve"> = v</w:t>
                              </w:r>
                              <w:r>
                                <w:rPr>
                                  <w:sz w:val="28"/>
                                  <w:vertAlign w:val="subscript"/>
                                </w:rPr>
                                <w:t>radio telescope</w:t>
                              </w:r>
                              <w:r>
                                <w:rPr>
                                  <w:sz w:val="28"/>
                                </w:rPr>
                                <w:t xml:space="preserve"> + v</w:t>
                              </w:r>
                              <w:r>
                                <w:rPr>
                                  <w:sz w:val="28"/>
                                  <w:vertAlign w:val="subscript"/>
                                </w:rPr>
                                <w:t>sun, ⎜⎜</w:t>
                              </w:r>
                            </w:p>
                          </w:txbxContent>
                        </wps:txbx>
                        <wps:bodyPr spcFirstLastPara="1" wrap="square" lIns="90000" tIns="45000" rIns="90000" bIns="45000" anchor="t" anchorCtr="0">
                          <a:noAutofit/>
                        </wps:bodyPr>
                      </wps:wsp>
                      <wpg:grpSp>
                        <wpg:cNvPr id="541309457" name="Group 541309457"/>
                        <wpg:cNvGrpSpPr/>
                        <wpg:grpSpPr>
                          <a:xfrm>
                            <a:off x="1773610" y="2066005"/>
                            <a:ext cx="2819400" cy="3236965"/>
                            <a:chOff x="2317735" y="2066005"/>
                            <a:chExt cx="2819400" cy="3236965"/>
                          </a:xfrm>
                        </wpg:grpSpPr>
                        <wps:wsp>
                          <wps:cNvPr id="1166276500" name="Straight Arrow Connector 1166276500"/>
                          <wps:cNvCnPr/>
                          <wps:spPr>
                            <a:xfrm rot="10800000">
                              <a:off x="3727080" y="2482740"/>
                              <a:ext cx="720" cy="2588400"/>
                            </a:xfrm>
                            <a:prstGeom prst="straightConnector1">
                              <a:avLst/>
                            </a:prstGeom>
                            <a:noFill/>
                            <a:ln w="9525" cap="flat" cmpd="sng">
                              <a:solidFill>
                                <a:srgbClr val="000000"/>
                              </a:solidFill>
                              <a:prstDash val="solid"/>
                              <a:round/>
                              <a:headEnd type="stealth" w="med" len="med"/>
                              <a:tailEnd type="stealth" w="med" len="med"/>
                            </a:ln>
                          </wps:spPr>
                          <wps:bodyPr/>
                        </wps:wsp>
                        <wps:wsp>
                          <wps:cNvPr id="1338948720" name="Rectangle 1338948720"/>
                          <wps:cNvSpPr/>
                          <wps:spPr>
                            <a:xfrm>
                              <a:off x="3720240" y="3374820"/>
                              <a:ext cx="408240" cy="240840"/>
                            </a:xfrm>
                            <a:prstGeom prst="rect">
                              <a:avLst/>
                            </a:prstGeom>
                            <a:noFill/>
                            <a:ln>
                              <a:noFill/>
                            </a:ln>
                          </wps:spPr>
                          <wps:txbx>
                            <w:txbxContent>
                              <w:p w14:paraId="5811D2CA" w14:textId="77777777" w:rsidR="00E13184" w:rsidRDefault="0065474C">
                                <w:pPr>
                                  <w:spacing w:after="0" w:line="240" w:lineRule="auto"/>
                                  <w:jc w:val="center"/>
                                  <w:textDirection w:val="btLr"/>
                                </w:pPr>
                                <w:r>
                                  <w:rPr>
                                    <w:b/>
                                    <w:sz w:val="16"/>
                                  </w:rPr>
                                  <w:t>GC</w:t>
                                </w:r>
                              </w:p>
                            </w:txbxContent>
                          </wps:txbx>
                          <wps:bodyPr spcFirstLastPara="1" wrap="square" lIns="90000" tIns="45000" rIns="90000" bIns="45000" anchor="t" anchorCtr="0">
                            <a:noAutofit/>
                          </wps:bodyPr>
                        </wps:wsp>
                        <wps:wsp>
                          <wps:cNvPr id="1797963779" name="Rectangle 1797963779"/>
                          <wps:cNvSpPr/>
                          <wps:spPr>
                            <a:xfrm>
                              <a:off x="3708217" y="4860465"/>
                              <a:ext cx="432300" cy="245100"/>
                            </a:xfrm>
                            <a:prstGeom prst="rect">
                              <a:avLst/>
                            </a:prstGeom>
                            <a:noFill/>
                            <a:ln>
                              <a:noFill/>
                            </a:ln>
                          </wps:spPr>
                          <wps:txbx>
                            <w:txbxContent>
                              <w:p w14:paraId="5BB22944" w14:textId="77777777" w:rsidR="00E13184" w:rsidRDefault="0065474C">
                                <w:pPr>
                                  <w:spacing w:after="0" w:line="240" w:lineRule="auto"/>
                                  <w:textDirection w:val="btLr"/>
                                </w:pPr>
                                <w:r>
                                  <w:rPr>
                                    <w:b/>
                                    <w:sz w:val="16"/>
                                  </w:rPr>
                                  <w:t>sun</w:t>
                                </w:r>
                              </w:p>
                            </w:txbxContent>
                          </wps:txbx>
                          <wps:bodyPr spcFirstLastPara="1" wrap="square" lIns="90000" tIns="45000" rIns="90000" bIns="45000" anchor="t" anchorCtr="0">
                            <a:noAutofit/>
                          </wps:bodyPr>
                        </wps:wsp>
                        <wps:wsp>
                          <wps:cNvPr id="1481034176" name="Oval 1481034176"/>
                          <wps:cNvSpPr/>
                          <wps:spPr>
                            <a:xfrm>
                              <a:off x="3713040" y="4895100"/>
                              <a:ext cx="30600" cy="31680"/>
                            </a:xfrm>
                            <a:prstGeom prst="ellipse">
                              <a:avLst/>
                            </a:prstGeom>
                            <a:solidFill>
                              <a:srgbClr val="000000"/>
                            </a:solidFill>
                            <a:ln w="9525" cap="flat" cmpd="sng">
                              <a:solidFill>
                                <a:srgbClr val="000000"/>
                              </a:solidFill>
                              <a:prstDash val="solid"/>
                              <a:round/>
                              <a:headEnd type="none" w="sm" len="sm"/>
                              <a:tailEnd type="none" w="sm" len="sm"/>
                            </a:ln>
                          </wps:spPr>
                          <wps:txbx>
                            <w:txbxContent>
                              <w:p w14:paraId="7F3FB557" w14:textId="77777777" w:rsidR="00E13184" w:rsidRDefault="00E13184">
                                <w:pPr>
                                  <w:spacing w:after="0" w:line="240" w:lineRule="auto"/>
                                  <w:textDirection w:val="btLr"/>
                                </w:pPr>
                              </w:p>
                            </w:txbxContent>
                          </wps:txbx>
                          <wps:bodyPr spcFirstLastPara="1" wrap="square" lIns="91425" tIns="91425" rIns="91425" bIns="91425" anchor="ctr" anchorCtr="0">
                            <a:noAutofit/>
                          </wps:bodyPr>
                        </wps:wsp>
                        <wps:wsp>
                          <wps:cNvPr id="484274953" name="Straight Arrow Connector 484274953"/>
                          <wps:cNvCnPr/>
                          <wps:spPr>
                            <a:xfrm rot="10800000">
                              <a:off x="2777760" y="2674980"/>
                              <a:ext cx="944280" cy="2232720"/>
                            </a:xfrm>
                            <a:prstGeom prst="straightConnector1">
                              <a:avLst/>
                            </a:prstGeom>
                            <a:noFill/>
                            <a:ln w="9525" cap="flat" cmpd="sng">
                              <a:solidFill>
                                <a:srgbClr val="000000"/>
                              </a:solidFill>
                              <a:prstDash val="solid"/>
                              <a:round/>
                              <a:headEnd type="none" w="sm" len="sm"/>
                              <a:tailEnd type="stealth" w="med" len="med"/>
                            </a:ln>
                          </wps:spPr>
                          <wps:bodyPr/>
                        </wps:wsp>
                        <wps:wsp>
                          <wps:cNvPr id="1576485402" name="Rectangle 1576485402"/>
                          <wps:cNvSpPr/>
                          <wps:spPr>
                            <a:xfrm>
                              <a:off x="2679480" y="3604140"/>
                              <a:ext cx="596880" cy="371520"/>
                            </a:xfrm>
                            <a:prstGeom prst="rect">
                              <a:avLst/>
                            </a:prstGeom>
                            <a:noFill/>
                            <a:ln>
                              <a:noFill/>
                            </a:ln>
                          </wps:spPr>
                          <wps:txbx>
                            <w:txbxContent>
                              <w:p w14:paraId="4EF349A1" w14:textId="77777777" w:rsidR="00E13184" w:rsidRDefault="0065474C">
                                <w:pPr>
                                  <w:spacing w:after="0" w:line="240" w:lineRule="auto"/>
                                  <w:jc w:val="center"/>
                                  <w:textDirection w:val="btLr"/>
                                </w:pPr>
                                <w:r>
                                  <w:rPr>
                                    <w:b/>
                                    <w:color w:val="0066FF"/>
                                    <w:sz w:val="16"/>
                                  </w:rPr>
                                  <w:t>Tangent point</w:t>
                                </w:r>
                              </w:p>
                            </w:txbxContent>
                          </wps:txbx>
                          <wps:bodyPr spcFirstLastPara="1" wrap="square" lIns="90000" tIns="45000" rIns="90000" bIns="45000" anchor="t" anchorCtr="0">
                            <a:noAutofit/>
                          </wps:bodyPr>
                        </wps:wsp>
                        <wps:wsp>
                          <wps:cNvPr id="1478090991" name="Oval 1478090991"/>
                          <wps:cNvSpPr/>
                          <wps:spPr>
                            <a:xfrm>
                              <a:off x="3175200" y="2914380"/>
                              <a:ext cx="1115640" cy="1125720"/>
                            </a:xfrm>
                            <a:prstGeom prst="ellipse">
                              <a:avLst/>
                            </a:prstGeom>
                            <a:noFill/>
                            <a:ln w="19050" cap="flat" cmpd="sng">
                              <a:solidFill>
                                <a:srgbClr val="666666"/>
                              </a:solidFill>
                              <a:prstDash val="dash"/>
                              <a:round/>
                              <a:headEnd type="none" w="sm" len="sm"/>
                              <a:tailEnd type="none" w="sm" len="sm"/>
                            </a:ln>
                          </wps:spPr>
                          <wps:txbx>
                            <w:txbxContent>
                              <w:p w14:paraId="08D2058F" w14:textId="77777777" w:rsidR="00E13184" w:rsidRDefault="00E13184">
                                <w:pPr>
                                  <w:spacing w:after="0" w:line="240" w:lineRule="auto"/>
                                  <w:textDirection w:val="btLr"/>
                                </w:pPr>
                              </w:p>
                            </w:txbxContent>
                          </wps:txbx>
                          <wps:bodyPr spcFirstLastPara="1" wrap="square" lIns="91425" tIns="91425" rIns="91425" bIns="91425" anchor="ctr" anchorCtr="0">
                            <a:noAutofit/>
                          </wps:bodyPr>
                        </wps:wsp>
                        <wps:wsp>
                          <wps:cNvPr id="58650347" name="Oval 58650347"/>
                          <wps:cNvSpPr/>
                          <wps:spPr>
                            <a:xfrm>
                              <a:off x="3712320" y="3466260"/>
                              <a:ext cx="44280" cy="45000"/>
                            </a:xfrm>
                            <a:prstGeom prst="ellipse">
                              <a:avLst/>
                            </a:prstGeom>
                            <a:solidFill>
                              <a:srgbClr val="000000"/>
                            </a:solidFill>
                            <a:ln w="9525" cap="flat" cmpd="sng">
                              <a:solidFill>
                                <a:srgbClr val="000000"/>
                              </a:solidFill>
                              <a:prstDash val="solid"/>
                              <a:round/>
                              <a:headEnd type="none" w="sm" len="sm"/>
                              <a:tailEnd type="none" w="sm" len="sm"/>
                            </a:ln>
                          </wps:spPr>
                          <wps:txbx>
                            <w:txbxContent>
                              <w:p w14:paraId="3B70833F" w14:textId="77777777" w:rsidR="00E13184" w:rsidRDefault="00E13184">
                                <w:pPr>
                                  <w:spacing w:after="0" w:line="240" w:lineRule="auto"/>
                                  <w:textDirection w:val="btLr"/>
                                </w:pPr>
                              </w:p>
                            </w:txbxContent>
                          </wps:txbx>
                          <wps:bodyPr spcFirstLastPara="1" wrap="square" lIns="91425" tIns="91425" rIns="91425" bIns="91425" anchor="ctr" anchorCtr="0">
                            <a:noAutofit/>
                          </wps:bodyPr>
                        </wps:wsp>
                        <wps:wsp>
                          <wps:cNvPr id="119082516" name="Straight Arrow Connector 119082516"/>
                          <wps:cNvCnPr/>
                          <wps:spPr>
                            <a:xfrm rot="10800000">
                              <a:off x="3032280" y="3270780"/>
                              <a:ext cx="173880" cy="422280"/>
                            </a:xfrm>
                            <a:prstGeom prst="straightConnector1">
                              <a:avLst/>
                            </a:prstGeom>
                            <a:noFill/>
                            <a:ln w="27350" cap="flat" cmpd="sng">
                              <a:solidFill>
                                <a:srgbClr val="0066FF"/>
                              </a:solidFill>
                              <a:prstDash val="solid"/>
                              <a:round/>
                              <a:headEnd type="none" w="sm" len="sm"/>
                              <a:tailEnd type="triangle" w="med" len="med"/>
                            </a:ln>
                          </wps:spPr>
                          <wps:bodyPr/>
                        </wps:wsp>
                        <wps:wsp>
                          <wps:cNvPr id="1659153545" name="Oval 1659153545"/>
                          <wps:cNvSpPr/>
                          <wps:spPr>
                            <a:xfrm>
                              <a:off x="2317735" y="2066005"/>
                              <a:ext cx="2819400" cy="2845500"/>
                            </a:xfrm>
                            <a:prstGeom prst="ellipse">
                              <a:avLst/>
                            </a:prstGeom>
                            <a:noFill/>
                            <a:ln w="19050" cap="flat" cmpd="sng">
                              <a:solidFill>
                                <a:srgbClr val="666666"/>
                              </a:solidFill>
                              <a:prstDash val="solid"/>
                              <a:round/>
                              <a:headEnd type="none" w="sm" len="sm"/>
                              <a:tailEnd type="none" w="sm" len="sm"/>
                            </a:ln>
                          </wps:spPr>
                          <wps:txbx>
                            <w:txbxContent>
                              <w:p w14:paraId="39D8736A" w14:textId="77777777" w:rsidR="00E13184" w:rsidRDefault="00E13184">
                                <w:pPr>
                                  <w:spacing w:after="0" w:line="240" w:lineRule="auto"/>
                                  <w:textDirection w:val="btLr"/>
                                </w:pPr>
                              </w:p>
                            </w:txbxContent>
                          </wps:txbx>
                          <wps:bodyPr spcFirstLastPara="1" wrap="square" lIns="91425" tIns="91425" rIns="91425" bIns="91425" anchor="ctr" anchorCtr="0">
                            <a:noAutofit/>
                          </wps:bodyPr>
                        </wps:wsp>
                        <wps:wsp>
                          <wps:cNvPr id="1785875132" name="Straight Arrow Connector 1785875132"/>
                          <wps:cNvCnPr/>
                          <wps:spPr>
                            <a:xfrm rot="10800000">
                              <a:off x="3587400" y="4580820"/>
                              <a:ext cx="131400" cy="327600"/>
                            </a:xfrm>
                            <a:prstGeom prst="straightConnector1">
                              <a:avLst/>
                            </a:prstGeom>
                            <a:noFill/>
                            <a:ln w="19050" cap="flat" cmpd="sng">
                              <a:solidFill>
                                <a:srgbClr val="CC9900"/>
                              </a:solidFill>
                              <a:prstDash val="solid"/>
                              <a:round/>
                              <a:headEnd type="none" w="sm" len="sm"/>
                              <a:tailEnd type="triangle" w="med" len="med"/>
                            </a:ln>
                          </wps:spPr>
                          <wps:bodyPr/>
                        </wps:wsp>
                        <wps:wsp>
                          <wps:cNvPr id="401799919" name="Straight Arrow Connector 401799919"/>
                          <wps:cNvCnPr/>
                          <wps:spPr>
                            <a:xfrm rot="10800000">
                              <a:off x="3150360" y="4908420"/>
                              <a:ext cx="568800" cy="0"/>
                            </a:xfrm>
                            <a:prstGeom prst="straightConnector1">
                              <a:avLst/>
                            </a:prstGeom>
                            <a:noFill/>
                            <a:ln w="19050" cap="flat" cmpd="sng">
                              <a:solidFill>
                                <a:srgbClr val="CC9900"/>
                              </a:solidFill>
                              <a:prstDash val="solid"/>
                              <a:round/>
                              <a:headEnd type="none" w="sm" len="sm"/>
                              <a:tailEnd type="triangle" w="med" len="med"/>
                            </a:ln>
                          </wps:spPr>
                          <wps:bodyPr/>
                        </wps:wsp>
                        <wps:wsp>
                          <wps:cNvPr id="527533130" name="Rectangle 527533130"/>
                          <wps:cNvSpPr/>
                          <wps:spPr>
                            <a:xfrm>
                              <a:off x="3507150" y="4200998"/>
                              <a:ext cx="291900" cy="327600"/>
                            </a:xfrm>
                            <a:prstGeom prst="rect">
                              <a:avLst/>
                            </a:prstGeom>
                            <a:noFill/>
                            <a:ln>
                              <a:noFill/>
                            </a:ln>
                          </wps:spPr>
                          <wps:txbx>
                            <w:txbxContent>
                              <w:p w14:paraId="3EEF6C1F" w14:textId="77777777" w:rsidR="00E13184" w:rsidRDefault="0065474C">
                                <w:pPr>
                                  <w:spacing w:after="0" w:line="240" w:lineRule="auto"/>
                                  <w:textDirection w:val="btLr"/>
                                </w:pPr>
                                <w:r>
                                  <w:rPr>
                                    <w:sz w:val="16"/>
                                  </w:rPr>
                                  <w:t>θ</w:t>
                                </w:r>
                                <w:r>
                                  <w:rPr>
                                    <w:sz w:val="26"/>
                                    <w:vertAlign w:val="subscript"/>
                                  </w:rPr>
                                  <w:t>ℓ</w:t>
                                </w:r>
                              </w:p>
                            </w:txbxContent>
                          </wps:txbx>
                          <wps:bodyPr spcFirstLastPara="1" wrap="square" lIns="90000" tIns="45000" rIns="90000" bIns="45000" anchor="t" anchorCtr="0">
                            <a:noAutofit/>
                          </wps:bodyPr>
                        </wps:wsp>
                        <wps:wsp>
                          <wps:cNvPr id="1213167417" name="Rectangle 1213167417"/>
                          <wps:cNvSpPr/>
                          <wps:spPr>
                            <a:xfrm>
                              <a:off x="3150338" y="4488551"/>
                              <a:ext cx="515400" cy="327600"/>
                            </a:xfrm>
                            <a:prstGeom prst="rect">
                              <a:avLst/>
                            </a:prstGeom>
                            <a:noFill/>
                            <a:ln>
                              <a:noFill/>
                            </a:ln>
                          </wps:spPr>
                          <wps:txbx>
                            <w:txbxContent>
                              <w:p w14:paraId="4BBE11F1" w14:textId="77777777" w:rsidR="00E13184" w:rsidRDefault="0065474C">
                                <w:pPr>
                                  <w:spacing w:after="0" w:line="240" w:lineRule="auto"/>
                                  <w:textDirection w:val="btLr"/>
                                </w:pPr>
                                <w:r>
                                  <w:rPr>
                                    <w:sz w:val="20"/>
                                  </w:rPr>
                                  <w:t>v</w:t>
                                </w:r>
                                <w:r>
                                  <w:rPr>
                                    <w:sz w:val="20"/>
                                    <w:vertAlign w:val="subscript"/>
                                  </w:rPr>
                                  <w:t>sun, ⎜⎜</w:t>
                                </w:r>
                              </w:p>
                            </w:txbxContent>
                          </wps:txbx>
                          <wps:bodyPr spcFirstLastPara="1" wrap="square" lIns="90000" tIns="45000" rIns="90000" bIns="45000" anchor="t" anchorCtr="0">
                            <a:noAutofit/>
                          </wps:bodyPr>
                        </wps:wsp>
                        <wps:wsp>
                          <wps:cNvPr id="2030740733" name="Straight Arrow Connector 2030740733"/>
                          <wps:cNvCnPr/>
                          <wps:spPr>
                            <a:xfrm rot="10800000" flipH="1">
                              <a:off x="3206880" y="3492900"/>
                              <a:ext cx="515520" cy="181440"/>
                            </a:xfrm>
                            <a:prstGeom prst="straightConnector1">
                              <a:avLst/>
                            </a:prstGeom>
                            <a:noFill/>
                            <a:ln w="9525" cap="flat" cmpd="sng">
                              <a:solidFill>
                                <a:srgbClr val="000000"/>
                              </a:solidFill>
                              <a:prstDash val="solid"/>
                              <a:round/>
                              <a:headEnd type="none" w="sm" len="sm"/>
                              <a:tailEnd type="none" w="sm" len="sm"/>
                            </a:ln>
                          </wps:spPr>
                          <wps:bodyPr/>
                        </wps:wsp>
                        <wps:wsp>
                          <wps:cNvPr id="223834423" name="Rectangle 223834423"/>
                          <wps:cNvSpPr/>
                          <wps:spPr>
                            <a:xfrm>
                              <a:off x="3316320" y="3379860"/>
                              <a:ext cx="291960" cy="222120"/>
                            </a:xfrm>
                            <a:prstGeom prst="rect">
                              <a:avLst/>
                            </a:prstGeom>
                            <a:noFill/>
                            <a:ln>
                              <a:noFill/>
                            </a:ln>
                          </wps:spPr>
                          <wps:txbx>
                            <w:txbxContent>
                              <w:p w14:paraId="3BAB29BE" w14:textId="77777777" w:rsidR="00E13184" w:rsidRDefault="0065474C">
                                <w:pPr>
                                  <w:spacing w:after="0" w:line="240" w:lineRule="auto"/>
                                  <w:textDirection w:val="btLr"/>
                                </w:pPr>
                                <w:r>
                                  <w:rPr>
                                    <w:i/>
                                    <w:sz w:val="18"/>
                                  </w:rPr>
                                  <w:t>d</w:t>
                                </w:r>
                              </w:p>
                            </w:txbxContent>
                          </wps:txbx>
                          <wps:bodyPr spcFirstLastPara="1" wrap="square" lIns="90000" tIns="45000" rIns="90000" bIns="45000" anchor="t" anchorCtr="0">
                            <a:noAutofit/>
                          </wps:bodyPr>
                        </wps:wsp>
                        <wps:wsp>
                          <wps:cNvPr id="927783826" name="Rectangle 927783826"/>
                          <wps:cNvSpPr/>
                          <wps:spPr>
                            <a:xfrm>
                              <a:off x="3676288" y="3988735"/>
                              <a:ext cx="332700" cy="371400"/>
                            </a:xfrm>
                            <a:prstGeom prst="rect">
                              <a:avLst/>
                            </a:prstGeom>
                            <a:noFill/>
                            <a:ln>
                              <a:noFill/>
                            </a:ln>
                          </wps:spPr>
                          <wps:txbx>
                            <w:txbxContent>
                              <w:p w14:paraId="697505E9" w14:textId="77777777" w:rsidR="00E13184" w:rsidRDefault="0065474C">
                                <w:pPr>
                                  <w:spacing w:after="0" w:line="240" w:lineRule="auto"/>
                                  <w:textDirection w:val="btLr"/>
                                </w:pPr>
                                <w:r>
                                  <w:rPr>
                                    <w:i/>
                                    <w:sz w:val="18"/>
                                  </w:rPr>
                                  <w:t>R</w:t>
                                </w:r>
                                <w:r>
                                  <w:rPr>
                                    <w:i/>
                                    <w:sz w:val="30"/>
                                    <w:vertAlign w:val="subscript"/>
                                  </w:rPr>
                                  <w:t>o</w:t>
                                </w:r>
                              </w:p>
                            </w:txbxContent>
                          </wps:txbx>
                          <wps:bodyPr spcFirstLastPara="1" wrap="square" lIns="90000" tIns="45000" rIns="90000" bIns="45000" anchor="t" anchorCtr="0">
                            <a:noAutofit/>
                          </wps:bodyPr>
                        </wps:wsp>
                        <wps:wsp>
                          <wps:cNvPr id="1692508447" name="Rectangle 1692508447"/>
                          <wps:cNvSpPr/>
                          <wps:spPr>
                            <a:xfrm>
                              <a:off x="3314310" y="4860470"/>
                              <a:ext cx="385800" cy="442500"/>
                            </a:xfrm>
                            <a:prstGeom prst="rect">
                              <a:avLst/>
                            </a:prstGeom>
                            <a:noFill/>
                            <a:ln>
                              <a:noFill/>
                            </a:ln>
                          </wps:spPr>
                          <wps:txbx>
                            <w:txbxContent>
                              <w:p w14:paraId="03BB32D4" w14:textId="77777777" w:rsidR="00E13184" w:rsidRDefault="0065474C">
                                <w:pPr>
                                  <w:spacing w:after="0" w:line="240" w:lineRule="auto"/>
                                  <w:textDirection w:val="btLr"/>
                                </w:pPr>
                                <w:r>
                                  <w:rPr>
                                    <w:sz w:val="20"/>
                                  </w:rPr>
                                  <w:t>v</w:t>
                                </w:r>
                                <w:r>
                                  <w:rPr>
                                    <w:sz w:val="20"/>
                                    <w:vertAlign w:val="subscript"/>
                                  </w:rPr>
                                  <w:t>sun</w:t>
                                </w:r>
                              </w:p>
                            </w:txbxContent>
                          </wps:txbx>
                          <wps:bodyPr spcFirstLastPara="1" wrap="square" lIns="90000" tIns="45000" rIns="90000" bIns="45000" anchor="t" anchorCtr="0">
                            <a:noAutofit/>
                          </wps:bodyPr>
                        </wps:wsp>
                        <wps:wsp>
                          <wps:cNvPr id="2107725237" name="Rectangle 2107725237"/>
                          <wps:cNvSpPr/>
                          <wps:spPr>
                            <a:xfrm>
                              <a:off x="2542200" y="3288050"/>
                              <a:ext cx="660000" cy="327600"/>
                            </a:xfrm>
                            <a:prstGeom prst="rect">
                              <a:avLst/>
                            </a:prstGeom>
                            <a:noFill/>
                            <a:ln>
                              <a:noFill/>
                            </a:ln>
                          </wps:spPr>
                          <wps:txbx>
                            <w:txbxContent>
                              <w:p w14:paraId="044929F5" w14:textId="77777777" w:rsidR="00E13184" w:rsidRDefault="0065474C">
                                <w:pPr>
                                  <w:spacing w:after="0" w:line="240" w:lineRule="auto"/>
                                  <w:textDirection w:val="btLr"/>
                                </w:pPr>
                                <w:r>
                                  <w:rPr>
                                    <w:b/>
                                    <w:i/>
                                    <w:color w:val="0066FF"/>
                                    <w:sz w:val="20"/>
                                  </w:rPr>
                                  <w:t>v</w:t>
                                </w:r>
                                <w:r>
                                  <w:rPr>
                                    <w:b/>
                                    <w:i/>
                                    <w:color w:val="0066FF"/>
                                    <w:sz w:val="20"/>
                                    <w:vertAlign w:val="subscript"/>
                                  </w:rPr>
                                  <w:t>tangent pt</w:t>
                                </w:r>
                              </w:p>
                            </w:txbxContent>
                          </wps:txbx>
                          <wps:bodyPr spcFirstLastPara="1" wrap="square" lIns="90000" tIns="45000" rIns="90000" bIns="45000" anchor="t" anchorCtr="0">
                            <a:noAutofit/>
                          </wps:bodyPr>
                        </wps:wsp>
                        <wps:wsp>
                          <wps:cNvPr id="2025849878" name="Rectangle 2025849878"/>
                          <wps:cNvSpPr/>
                          <wps:spPr>
                            <a:xfrm rot="-1302950">
                              <a:off x="3212602" y="3658866"/>
                              <a:ext cx="74594" cy="68411"/>
                            </a:xfrm>
                            <a:prstGeom prst="rect">
                              <a:avLst/>
                            </a:prstGeom>
                            <a:noFill/>
                            <a:ln w="9525" cap="flat" cmpd="sng">
                              <a:solidFill>
                                <a:srgbClr val="000000"/>
                              </a:solidFill>
                              <a:prstDash val="solid"/>
                              <a:round/>
                              <a:headEnd type="none" w="sm" len="sm"/>
                              <a:tailEnd type="none" w="sm" len="sm"/>
                            </a:ln>
                          </wps:spPr>
                          <wps:txbx>
                            <w:txbxContent>
                              <w:p w14:paraId="4A064D89" w14:textId="77777777" w:rsidR="00E13184" w:rsidRDefault="00E13184">
                                <w:pPr>
                                  <w:spacing w:after="0" w:line="240" w:lineRule="auto"/>
                                  <w:textDirection w:val="btLr"/>
                                </w:pPr>
                              </w:p>
                            </w:txbxContent>
                          </wps:txbx>
                          <wps:bodyPr spcFirstLastPara="1" wrap="square" lIns="91425" tIns="91425" rIns="91425" bIns="91425" anchor="t" anchorCtr="0">
                            <a:noAutofit/>
                          </wps:bodyPr>
                        </wps:wsp>
                        <wps:wsp>
                          <wps:cNvPr id="1001033871" name="Arc 1001033871"/>
                          <wps:cNvSpPr/>
                          <wps:spPr>
                            <a:xfrm rot="-3966641">
                              <a:off x="3585658" y="4502105"/>
                              <a:ext cx="238535" cy="264336"/>
                            </a:xfrm>
                            <a:prstGeom prst="arc">
                              <a:avLst>
                                <a:gd name="adj1" fmla="val 16200000"/>
                                <a:gd name="adj2" fmla="val 20374437"/>
                              </a:avLst>
                            </a:prstGeom>
                            <a:noFill/>
                            <a:ln w="9525" cap="flat" cmpd="sng">
                              <a:solidFill>
                                <a:srgbClr val="000000"/>
                              </a:solidFill>
                              <a:prstDash val="solid"/>
                              <a:round/>
                              <a:headEnd type="none" w="sm" len="sm"/>
                              <a:tailEnd type="none" w="sm" len="sm"/>
                            </a:ln>
                          </wps:spPr>
                          <wps:txbx>
                            <w:txbxContent>
                              <w:p w14:paraId="2458FA21" w14:textId="77777777" w:rsidR="00E13184" w:rsidRDefault="00E13184">
                                <w:pPr>
                                  <w:spacing w:after="0" w:line="240" w:lineRule="auto"/>
                                  <w:textDirection w:val="btLr"/>
                                </w:pPr>
                              </w:p>
                            </w:txbxContent>
                          </wps:txbx>
                          <wps:bodyPr spcFirstLastPara="1" wrap="square" lIns="91425" tIns="91425" rIns="91425" bIns="91425" anchor="ctr" anchorCtr="0">
                            <a:noAutofit/>
                          </wps:bodyPr>
                        </wps:wsp>
                      </wpg:grpSp>
                    </wpg:wgp>
                  </a:graphicData>
                </a:graphic>
              </wp:inline>
            </w:drawing>
          </mc:Choice>
          <mc:Fallback>
            <w:pict>
              <v:group w14:anchorId="603F7E67" id="Group 1" o:spid="_x0000_s1061" style="width:474.8pt;height:209.15pt;mso-position-horizontal-relative:char;mso-position-vertical-relative:line" coordorigin="17640,20564" coordsize="82340,3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">
                <v:rect id="Rectangle 673995410" o:spid="_x0000_s1062" style="position:absolute;left:48374;top:53029;width:10170;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" filled="f" stroked="f">
                  <v:textbox inset="0,0,0,0">
                    <w:txbxContent>
                      <w:p w14:paraId="52745205" w14:textId="77777777" w:rsidR="00E13184" w:rsidRDefault="0065474C">
                        <w:pPr>
                          <w:spacing w:before="86" w:after="0" w:line="240" w:lineRule="auto"/>
                          <w:jc w:val="center"/>
                          <w:textDirection w:val="btLr"/>
                        </w:pPr>
                        <w:r>
                          <w:rPr>
                            <w:b/>
                            <w:sz w:val="28"/>
                          </w:rPr>
                          <w:t>Figure 2</w:t>
                        </w:r>
                      </w:p>
                    </w:txbxContent>
                  </v:textbox>
                </v:rect>
                <v:rect id="Rectangle 2107026139" o:spid="_x0000_s1063" style="position:absolute;left:55908;top:24827;width:44073;height:22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" filled="f" stroked="f">
                  <v:textbox inset="2.5mm,1.25mm,2.5mm,1.25mm">
                    <w:txbxContent>
                      <w:p w14:paraId="40C4A908" w14:textId="77777777" w:rsidR="00E13184" w:rsidRDefault="0065474C">
                        <w:pPr>
                          <w:spacing w:after="0" w:line="275" w:lineRule="auto"/>
                          <w:textDirection w:val="btLr"/>
                        </w:pPr>
                        <w:r>
                          <w:rPr>
                            <w:i/>
                            <w:sz w:val="28"/>
                          </w:rPr>
                          <w:t>R</w:t>
                        </w:r>
                        <w:r>
                          <w:rPr>
                            <w:i/>
                            <w:sz w:val="28"/>
                            <w:vertAlign w:val="subscript"/>
                          </w:rPr>
                          <w:t>o</w:t>
                        </w:r>
                        <w:r>
                          <w:rPr>
                            <w:sz w:val="28"/>
                          </w:rPr>
                          <w:t xml:space="preserve"> = distance of sun from GC = 8.0 kpc</w:t>
                        </w:r>
                      </w:p>
                      <w:p w14:paraId="53955D10" w14:textId="77777777" w:rsidR="00E13184" w:rsidRDefault="0065474C">
                        <w:pPr>
                          <w:spacing w:before="86" w:after="0" w:line="275" w:lineRule="auto"/>
                          <w:textDirection w:val="btLr"/>
                        </w:pPr>
                        <w:r>
                          <w:rPr>
                            <w:i/>
                            <w:sz w:val="28"/>
                          </w:rPr>
                          <w:t>d</w:t>
                        </w:r>
                        <w:r>
                          <w:rPr>
                            <w:sz w:val="28"/>
                          </w:rPr>
                          <w:t xml:space="preserve"> = distance of tangent point from GC = </w:t>
                        </w:r>
                        <w:r>
                          <w:rPr>
                            <w:i/>
                            <w:sz w:val="28"/>
                          </w:rPr>
                          <w:t>R</w:t>
                        </w:r>
                        <w:r>
                          <w:rPr>
                            <w:i/>
                            <w:sz w:val="28"/>
                            <w:vertAlign w:val="subscript"/>
                          </w:rPr>
                          <w:t>o</w:t>
                        </w:r>
                        <w:r>
                          <w:rPr>
                            <w:sz w:val="28"/>
                          </w:rPr>
                          <w:t xml:space="preserve"> sinθ</w:t>
                        </w:r>
                        <w:r>
                          <w:rPr>
                            <w:sz w:val="28"/>
                            <w:vertAlign w:val="subscript"/>
                          </w:rPr>
                          <w:t>ℓ</w:t>
                        </w:r>
                        <w:r>
                          <w:rPr>
                            <w:sz w:val="28"/>
                          </w:rPr>
                          <w:t xml:space="preserve"> </w:t>
                        </w:r>
                      </w:p>
                      <w:p w14:paraId="242021C1" w14:textId="77777777" w:rsidR="00E13184" w:rsidRDefault="0065474C">
                        <w:pPr>
                          <w:spacing w:before="115" w:after="0" w:line="275" w:lineRule="auto"/>
                          <w:textDirection w:val="btLr"/>
                        </w:pPr>
                        <w:r>
                          <w:rPr>
                            <w:sz w:val="28"/>
                          </w:rPr>
                          <w:t>v</w:t>
                        </w:r>
                        <w:r>
                          <w:rPr>
                            <w:sz w:val="28"/>
                            <w:vertAlign w:val="subscript"/>
                          </w:rPr>
                          <w:t>sun, ⎜⎜</w:t>
                        </w:r>
                        <w:r>
                          <w:rPr>
                            <w:sz w:val="28"/>
                          </w:rPr>
                          <w:t xml:space="preserve"> = v</w:t>
                        </w:r>
                        <w:r>
                          <w:rPr>
                            <w:sz w:val="28"/>
                            <w:vertAlign w:val="subscript"/>
                          </w:rPr>
                          <w:t>sun</w:t>
                        </w:r>
                        <w:r>
                          <w:rPr>
                            <w:sz w:val="28"/>
                          </w:rPr>
                          <w:t xml:space="preserve"> ·sinθ</w:t>
                        </w:r>
                        <w:r>
                          <w:rPr>
                            <w:sz w:val="28"/>
                            <w:vertAlign w:val="subscript"/>
                          </w:rPr>
                          <w:t>ℓ</w:t>
                        </w:r>
                        <w:r>
                          <w:rPr>
                            <w:sz w:val="28"/>
                          </w:rPr>
                          <w:t xml:space="preserve"> = motion of sun along tangent line</w:t>
                        </w:r>
                      </w:p>
                      <w:p w14:paraId="7FBBB503" w14:textId="77777777" w:rsidR="00E13184" w:rsidRDefault="0065474C">
                        <w:pPr>
                          <w:spacing w:before="115" w:after="0" w:line="275" w:lineRule="auto"/>
                          <w:textDirection w:val="btLr"/>
                        </w:pPr>
                        <w:r>
                          <w:rPr>
                            <w:sz w:val="28"/>
                          </w:rPr>
                          <w:t>v</w:t>
                        </w:r>
                        <w:r>
                          <w:rPr>
                            <w:sz w:val="28"/>
                            <w:vertAlign w:val="subscript"/>
                          </w:rPr>
                          <w:t>tangent pt</w:t>
                        </w:r>
                        <w:r>
                          <w:rPr>
                            <w:sz w:val="28"/>
                          </w:rPr>
                          <w:t xml:space="preserve"> = v</w:t>
                        </w:r>
                        <w:r>
                          <w:rPr>
                            <w:sz w:val="28"/>
                            <w:vertAlign w:val="subscript"/>
                          </w:rPr>
                          <w:t>radio telescope</w:t>
                        </w:r>
                        <w:r>
                          <w:rPr>
                            <w:sz w:val="28"/>
                          </w:rPr>
                          <w:t xml:space="preserve"> + v</w:t>
                        </w:r>
                        <w:r>
                          <w:rPr>
                            <w:sz w:val="28"/>
                            <w:vertAlign w:val="subscript"/>
                          </w:rPr>
                          <w:t>sun, ⎜⎜</w:t>
                        </w:r>
                      </w:p>
                    </w:txbxContent>
                  </v:textbox>
                </v:rect>
                <v:group id="Group 541309457" o:spid="_x0000_s1064" style="position:absolute;left:17736;top:20660;width:28194;height:32369" coordorigin="23177,20660" coordsize="28194,32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">
                  <v:shape id="Straight Arrow Connector 1166276500" o:spid="_x0000_s1065" type="#_x0000_t32" style="position:absolute;left:37270;top:24827;width:8;height:25884;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">
                    <v:stroke startarrow="classic" endarrow="classic"/>
                  </v:shape>
                  <v:rect id="Rectangle 1338948720" o:spid="_x0000_s1066" style="position:absolute;left:37202;top:33748;width:4082;height:2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" filled="f" stroked="f">
                    <v:textbox inset="2.5mm,1.25mm,2.5mm,1.25mm">
                      <w:txbxContent>
                        <w:p w14:paraId="5811D2CA" w14:textId="77777777" w:rsidR="00E13184" w:rsidRDefault="0065474C">
                          <w:pPr>
                            <w:spacing w:after="0" w:line="240" w:lineRule="auto"/>
                            <w:jc w:val="center"/>
                            <w:textDirection w:val="btLr"/>
                          </w:pPr>
                          <w:r>
                            <w:rPr>
                              <w:b/>
                              <w:sz w:val="16"/>
                            </w:rPr>
                            <w:t>GC</w:t>
                          </w:r>
                        </w:p>
                      </w:txbxContent>
                    </v:textbox>
                  </v:rect>
                  <v:rect id="Rectangle 1797963779" o:spid="_x0000_s1067" style="position:absolute;left:37082;top:48604;width:4323;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" filled="f" stroked="f">
                    <v:textbox inset="2.5mm,1.25mm,2.5mm,1.25mm">
                      <w:txbxContent>
                        <w:p w14:paraId="5BB22944" w14:textId="77777777" w:rsidR="00E13184" w:rsidRDefault="0065474C">
                          <w:pPr>
                            <w:spacing w:after="0" w:line="240" w:lineRule="auto"/>
                            <w:textDirection w:val="btLr"/>
                          </w:pPr>
                          <w:r>
                            <w:rPr>
                              <w:b/>
                              <w:sz w:val="16"/>
                            </w:rPr>
                            <w:t>sun</w:t>
                          </w:r>
                        </w:p>
                      </w:txbxContent>
                    </v:textbox>
                  </v:rect>
                  <v:oval id="Oval 1481034176" o:spid="_x0000_s1068" style="position:absolute;left:37130;top:48951;width:306;height: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" fillcolor="black">
                    <v:stroke startarrowwidth="narrow" startarrowlength="short" endarrowwidth="narrow" endarrowlength="short"/>
                    <v:textbox inset="2.53958mm,2.53958mm,2.53958mm,2.53958mm">
                      <w:txbxContent>
                        <w:p w14:paraId="7F3FB557" w14:textId="77777777" w:rsidR="00E13184" w:rsidRDefault="00E13184">
                          <w:pPr>
                            <w:spacing w:after="0" w:line="240" w:lineRule="auto"/>
                            <w:textDirection w:val="btLr"/>
                          </w:pPr>
                        </w:p>
                      </w:txbxContent>
                    </v:textbox>
                  </v:oval>
                  <v:shape id="Straight Arrow Connector 484274953" o:spid="_x0000_s1069" type="#_x0000_t32" style="position:absolute;left:27777;top:26749;width:9443;height:22328;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">
                    <v:stroke startarrowwidth="narrow" startarrowlength="short" endarrow="classic"/>
                  </v:shape>
                  <v:rect id="Rectangle 1576485402" o:spid="_x0000_s1070" style="position:absolute;left:26794;top:36041;width:5969;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" filled="f" stroked="f">
                    <v:textbox inset="2.5mm,1.25mm,2.5mm,1.25mm">
                      <w:txbxContent>
                        <w:p w14:paraId="4EF349A1" w14:textId="77777777" w:rsidR="00E13184" w:rsidRDefault="0065474C">
                          <w:pPr>
                            <w:spacing w:after="0" w:line="240" w:lineRule="auto"/>
                            <w:jc w:val="center"/>
                            <w:textDirection w:val="btLr"/>
                          </w:pPr>
                          <w:r>
                            <w:rPr>
                              <w:b/>
                              <w:color w:val="0066FF"/>
                              <w:sz w:val="16"/>
                            </w:rPr>
                            <w:t>Tangent point</w:t>
                          </w:r>
                        </w:p>
                      </w:txbxContent>
                    </v:textbox>
                  </v:rect>
                  <v:oval id="Oval 1478090991" o:spid="_x0000_s1071" style="position:absolute;left:31752;top:29143;width:11156;height:112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" filled="f" strokecolor="#666" strokeweight="1.5pt">
                    <v:stroke dashstyle="dash" startarrowwidth="narrow" startarrowlength="short" endarrowwidth="narrow" endarrowlength="short"/>
                    <v:textbox inset="2.53958mm,2.53958mm,2.53958mm,2.53958mm">
                      <w:txbxContent>
                        <w:p w14:paraId="08D2058F" w14:textId="77777777" w:rsidR="00E13184" w:rsidRDefault="00E13184">
                          <w:pPr>
                            <w:spacing w:after="0" w:line="240" w:lineRule="auto"/>
                            <w:textDirection w:val="btLr"/>
                          </w:pPr>
                        </w:p>
                      </w:txbxContent>
                    </v:textbox>
                  </v:oval>
                  <v:oval id="Oval 58650347" o:spid="_x0000_s1072" style="position:absolute;left:37123;top:34662;width:443;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" fillcolor="black">
                    <v:stroke startarrowwidth="narrow" startarrowlength="short" endarrowwidth="narrow" endarrowlength="short"/>
                    <v:textbox inset="2.53958mm,2.53958mm,2.53958mm,2.53958mm">
                      <w:txbxContent>
                        <w:p w14:paraId="3B70833F" w14:textId="77777777" w:rsidR="00E13184" w:rsidRDefault="00E13184">
                          <w:pPr>
                            <w:spacing w:after="0" w:line="240" w:lineRule="auto"/>
                            <w:textDirection w:val="btLr"/>
                          </w:pPr>
                        </w:p>
                      </w:txbxContent>
                    </v:textbox>
                  </v:oval>
                  <v:shape id="Straight Arrow Connector 119082516" o:spid="_x0000_s1073" type="#_x0000_t32" style="position:absolute;left:30322;top:32707;width:1739;height:4223;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" strokecolor="#06f" strokeweight=".75972mm">
                    <v:stroke startarrowwidth="narrow" startarrowlength="short" endarrow="block"/>
                  </v:shape>
                  <v:oval id="Oval 1659153545" o:spid="_x0000_s1074" style="position:absolute;left:23177;top:20660;width:28194;height:28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" filled="f" strokecolor="#666" strokeweight="1.5pt">
                    <v:stroke startarrowwidth="narrow" startarrowlength="short" endarrowwidth="narrow" endarrowlength="short"/>
                    <v:textbox inset="2.53958mm,2.53958mm,2.53958mm,2.53958mm">
                      <w:txbxContent>
                        <w:p w14:paraId="39D8736A" w14:textId="77777777" w:rsidR="00E13184" w:rsidRDefault="00E13184">
                          <w:pPr>
                            <w:spacing w:after="0" w:line="240" w:lineRule="auto"/>
                            <w:textDirection w:val="btLr"/>
                          </w:pPr>
                        </w:p>
                      </w:txbxContent>
                    </v:textbox>
                  </v:oval>
                  <v:shape id="Straight Arrow Connector 1785875132" o:spid="_x0000_s1075" type="#_x0000_t32" style="position:absolute;left:35874;top:45808;width:1314;height:3276;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" strokecolor="#c90" strokeweight="1.5pt">
                    <v:stroke startarrowwidth="narrow" startarrowlength="short" endarrow="block"/>
                  </v:shape>
                  <v:shape id="Straight Arrow Connector 401799919" o:spid="_x0000_s1076" type="#_x0000_t32" style="position:absolute;left:31503;top:49084;width:5688;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" strokecolor="#c90" strokeweight="1.5pt">
                    <v:stroke startarrowwidth="narrow" startarrowlength="short" endarrow="block"/>
                  </v:shape>
                  <v:rect id="Rectangle 527533130" o:spid="_x0000_s1077" style="position:absolute;left:35071;top:42009;width:2919;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" filled="f" stroked="f">
                    <v:textbox inset="2.5mm,1.25mm,2.5mm,1.25mm">
                      <w:txbxContent>
                        <w:p w14:paraId="3EEF6C1F" w14:textId="77777777" w:rsidR="00E13184" w:rsidRDefault="0065474C">
                          <w:pPr>
                            <w:spacing w:after="0" w:line="240" w:lineRule="auto"/>
                            <w:textDirection w:val="btLr"/>
                          </w:pPr>
                          <w:r>
                            <w:rPr>
                              <w:sz w:val="16"/>
                            </w:rPr>
                            <w:t>θ</w:t>
                          </w:r>
                          <w:r>
                            <w:rPr>
                              <w:sz w:val="26"/>
                              <w:vertAlign w:val="subscript"/>
                            </w:rPr>
                            <w:t>ℓ</w:t>
                          </w:r>
                        </w:p>
                      </w:txbxContent>
                    </v:textbox>
                  </v:rect>
                  <v:rect id="Rectangle 1213167417" o:spid="_x0000_s1078" style="position:absolute;left:31503;top:44885;width:5154;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" filled="f" stroked="f">
                    <v:textbox inset="2.5mm,1.25mm,2.5mm,1.25mm">
                      <w:txbxContent>
                        <w:p w14:paraId="4BBE11F1" w14:textId="77777777" w:rsidR="00E13184" w:rsidRDefault="0065474C">
                          <w:pPr>
                            <w:spacing w:after="0" w:line="240" w:lineRule="auto"/>
                            <w:textDirection w:val="btLr"/>
                          </w:pPr>
                          <w:r>
                            <w:rPr>
                              <w:sz w:val="20"/>
                            </w:rPr>
                            <w:t>v</w:t>
                          </w:r>
                          <w:r>
                            <w:rPr>
                              <w:sz w:val="20"/>
                              <w:vertAlign w:val="subscript"/>
                            </w:rPr>
                            <w:t>sun, ⎜⎜</w:t>
                          </w:r>
                        </w:p>
                      </w:txbxContent>
                    </v:textbox>
                  </v:rect>
                  <v:shape id="Straight Arrow Connector 2030740733" o:spid="_x0000_s1079" type="#_x0000_t32" style="position:absolute;left:32068;top:34929;width:5156;height:1814;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">
                    <v:stroke startarrowwidth="narrow" startarrowlength="short" endarrowwidth="narrow" endarrowlength="short"/>
                  </v:shape>
                  <v:rect id="Rectangle 223834423" o:spid="_x0000_s1080" style="position:absolute;left:33163;top:33798;width:2919;height:2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" filled="f" stroked="f">
                    <v:textbox inset="2.5mm,1.25mm,2.5mm,1.25mm">
                      <w:txbxContent>
                        <w:p w14:paraId="3BAB29BE" w14:textId="77777777" w:rsidR="00E13184" w:rsidRDefault="0065474C">
                          <w:pPr>
                            <w:spacing w:after="0" w:line="240" w:lineRule="auto"/>
                            <w:textDirection w:val="btLr"/>
                          </w:pPr>
                          <w:r>
                            <w:rPr>
                              <w:i/>
                              <w:sz w:val="18"/>
                            </w:rPr>
                            <w:t>d</w:t>
                          </w:r>
                        </w:p>
                      </w:txbxContent>
                    </v:textbox>
                  </v:rect>
                  <v:rect id="Rectangle 927783826" o:spid="_x0000_s1081" style="position:absolute;left:36762;top:39887;width:3327;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" filled="f" stroked="f">
                    <v:textbox inset="2.5mm,1.25mm,2.5mm,1.25mm">
                      <w:txbxContent>
                        <w:p w14:paraId="697505E9" w14:textId="77777777" w:rsidR="00E13184" w:rsidRDefault="0065474C">
                          <w:pPr>
                            <w:spacing w:after="0" w:line="240" w:lineRule="auto"/>
                            <w:textDirection w:val="btLr"/>
                          </w:pPr>
                          <w:r>
                            <w:rPr>
                              <w:i/>
                              <w:sz w:val="18"/>
                            </w:rPr>
                            <w:t>R</w:t>
                          </w:r>
                          <w:r>
                            <w:rPr>
                              <w:i/>
                              <w:sz w:val="30"/>
                              <w:vertAlign w:val="subscript"/>
                            </w:rPr>
                            <w:t>o</w:t>
                          </w:r>
                        </w:p>
                      </w:txbxContent>
                    </v:textbox>
                  </v:rect>
                  <v:rect id="Rectangle 1692508447" o:spid="_x0000_s1082" style="position:absolute;left:33143;top:48604;width:3858;height:4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" filled="f" stroked="f">
                    <v:textbox inset="2.5mm,1.25mm,2.5mm,1.25mm">
                      <w:txbxContent>
                        <w:p w14:paraId="03BB32D4" w14:textId="77777777" w:rsidR="00E13184" w:rsidRDefault="0065474C">
                          <w:pPr>
                            <w:spacing w:after="0" w:line="240" w:lineRule="auto"/>
                            <w:textDirection w:val="btLr"/>
                          </w:pPr>
                          <w:r>
                            <w:rPr>
                              <w:sz w:val="20"/>
                            </w:rPr>
                            <w:t>v</w:t>
                          </w:r>
                          <w:r>
                            <w:rPr>
                              <w:sz w:val="20"/>
                              <w:vertAlign w:val="subscript"/>
                            </w:rPr>
                            <w:t>sun</w:t>
                          </w:r>
                        </w:p>
                      </w:txbxContent>
                    </v:textbox>
                  </v:rect>
                  <v:rect id="Rectangle 2107725237" o:spid="_x0000_s1083" style="position:absolute;left:25422;top:32880;width:6600;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" filled="f" stroked="f">
                    <v:textbox inset="2.5mm,1.25mm,2.5mm,1.25mm">
                      <w:txbxContent>
                        <w:p w14:paraId="044929F5" w14:textId="77777777" w:rsidR="00E13184" w:rsidRDefault="0065474C">
                          <w:pPr>
                            <w:spacing w:after="0" w:line="240" w:lineRule="auto"/>
                            <w:textDirection w:val="btLr"/>
                          </w:pPr>
                          <w:r>
                            <w:rPr>
                              <w:b/>
                              <w:i/>
                              <w:color w:val="0066FF"/>
                              <w:sz w:val="20"/>
                            </w:rPr>
                            <w:t>v</w:t>
                          </w:r>
                          <w:r>
                            <w:rPr>
                              <w:b/>
                              <w:i/>
                              <w:color w:val="0066FF"/>
                              <w:sz w:val="20"/>
                              <w:vertAlign w:val="subscript"/>
                            </w:rPr>
                            <w:t>tangent pt</w:t>
                          </w:r>
                        </w:p>
                      </w:txbxContent>
                    </v:textbox>
                  </v:rect>
                  <v:rect id="Rectangle 2025849878" o:spid="_x0000_s1084" style="position:absolute;left:32126;top:36588;width:745;height:684;rotation:-142316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" filled="f">
                    <v:stroke startarrowwidth="narrow" startarrowlength="short" endarrowwidth="narrow" endarrowlength="short" joinstyle="round"/>
                    <v:textbox inset="2.53958mm,2.53958mm,2.53958mm,2.53958mm">
                      <w:txbxContent>
                        <w:p w14:paraId="4A064D89" w14:textId="77777777" w:rsidR="00E13184" w:rsidRDefault="00E13184">
                          <w:pPr>
                            <w:spacing w:after="0" w:line="240" w:lineRule="auto"/>
                            <w:textDirection w:val="btLr"/>
                          </w:pPr>
                        </w:p>
                      </w:txbxContent>
                    </v:textbox>
                  </v:rect>
                  <v:shape id="Arc 1001033871" o:spid="_x0000_s1085" style="position:absolute;left:35856;top:45021;width:2385;height:2643;rotation:-4332630fd;visibility:visible;mso-wrap-style:square;v-text-anchor:middle" coordsize="238535,2643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" adj="-11796480,,5400" path="m119267,nsc170496,,216002,36253,232322,90065l119268,132168v,-44056,-1,-88112,-1,-132168xem119267,nfc170496,,216002,36253,232322,90065e" filled="f">
                    <v:stroke startarrowwidth="narrow" startarrowlength="short" endarrowwidth="narrow" endarrowlength="short" joinstyle="round"/>
                    <v:formulas/>
                    <v:path arrowok="t" o:connecttype="custom" o:connectlocs="119267,0;232322,90065" o:connectangles="0,0" textboxrect="0,0,238535,264336"/>
                    <v:textbox inset="2.53958mm,2.53958mm,2.53958mm,2.53958mm">
                      <w:txbxContent>
                        <w:p w14:paraId="2458FA21" w14:textId="77777777" w:rsidR="00E13184" w:rsidRDefault="00E13184">
                          <w:pPr>
                            <w:spacing w:after="0" w:line="240" w:lineRule="auto"/>
                            <w:textDirection w:val="btLr"/>
                          </w:pPr>
                        </w:p>
                      </w:txbxContent>
                    </v:textbox>
                  </v:shape>
                </v:group>
                <w10:anchorlock/>
              </v:group>
            </w:pict>
          </mc:Fallback>
        </mc:AlternateContent>
      </w:r>
    </w:p>
    <w:p w14:paraId="1D278B92" w14:textId="77777777" w:rsidR="00E13184" w:rsidRDefault="00E13184">
      <w:pPr>
        <w:tabs>
          <w:tab w:val="left" w:pos="360"/>
        </w:tabs>
        <w:spacing w:before="120" w:after="0"/>
        <w:ind w:left="720"/>
        <w:rPr>
          <w:szCs w:val="22"/>
        </w:rPr>
      </w:pPr>
    </w:p>
    <w:p w14:paraId="11222294" w14:textId="77777777" w:rsidR="00E13184" w:rsidRDefault="00E13184">
      <w:pPr>
        <w:tabs>
          <w:tab w:val="left" w:pos="360"/>
        </w:tabs>
        <w:spacing w:before="120" w:after="0"/>
        <w:ind w:left="720"/>
        <w:rPr>
          <w:szCs w:val="22"/>
        </w:rPr>
      </w:pPr>
    </w:p>
    <w:p w14:paraId="659546A1" w14:textId="77777777" w:rsidR="00E13184" w:rsidRDefault="0065474C">
      <w:pPr>
        <w:numPr>
          <w:ilvl w:val="1"/>
          <w:numId w:val="1"/>
        </w:numPr>
        <w:tabs>
          <w:tab w:val="left" w:pos="360"/>
        </w:tabs>
        <w:spacing w:before="120" w:after="120"/>
        <w:ind w:left="900"/>
        <w:rPr>
          <w:szCs w:val="22"/>
        </w:rPr>
      </w:pPr>
      <w:r>
        <w:rPr>
          <w:szCs w:val="22"/>
        </w:rPr>
        <w:t>The sun's orbital speed, v</w:t>
      </w:r>
      <w:r>
        <w:rPr>
          <w:szCs w:val="22"/>
          <w:vertAlign w:val="subscript"/>
        </w:rPr>
        <w:t>sun</w:t>
      </w:r>
      <w:r>
        <w:rPr>
          <w:szCs w:val="22"/>
        </w:rPr>
        <w:t>,  around the galactic center is approximately 200 km/s.</w:t>
      </w:r>
    </w:p>
    <w:p w14:paraId="2AC3778A" w14:textId="77777777" w:rsidR="00E13184" w:rsidRDefault="0065474C">
      <w:pPr>
        <w:numPr>
          <w:ilvl w:val="1"/>
          <w:numId w:val="1"/>
        </w:numPr>
        <w:tabs>
          <w:tab w:val="left" w:pos="360"/>
        </w:tabs>
        <w:spacing w:before="120" w:after="120"/>
        <w:ind w:left="900"/>
        <w:rPr>
          <w:szCs w:val="22"/>
        </w:rPr>
      </w:pPr>
      <w:r>
        <w:rPr>
          <w:szCs w:val="22"/>
        </w:rPr>
        <w:t>The distance of the tangent point from the galactic center can be calculated using the trigonometric identity indicated in Figure 2.</w:t>
      </w:r>
    </w:p>
    <w:sectPr w:rsidR="00E13184">
      <w:headerReference w:type="even" r:id="rId7"/>
      <w:headerReference w:type="default" r:id="rId8"/>
      <w:footerReference w:type="even" r:id="rId9"/>
      <w:footerReference w:type="default" r:id="rId10"/>
      <w:headerReference w:type="first" r:id="rId11"/>
      <w:footerReference w:type="first" r:id="rId12"/>
      <w:pgSz w:w="12240" w:h="15840"/>
      <w:pgMar w:top="1512" w:right="1080" w:bottom="1080"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63812" w14:textId="77777777" w:rsidR="00183B4D" w:rsidRDefault="00183B4D">
      <w:pPr>
        <w:spacing w:after="0" w:line="240" w:lineRule="auto"/>
      </w:pPr>
      <w:r>
        <w:separator/>
      </w:r>
    </w:p>
  </w:endnote>
  <w:endnote w:type="continuationSeparator" w:id="0">
    <w:p w14:paraId="7AED4FF5" w14:textId="77777777" w:rsidR="00183B4D" w:rsidRDefault="00183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1" w:fontKey="{50EE4592-045A-4964-AB12-5B1029DCC404}"/>
    <w:embedItalic r:id="rId2" w:fontKey="{B242A928-81CE-4680-B13F-B70A1E66372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3F954" w14:textId="77777777" w:rsidR="00EC5F50" w:rsidRDefault="00EC5F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90F5E" w14:textId="77777777" w:rsidR="0065474C" w:rsidRDefault="0065474C">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590D0" w14:textId="77777777" w:rsidR="00EC5F50" w:rsidRDefault="00EC5F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0AAC2" w14:textId="77777777" w:rsidR="00183B4D" w:rsidRDefault="00183B4D">
      <w:pPr>
        <w:spacing w:after="0" w:line="240" w:lineRule="auto"/>
      </w:pPr>
      <w:r>
        <w:separator/>
      </w:r>
    </w:p>
  </w:footnote>
  <w:footnote w:type="continuationSeparator" w:id="0">
    <w:p w14:paraId="19DBB5E8" w14:textId="77777777" w:rsidR="00183B4D" w:rsidRDefault="00183B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76009" w14:textId="77777777" w:rsidR="00EC5F50" w:rsidRDefault="00EC5F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A79CB" w14:textId="77777777" w:rsidR="0065474C" w:rsidRDefault="0065474C">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E242F" w14:textId="77777777" w:rsidR="00EC5F50" w:rsidRDefault="00EC5F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C55B7F"/>
    <w:multiLevelType w:val="multilevel"/>
    <w:tmpl w:val="D3C25128"/>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625301F"/>
    <w:multiLevelType w:val="multilevel"/>
    <w:tmpl w:val="BB2631D2"/>
    <w:lvl w:ilvl="0">
      <w:start w:val="1"/>
      <w:numFmt w:val="bullet"/>
      <w:pStyle w:val="ListBullet"/>
      <w:lvlText w:val="•"/>
      <w:lvlJc w:val="left"/>
      <w:pPr>
        <w:ind w:left="108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160" w:hanging="360"/>
      </w:pPr>
      <w:rPr>
        <w:rFonts w:ascii="Arial" w:eastAsia="Arial" w:hAnsi="Arial" w:cs="Arial"/>
      </w:rPr>
    </w:lvl>
    <w:lvl w:ilvl="4">
      <w:start w:val="1"/>
      <w:numFmt w:val="bullet"/>
      <w:lvlText w:val="◦"/>
      <w:lvlJc w:val="left"/>
      <w:pPr>
        <w:ind w:left="2520" w:hanging="360"/>
      </w:pPr>
      <w:rPr>
        <w:rFonts w:ascii="Arial" w:eastAsia="Arial" w:hAnsi="Arial" w:cs="Arial"/>
      </w:rPr>
    </w:lvl>
    <w:lvl w:ilvl="5">
      <w:start w:val="1"/>
      <w:numFmt w:val="bullet"/>
      <w:lvlText w:val="▪"/>
      <w:lvlJc w:val="left"/>
      <w:pPr>
        <w:ind w:left="2880" w:hanging="360"/>
      </w:pPr>
      <w:rPr>
        <w:rFonts w:ascii="Arial" w:eastAsia="Arial" w:hAnsi="Arial" w:cs="Arial"/>
      </w:rPr>
    </w:lvl>
    <w:lvl w:ilvl="6">
      <w:start w:val="1"/>
      <w:numFmt w:val="bullet"/>
      <w:lvlText w:val="•"/>
      <w:lvlJc w:val="left"/>
      <w:pPr>
        <w:ind w:left="3240" w:hanging="360"/>
      </w:pPr>
      <w:rPr>
        <w:rFonts w:ascii="Arial" w:eastAsia="Arial" w:hAnsi="Arial" w:cs="Arial"/>
      </w:rPr>
    </w:lvl>
    <w:lvl w:ilvl="7">
      <w:start w:val="1"/>
      <w:numFmt w:val="bullet"/>
      <w:lvlText w:val="◦"/>
      <w:lvlJc w:val="left"/>
      <w:pPr>
        <w:ind w:left="3600" w:hanging="360"/>
      </w:pPr>
      <w:rPr>
        <w:rFonts w:ascii="Arial" w:eastAsia="Arial" w:hAnsi="Arial" w:cs="Arial"/>
      </w:rPr>
    </w:lvl>
    <w:lvl w:ilvl="8">
      <w:start w:val="1"/>
      <w:numFmt w:val="bullet"/>
      <w:lvlText w:val="▪"/>
      <w:lvlJc w:val="left"/>
      <w:pPr>
        <w:ind w:left="3960" w:hanging="360"/>
      </w:pPr>
      <w:rPr>
        <w:rFonts w:ascii="Arial" w:eastAsia="Arial" w:hAnsi="Arial" w:cs="Arial"/>
      </w:rPr>
    </w:lvl>
  </w:abstractNum>
  <w:num w:numId="1" w16cid:durableId="773671379">
    <w:abstractNumId w:val="1"/>
  </w:num>
  <w:num w:numId="2" w16cid:durableId="2097482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184"/>
    <w:rsid w:val="00176530"/>
    <w:rsid w:val="00183B4D"/>
    <w:rsid w:val="001C774C"/>
    <w:rsid w:val="005D0E94"/>
    <w:rsid w:val="0065474C"/>
    <w:rsid w:val="00714F62"/>
    <w:rsid w:val="00735244"/>
    <w:rsid w:val="007974EC"/>
    <w:rsid w:val="00811FE6"/>
    <w:rsid w:val="00A91AC5"/>
    <w:rsid w:val="00DB1FE6"/>
    <w:rsid w:val="00E13184"/>
    <w:rsid w:val="00EC5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25D3D"/>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sz w:val="22"/>
    </w:rPr>
  </w:style>
  <w:style w:type="paragraph" w:styleId="Heading1">
    <w:name w:val="heading 1"/>
    <w:basedOn w:val="Normal"/>
    <w:next w:val="Normal"/>
    <w:uiPriority w:val="9"/>
    <w:qFormat/>
    <w:rsid w:val="00FC693F"/>
    <w:pPr>
      <w:keepNext/>
      <w:keepLines/>
      <w:spacing w:before="240"/>
      <w:outlineLvl w:val="0"/>
    </w:pPr>
    <w:rPr>
      <w:b/>
      <w:bCs/>
      <w:sz w:val="30"/>
      <w:szCs w:val="28"/>
    </w:rPr>
  </w:style>
  <w:style w:type="paragraph" w:styleId="Heading2">
    <w:name w:val="heading 2"/>
    <w:basedOn w:val="Normal"/>
    <w:next w:val="Normal"/>
    <w:uiPriority w:val="9"/>
    <w:semiHidden/>
    <w:unhideWhenUsed/>
    <w:qFormat/>
    <w:rsid w:val="00FC693F"/>
    <w:pPr>
      <w:keepNext/>
      <w:keepLines/>
      <w:spacing w:before="240"/>
      <w:outlineLvl w:val="1"/>
    </w:pPr>
    <w:rPr>
      <w:b/>
      <w:bCs/>
      <w:sz w:val="24"/>
      <w:szCs w:val="26"/>
    </w:rPr>
  </w:style>
  <w:style w:type="paragraph" w:styleId="Heading3">
    <w:name w:val="heading 3"/>
    <w:basedOn w:val="Normal"/>
    <w:next w:val="Normal"/>
    <w:uiPriority w:val="9"/>
    <w:semiHidden/>
    <w:unhideWhenUsed/>
    <w:qFormat/>
    <w:rsid w:val="00FC693F"/>
    <w:pPr>
      <w:keepNext/>
      <w:keepLines/>
      <w:spacing w:before="200" w:after="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sid w:val="00FC693F"/>
    <w:pPr>
      <w:spacing w:after="160" w:line="240" w:lineRule="auto"/>
      <w:contextualSpacing/>
    </w:pPr>
    <w:rPr>
      <w:kern w:val="28"/>
      <w:sz w:val="48"/>
      <w:szCs w:val="52"/>
    </w:rPr>
  </w:style>
  <w:style w:type="paragraph" w:styleId="Subtitle">
    <w:name w:val="Subtitle"/>
    <w:basedOn w:val="Normal"/>
    <w:next w:val="Normal"/>
    <w:uiPriority w:val="11"/>
    <w:qFormat/>
    <w:rsid w:val="00FC693F"/>
    <w:pPr>
      <w:numPr>
        <w:ilvl w:val="1"/>
      </w:numPr>
      <w:spacing w:after="160"/>
    </w:pPr>
    <w:rPr>
      <w:iCs/>
    </w:rPr>
  </w:style>
  <w:style w:type="paragraph" w:customStyle="1" w:styleId="Header1">
    <w:name w:val="Header1"/>
    <w:pPr>
      <w:spacing w:after="120" w:line="264" w:lineRule="auto"/>
    </w:pPr>
    <w:rPr>
      <w:color w:val="000000"/>
      <w:sz w:val="18"/>
    </w:rPr>
  </w:style>
  <w:style w:type="paragraph" w:customStyle="1" w:styleId="Footer1">
    <w:name w:val="Footer1"/>
    <w:pPr>
      <w:spacing w:after="120" w:line="264" w:lineRule="auto"/>
    </w:pPr>
    <w:rPr>
      <w:color w:val="000000"/>
      <w:sz w:val="18"/>
    </w:rPr>
  </w:style>
  <w:style w:type="paragraph" w:styleId="Header">
    <w:name w:val="header"/>
    <w:basedOn w:val="Normal"/>
    <w:uiPriority w:val="99"/>
    <w:unhideWhenUsed/>
    <w:rsid w:val="00E618BF"/>
    <w:pPr>
      <w:spacing w:after="0" w:line="240" w:lineRule="auto"/>
    </w:pPr>
  </w:style>
  <w:style w:type="paragraph" w:styleId="Footer">
    <w:name w:val="footer"/>
    <w:basedOn w:val="Normal"/>
    <w:uiPriority w:val="99"/>
    <w:unhideWhenUsed/>
    <w:rsid w:val="00E618BF"/>
    <w:pPr>
      <w:spacing w:after="0" w:line="240" w:lineRule="auto"/>
    </w:pPr>
    <w:rPr>
      <w:sz w:val="18"/>
    </w:rPr>
  </w:style>
  <w:style w:type="paragraph" w:styleId="ListBullet">
    <w:name w:val="List Bullet"/>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2"/>
      </w:numPr>
      <w:contextualSpacing/>
    </w:pPr>
  </w:style>
  <w:style w:type="paragraph" w:styleId="Caption">
    <w:name w:val="caption"/>
    <w:basedOn w:val="Normal"/>
    <w:next w:val="Normal"/>
    <w:uiPriority w:val="35"/>
    <w:semiHidden/>
    <w:unhideWhenUsed/>
    <w:qFormat/>
    <w:rsid w:val="00FC693F"/>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265</Words>
  <Characters>1393</Characters>
  <Application>Microsoft Office Word</Application>
  <DocSecurity>0</DocSecurity>
  <Lines>55</Lines>
  <Paragraphs>25</Paragraphs>
  <ScaleCrop>false</ScaleCrop>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tangent method for galactic rotation</dc:title>
  <dc:description/>
  <cp:lastModifiedBy>Dylan Gormley</cp:lastModifiedBy>
  <cp:revision>5</cp:revision>
  <dcterms:created xsi:type="dcterms:W3CDTF">2026-09-26T23:52:00Z</dcterms:created>
  <dcterms:modified xsi:type="dcterms:W3CDTF">2026-09-27T00:42:00Z</dcterms:modified>
</cp:coreProperties>
</file>