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B52DF" w14:textId="77777777" w:rsidR="00117DE2" w:rsidRDefault="00634E9C">
      <w:pPr>
        <w:spacing w:after="120"/>
        <w:rPr>
          <w:szCs w:val="22"/>
        </w:rPr>
      </w:pPr>
      <w:r>
        <w:rPr>
          <w:szCs w:val="22"/>
        </w:rPr>
        <w:t>Name ________________________________</w:t>
      </w:r>
      <w:r>
        <w:rPr>
          <w:szCs w:val="22"/>
        </w:rPr>
        <w:tab/>
      </w:r>
      <w:r>
        <w:rPr>
          <w:szCs w:val="22"/>
        </w:rPr>
        <w:tab/>
      </w:r>
      <w:r>
        <w:rPr>
          <w:szCs w:val="22"/>
        </w:rPr>
        <w:tab/>
      </w:r>
      <w:r>
        <w:rPr>
          <w:szCs w:val="22"/>
        </w:rPr>
        <w:tab/>
        <w:t>Date _______________</w:t>
      </w:r>
    </w:p>
    <w:p w14:paraId="28F6EA70" w14:textId="77777777" w:rsidR="00117DE2" w:rsidRDefault="00117DE2">
      <w:pPr>
        <w:spacing w:line="276" w:lineRule="auto"/>
        <w:jc w:val="center"/>
        <w:rPr>
          <w:b/>
          <w:bCs/>
          <w:i/>
          <w:iCs/>
          <w:szCs w:val="22"/>
        </w:rPr>
      </w:pPr>
    </w:p>
    <w:p w14:paraId="238C91B9" w14:textId="77777777" w:rsidR="00117DE2" w:rsidRDefault="00634E9C">
      <w:pPr>
        <w:pStyle w:val="Title"/>
        <w:keepNext/>
        <w:rPr>
          <w:b/>
          <w:bCs/>
          <w:i/>
          <w:iCs/>
        </w:rPr>
      </w:pPr>
      <w:r>
        <w:t>Velocity Curve Activity Part 2: Quadrant I Observations</w:t>
      </w:r>
    </w:p>
    <w:p w14:paraId="62BF212C" w14:textId="77777777" w:rsidR="00117DE2" w:rsidRDefault="00117DE2">
      <w:pPr>
        <w:rPr>
          <w:szCs w:val="22"/>
        </w:rPr>
      </w:pPr>
    </w:p>
    <w:p w14:paraId="59689350" w14:textId="77777777" w:rsidR="00117DE2" w:rsidRDefault="00634E9C">
      <w:pPr>
        <w:pStyle w:val="Heading2"/>
        <w:tabs>
          <w:tab w:val="left" w:pos="360"/>
          <w:tab w:val="left" w:pos="720"/>
        </w:tabs>
        <w:rPr>
          <w:sz w:val="22"/>
          <w:szCs w:val="22"/>
        </w:rPr>
      </w:pPr>
      <w:r>
        <w:t>Introduction</w:t>
      </w:r>
    </w:p>
    <w:p w14:paraId="1BE84758" w14:textId="77777777" w:rsidR="00117DE2" w:rsidRDefault="00634E9C">
      <w:pPr>
        <w:tabs>
          <w:tab w:val="left" w:pos="360"/>
          <w:tab w:val="left" w:pos="720"/>
        </w:tabs>
        <w:spacing w:before="86" w:after="120"/>
        <w:rPr>
          <w:szCs w:val="22"/>
        </w:rPr>
      </w:pPr>
      <w:r>
        <w:rPr>
          <w:szCs w:val="22"/>
        </w:rPr>
        <w:t xml:space="preserve">We previously made some observations of quadrants II and III of the Milky Way Galaxy (MWG) using the horn radio telescope. From this we learned that the MWG is rotating. In this activity we will take further measurements using a horn telescope to determine the velocity of points in the galaxy at different distances from its center. This is typically referred to as a velocity curve. </w:t>
      </w:r>
    </w:p>
    <w:p w14:paraId="3905C84C" w14:textId="77777777" w:rsidR="00117DE2" w:rsidRDefault="00117DE2">
      <w:pPr>
        <w:tabs>
          <w:tab w:val="left" w:pos="360"/>
          <w:tab w:val="left" w:pos="720"/>
        </w:tabs>
        <w:rPr>
          <w:szCs w:val="22"/>
        </w:rPr>
      </w:pPr>
    </w:p>
    <w:p w14:paraId="2DE1D078" w14:textId="77777777" w:rsidR="00117DE2" w:rsidRDefault="00634E9C">
      <w:pPr>
        <w:pStyle w:val="Heading2"/>
        <w:tabs>
          <w:tab w:val="left" w:pos="360"/>
          <w:tab w:val="left" w:pos="720"/>
        </w:tabs>
        <w:rPr>
          <w:sz w:val="22"/>
          <w:szCs w:val="22"/>
        </w:rPr>
      </w:pPr>
      <w:r>
        <w:t>Pre-Observation Reflection: Milky Way Galaxy Models</w:t>
      </w:r>
    </w:p>
    <w:p w14:paraId="4B0762A9" w14:textId="77777777" w:rsidR="00117DE2" w:rsidRDefault="00634E9C">
      <w:pPr>
        <w:tabs>
          <w:tab w:val="left" w:pos="360"/>
          <w:tab w:val="left" w:pos="1260"/>
        </w:tabs>
        <w:spacing w:before="200" w:after="120"/>
        <w:rPr>
          <w:szCs w:val="22"/>
        </w:rPr>
      </w:pPr>
      <w:r>
        <w:rPr>
          <w:szCs w:val="22"/>
        </w:rPr>
        <w:t>Model Assumptions</w:t>
      </w:r>
    </w:p>
    <w:p w14:paraId="7560C9C7" w14:textId="77777777" w:rsidR="00117DE2" w:rsidRDefault="00634E9C">
      <w:pPr>
        <w:numPr>
          <w:ilvl w:val="0"/>
          <w:numId w:val="1"/>
        </w:numPr>
        <w:tabs>
          <w:tab w:val="left" w:pos="0"/>
          <w:tab w:val="left" w:pos="1260"/>
        </w:tabs>
        <w:spacing w:before="120" w:after="120"/>
        <w:rPr>
          <w:szCs w:val="22"/>
        </w:rPr>
      </w:pPr>
      <w:r>
        <w:rPr>
          <w:szCs w:val="22"/>
        </w:rPr>
        <w:t>the galaxy is comprised of lots of material - stars, neutral hydrogen atoms, and other interstellar matter.</w:t>
      </w:r>
    </w:p>
    <w:p w14:paraId="1D29D613" w14:textId="77777777" w:rsidR="00117DE2" w:rsidRDefault="00634E9C">
      <w:pPr>
        <w:numPr>
          <w:ilvl w:val="0"/>
          <w:numId w:val="1"/>
        </w:numPr>
        <w:tabs>
          <w:tab w:val="left" w:pos="0"/>
          <w:tab w:val="left" w:pos="1260"/>
        </w:tabs>
        <w:spacing w:before="120" w:after="120"/>
        <w:rPr>
          <w:szCs w:val="22"/>
        </w:rPr>
      </w:pPr>
      <w:r>
        <w:rPr>
          <w:szCs w:val="22"/>
        </w:rPr>
        <w:t>The galaxy exists in a 3-dimensional region of space.</w:t>
      </w:r>
    </w:p>
    <w:p w14:paraId="69065743" w14:textId="77777777" w:rsidR="00117DE2" w:rsidRDefault="00117DE2">
      <w:pPr>
        <w:tabs>
          <w:tab w:val="left" w:pos="360"/>
          <w:tab w:val="left" w:pos="1260"/>
        </w:tabs>
        <w:spacing w:before="86" w:after="0"/>
        <w:rPr>
          <w:szCs w:val="22"/>
        </w:rPr>
      </w:pPr>
    </w:p>
    <w:p w14:paraId="334EA6AB" w14:textId="77777777" w:rsidR="00117DE2" w:rsidRDefault="00634E9C">
      <w:pPr>
        <w:numPr>
          <w:ilvl w:val="0"/>
          <w:numId w:val="3"/>
        </w:numPr>
        <w:tabs>
          <w:tab w:val="left" w:pos="360"/>
          <w:tab w:val="left" w:pos="1260"/>
        </w:tabs>
        <w:spacing w:after="120"/>
        <w:rPr>
          <w:szCs w:val="22"/>
        </w:rPr>
      </w:pPr>
      <w:r>
        <w:rPr>
          <w:b/>
          <w:bCs/>
          <w:szCs w:val="22"/>
        </w:rPr>
        <w:t>Static Model:</w:t>
      </w:r>
      <w:r>
        <w:rPr>
          <w:szCs w:val="22"/>
        </w:rPr>
        <w:t xml:space="preserve"> The matter in the galaxy is stationary. Apply what you know about gravitational forces to explain why a static model probably does not accurately describe the Milky Way Galaxy.</w:t>
      </w:r>
    </w:p>
    <w:p w14:paraId="6B5CB53A" w14:textId="77777777" w:rsidR="00117DE2" w:rsidRDefault="00634E9C">
      <w:pPr>
        <w:spacing w:before="120" w:after="120"/>
        <w:ind w:left="720"/>
        <w:rPr>
          <w:szCs w:val="22"/>
        </w:rPr>
      </w:pPr>
      <w:r>
        <w:rPr>
          <w:szCs w:val="22"/>
        </w:rPr>
        <w:t>[Hint: Assume the galaxy is a large spherical volume of mass. Pick an arbitrary point in this volume, draw a force diagram on a particle at this point, and apply Newton’s 2nd Law to illustrate what this model would imply about the motions of the particles in the galaxy.]</w:t>
      </w:r>
    </w:p>
    <w:p w14:paraId="5EA15A5E" w14:textId="77777777" w:rsidR="00117DE2" w:rsidRDefault="00117DE2">
      <w:pPr>
        <w:tabs>
          <w:tab w:val="left" w:pos="360"/>
          <w:tab w:val="left" w:pos="1260"/>
        </w:tabs>
        <w:spacing w:before="86" w:after="0"/>
        <w:rPr>
          <w:szCs w:val="22"/>
        </w:rPr>
      </w:pPr>
    </w:p>
    <w:p w14:paraId="6F14C25B" w14:textId="77777777" w:rsidR="00117DE2" w:rsidRDefault="00117DE2">
      <w:pPr>
        <w:tabs>
          <w:tab w:val="left" w:pos="360"/>
          <w:tab w:val="left" w:pos="1260"/>
        </w:tabs>
        <w:spacing w:before="86" w:after="0"/>
        <w:rPr>
          <w:szCs w:val="22"/>
        </w:rPr>
      </w:pPr>
    </w:p>
    <w:p w14:paraId="0A7100B8" w14:textId="77777777" w:rsidR="00117DE2" w:rsidRDefault="00634E9C">
      <w:pPr>
        <w:numPr>
          <w:ilvl w:val="0"/>
          <w:numId w:val="3"/>
        </w:numPr>
        <w:tabs>
          <w:tab w:val="left" w:pos="360"/>
          <w:tab w:val="left" w:pos="1260"/>
        </w:tabs>
        <w:spacing w:before="86" w:after="120"/>
        <w:rPr>
          <w:szCs w:val="22"/>
        </w:rPr>
      </w:pPr>
      <w:r>
        <w:rPr>
          <w:b/>
          <w:bCs/>
          <w:szCs w:val="22"/>
        </w:rPr>
        <w:t>Non-static Models:</w:t>
      </w:r>
      <w:r>
        <w:rPr>
          <w:szCs w:val="22"/>
        </w:rPr>
        <w:t xml:space="preserve"> Continue the analysis in #1 above to determine what type of motion the particles are most likely undergoing. [Think about the motions of the planets around the sun. What would happen if the planets stopped moving?]  Incorporate what we have learned about the red and blue shifts of the different quadrants of galaxy to support your explanation.</w:t>
      </w:r>
    </w:p>
    <w:p w14:paraId="2C353670" w14:textId="77777777" w:rsidR="00117DE2" w:rsidRDefault="00117DE2">
      <w:pPr>
        <w:tabs>
          <w:tab w:val="left" w:pos="360"/>
          <w:tab w:val="left" w:pos="1260"/>
        </w:tabs>
        <w:spacing w:before="86" w:after="0"/>
        <w:rPr>
          <w:szCs w:val="22"/>
        </w:rPr>
      </w:pPr>
    </w:p>
    <w:p w14:paraId="107624E2" w14:textId="77777777" w:rsidR="00117DE2" w:rsidRDefault="00117DE2">
      <w:pPr>
        <w:tabs>
          <w:tab w:val="left" w:pos="360"/>
          <w:tab w:val="left" w:pos="1260"/>
        </w:tabs>
        <w:spacing w:before="86" w:after="0"/>
        <w:rPr>
          <w:b/>
          <w:bCs/>
          <w:i/>
          <w:iCs/>
          <w:szCs w:val="22"/>
        </w:rPr>
      </w:pPr>
    </w:p>
    <w:p w14:paraId="1F719C70" w14:textId="77777777" w:rsidR="00117DE2" w:rsidRDefault="00634E9C">
      <w:pPr>
        <w:spacing w:after="120"/>
        <w:rPr>
          <w:szCs w:val="22"/>
        </w:rPr>
      </w:pPr>
      <w:r>
        <w:rPr>
          <w:szCs w:val="22"/>
        </w:rPr>
        <w:t>Name ________________________________</w:t>
      </w:r>
      <w:r>
        <w:rPr>
          <w:szCs w:val="22"/>
        </w:rPr>
        <w:tab/>
      </w:r>
      <w:r>
        <w:rPr>
          <w:szCs w:val="22"/>
        </w:rPr>
        <w:tab/>
      </w:r>
      <w:r>
        <w:rPr>
          <w:szCs w:val="22"/>
        </w:rPr>
        <w:tab/>
      </w:r>
      <w:r>
        <w:rPr>
          <w:szCs w:val="22"/>
        </w:rPr>
        <w:tab/>
        <w:t>Date _______________</w:t>
      </w:r>
    </w:p>
    <w:p w14:paraId="648B4037" w14:textId="77777777" w:rsidR="00117DE2" w:rsidRDefault="00117DE2">
      <w:pPr>
        <w:spacing w:line="276" w:lineRule="auto"/>
        <w:jc w:val="center"/>
        <w:rPr>
          <w:b/>
          <w:bCs/>
          <w:i/>
          <w:iCs/>
          <w:szCs w:val="22"/>
        </w:rPr>
      </w:pPr>
    </w:p>
    <w:p w14:paraId="4D2B5B6A" w14:textId="77777777" w:rsidR="00117DE2" w:rsidRDefault="00634E9C">
      <w:pPr>
        <w:pStyle w:val="Heading2"/>
        <w:rPr>
          <w:i/>
          <w:iCs/>
          <w:sz w:val="22"/>
          <w:szCs w:val="22"/>
        </w:rPr>
      </w:pPr>
      <w:r>
        <w:t>Velocity Curve Activity Part 2: Quadrant I Observation</w:t>
      </w:r>
    </w:p>
    <w:p w14:paraId="135EDEC2" w14:textId="77777777" w:rsidR="00117DE2" w:rsidRDefault="00117DE2">
      <w:pPr>
        <w:spacing w:after="0"/>
        <w:rPr>
          <w:szCs w:val="22"/>
        </w:rPr>
      </w:pPr>
    </w:p>
    <w:p w14:paraId="39946582" w14:textId="77777777" w:rsidR="00117DE2" w:rsidRDefault="00634E9C">
      <w:pPr>
        <w:pStyle w:val="Heading2"/>
        <w:tabs>
          <w:tab w:val="left" w:pos="360"/>
          <w:tab w:val="left" w:pos="720"/>
        </w:tabs>
        <w:rPr>
          <w:sz w:val="22"/>
          <w:szCs w:val="22"/>
        </w:rPr>
      </w:pPr>
      <w:r>
        <w:lastRenderedPageBreak/>
        <w:t>Pre-Observation Prep</w:t>
      </w:r>
    </w:p>
    <w:p w14:paraId="0D070C70" w14:textId="77777777" w:rsidR="00117DE2" w:rsidRDefault="00634E9C">
      <w:pPr>
        <w:numPr>
          <w:ilvl w:val="0"/>
          <w:numId w:val="4"/>
        </w:numPr>
        <w:tabs>
          <w:tab w:val="left" w:pos="360"/>
          <w:tab w:val="left" w:pos="720"/>
        </w:tabs>
        <w:spacing w:before="144" w:after="120"/>
        <w:rPr>
          <w:szCs w:val="22"/>
        </w:rPr>
      </w:pPr>
      <w:r>
        <w:rPr>
          <w:szCs w:val="22"/>
        </w:rPr>
        <w:t xml:space="preserve">Assigned galactic coordinates: </w:t>
      </w:r>
      <m:oMath>
        <m:r>
          <w:rPr>
            <w:rFonts w:ascii="Cambria Math" w:hAnsi="Cambria Math"/>
            <w:szCs w:val="22"/>
            <w:u w:val="single"/>
          </w:rPr>
          <m:t>galactic latitude =</m:t>
        </m:r>
      </m:oMath>
      <w:r>
        <w:rPr>
          <w:szCs w:val="22"/>
        </w:rPr>
        <w:t xml:space="preserve">  _____________; </w:t>
      </w:r>
      <m:oMath>
        <m:r>
          <w:rPr>
            <w:rFonts w:ascii="Cambria Math" w:hAnsi="Cambria Math"/>
            <w:szCs w:val="22"/>
            <w:u w:val="single"/>
          </w:rPr>
          <m:t xml:space="preserve">galactic latitude = </m:t>
        </m:r>
        <m:sSup>
          <m:sSupPr>
            <m:ctrlPr>
              <w:rPr>
                <w:rFonts w:ascii="Cambria Math" w:hAnsi="Cambria Math"/>
                <w:szCs w:val="22"/>
                <w:u w:val="single"/>
              </w:rPr>
            </m:ctrlPr>
          </m:sSupPr>
          <m:e>
            <m:r>
              <w:rPr>
                <w:rFonts w:ascii="Cambria Math" w:hAnsi="Cambria Math"/>
                <w:szCs w:val="22"/>
                <w:u w:val="single"/>
              </w:rPr>
              <m:t>0</m:t>
            </m:r>
          </m:e>
          <m:sup>
            <m:r>
              <w:rPr>
                <w:rFonts w:ascii="Cambria Math" w:hAnsi="Cambria Math"/>
                <w:szCs w:val="22"/>
                <w:u w:val="single"/>
              </w:rPr>
              <m:t>o</m:t>
            </m:r>
          </m:sup>
        </m:sSup>
      </m:oMath>
    </w:p>
    <w:p w14:paraId="6274E0DA" w14:textId="77777777" w:rsidR="00117DE2" w:rsidRDefault="00634E9C">
      <w:pPr>
        <w:numPr>
          <w:ilvl w:val="0"/>
          <w:numId w:val="4"/>
        </w:numPr>
        <w:tabs>
          <w:tab w:val="left" w:pos="360"/>
          <w:tab w:val="left" w:pos="720"/>
        </w:tabs>
        <w:spacing w:before="86" w:after="120"/>
        <w:rPr>
          <w:szCs w:val="22"/>
        </w:rPr>
      </w:pPr>
      <w:r>
        <w:rPr>
          <w:szCs w:val="22"/>
        </w:rPr>
        <w:t xml:space="preserve">Use </w:t>
      </w:r>
      <w:r>
        <w:rPr>
          <w:i/>
          <w:iCs/>
          <w:szCs w:val="22"/>
        </w:rPr>
        <w:t>Stellarium</w:t>
      </w:r>
      <w:r>
        <w:rPr>
          <w:szCs w:val="22"/>
        </w:rPr>
        <w:t xml:space="preserve"> to look up the horizontal coordinates (azimuth and altitude) that correspond to your galactic coordinates on the date and time we will be making the observations.</w:t>
      </w:r>
    </w:p>
    <w:p w14:paraId="38E305EE" w14:textId="77777777" w:rsidR="00117DE2" w:rsidRDefault="00634E9C">
      <w:pPr>
        <w:keepNext/>
        <w:tabs>
          <w:tab w:val="left" w:pos="360"/>
          <w:tab w:val="left" w:pos="720"/>
        </w:tabs>
        <w:spacing w:before="86" w:after="120"/>
        <w:ind w:left="720"/>
        <w:rPr>
          <w:szCs w:val="22"/>
        </w:rPr>
      </w:pPr>
      <w:r>
        <w:rPr>
          <w:szCs w:val="22"/>
        </w:rPr>
        <w:t>Note: You may want to prepare a range of pointings at 5 minute intervals over a 20 minute period of time, or so, in case we get off schedule.</w:t>
      </w:r>
    </w:p>
    <w:tbl>
      <w:tblPr>
        <w:tblStyle w:val="a"/>
        <w:tblW w:w="10080" w:type="dxa"/>
        <w:tblInd w:w="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520"/>
        <w:gridCol w:w="2520"/>
        <w:gridCol w:w="2520"/>
        <w:gridCol w:w="2520"/>
      </w:tblGrid>
      <w:tr w:rsidR="00117DE2" w14:paraId="44175644" w14:textId="77777777">
        <w:trPr>
          <w:cantSplit/>
          <w:trHeight w:val="360"/>
          <w:tblHead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867432A" w14:textId="77777777" w:rsidR="00117DE2" w:rsidRDefault="00634E9C">
            <w:pPr>
              <w:keepNext/>
              <w:keepLines/>
              <w:spacing w:after="40" w:line="252" w:lineRule="auto"/>
              <w:jc w:val="center"/>
              <w:rPr>
                <w:b/>
                <w:bCs/>
                <w:szCs w:val="22"/>
              </w:rPr>
            </w:pPr>
            <w:r>
              <w:rPr>
                <w:b/>
                <w:bCs/>
                <w:color w:val="FFFFFF"/>
                <w:szCs w:val="22"/>
              </w:rPr>
              <w:t>Date</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C889BF1" w14:textId="77777777" w:rsidR="00117DE2" w:rsidRDefault="00634E9C">
            <w:pPr>
              <w:keepNext/>
              <w:keepLines/>
              <w:spacing w:after="40" w:line="252" w:lineRule="auto"/>
              <w:jc w:val="center"/>
              <w:rPr>
                <w:b/>
                <w:bCs/>
                <w:szCs w:val="22"/>
              </w:rPr>
            </w:pPr>
            <w:r>
              <w:rPr>
                <w:b/>
                <w:bCs/>
                <w:color w:val="FFFFFF"/>
                <w:szCs w:val="22"/>
              </w:rPr>
              <w:t>Time</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FD345CB" w14:textId="77777777" w:rsidR="00117DE2" w:rsidRDefault="00634E9C">
            <w:pPr>
              <w:keepNext/>
              <w:keepLines/>
              <w:spacing w:after="40" w:line="252" w:lineRule="auto"/>
              <w:jc w:val="center"/>
              <w:rPr>
                <w:b/>
                <w:bCs/>
                <w:szCs w:val="22"/>
              </w:rPr>
            </w:pPr>
            <w:r>
              <w:rPr>
                <w:b/>
                <w:bCs/>
                <w:color w:val="FFFFFF"/>
                <w:szCs w:val="22"/>
              </w:rPr>
              <w:t>Azimuth</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7293D09" w14:textId="77777777" w:rsidR="00117DE2" w:rsidRDefault="00634E9C">
            <w:pPr>
              <w:keepNext/>
              <w:keepLines/>
              <w:spacing w:after="40" w:line="252" w:lineRule="auto"/>
              <w:jc w:val="center"/>
              <w:rPr>
                <w:b/>
                <w:bCs/>
                <w:szCs w:val="22"/>
              </w:rPr>
            </w:pPr>
            <w:r>
              <w:rPr>
                <w:b/>
                <w:bCs/>
                <w:color w:val="FFFFFF"/>
                <w:szCs w:val="22"/>
              </w:rPr>
              <w:t>Altitude</w:t>
            </w:r>
          </w:p>
        </w:tc>
      </w:tr>
      <w:tr w:rsidR="00117DE2" w14:paraId="3680683A" w14:textId="77777777">
        <w:trPr>
          <w:cantSplit/>
          <w:trHeight w:val="431"/>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E5539EE" w14:textId="77777777" w:rsidR="00117DE2" w:rsidRDefault="00117DE2">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69C4763" w14:textId="77777777" w:rsidR="00117DE2" w:rsidRDefault="00117DE2">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46B7855" w14:textId="77777777" w:rsidR="00117DE2" w:rsidRDefault="00117DE2">
            <w:pPr>
              <w:keepNext/>
              <w:keepLines/>
              <w:spacing w:after="40" w:line="252" w:lineRule="auto"/>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9F426C6" w14:textId="77777777" w:rsidR="00117DE2" w:rsidRDefault="00117DE2">
            <w:pPr>
              <w:keepNext/>
              <w:keepLines/>
              <w:spacing w:after="40" w:line="252" w:lineRule="auto"/>
              <w:rPr>
                <w:szCs w:val="22"/>
              </w:rPr>
            </w:pPr>
          </w:p>
        </w:tc>
      </w:tr>
      <w:tr w:rsidR="00117DE2" w14:paraId="162E5BC7" w14:textId="77777777">
        <w:trPr>
          <w:cantSplit/>
          <w:trHeight w:val="431"/>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72B3AEE" w14:textId="77777777" w:rsidR="00117DE2" w:rsidRDefault="00117DE2">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080AFB3" w14:textId="77777777" w:rsidR="00117DE2" w:rsidRDefault="00117DE2">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3E14DF3" w14:textId="77777777" w:rsidR="00117DE2" w:rsidRDefault="00117DE2">
            <w:pPr>
              <w:keepNext/>
              <w:keepLines/>
              <w:spacing w:after="40" w:line="252" w:lineRule="auto"/>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5786102" w14:textId="77777777" w:rsidR="00117DE2" w:rsidRDefault="00117DE2">
            <w:pPr>
              <w:keepNext/>
              <w:keepLines/>
              <w:spacing w:after="40" w:line="252" w:lineRule="auto"/>
              <w:rPr>
                <w:szCs w:val="22"/>
              </w:rPr>
            </w:pPr>
          </w:p>
        </w:tc>
      </w:tr>
      <w:tr w:rsidR="00117DE2" w14:paraId="0B6F6FFA" w14:textId="77777777">
        <w:trPr>
          <w:cantSplit/>
          <w:trHeight w:val="431"/>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B8390CD" w14:textId="77777777" w:rsidR="00117DE2" w:rsidRDefault="00117DE2">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156C217" w14:textId="77777777" w:rsidR="00117DE2" w:rsidRDefault="00117DE2">
            <w:pPr>
              <w:keepNext/>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860E059" w14:textId="77777777" w:rsidR="00117DE2" w:rsidRDefault="00117DE2">
            <w:pPr>
              <w:keepNext/>
              <w:keepLines/>
              <w:spacing w:after="40" w:line="252" w:lineRule="auto"/>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8B70B4" w14:textId="77777777" w:rsidR="00117DE2" w:rsidRDefault="00117DE2">
            <w:pPr>
              <w:keepNext/>
              <w:keepLines/>
              <w:spacing w:after="40" w:line="252" w:lineRule="auto"/>
              <w:rPr>
                <w:szCs w:val="22"/>
              </w:rPr>
            </w:pPr>
          </w:p>
        </w:tc>
      </w:tr>
      <w:tr w:rsidR="00117DE2" w14:paraId="566B7B8A" w14:textId="77777777">
        <w:trPr>
          <w:cantSplit/>
          <w:trHeight w:val="431"/>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D278157" w14:textId="77777777" w:rsidR="00117DE2" w:rsidRDefault="00117DE2">
            <w:pPr>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F99D74B" w14:textId="77777777" w:rsidR="00117DE2" w:rsidRDefault="00117DE2">
            <w:pPr>
              <w:keepLines/>
              <w:spacing w:after="40" w:line="252" w:lineRule="auto"/>
              <w:jc w:val="center"/>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BE55FA4" w14:textId="77777777" w:rsidR="00117DE2" w:rsidRDefault="00117DE2">
            <w:pPr>
              <w:keepLines/>
              <w:spacing w:after="40" w:line="252" w:lineRule="auto"/>
              <w:rPr>
                <w:szCs w:val="22"/>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992F91C" w14:textId="77777777" w:rsidR="00117DE2" w:rsidRDefault="00117DE2">
            <w:pPr>
              <w:keepLines/>
              <w:spacing w:after="40" w:line="252" w:lineRule="auto"/>
              <w:rPr>
                <w:szCs w:val="22"/>
              </w:rPr>
            </w:pPr>
          </w:p>
        </w:tc>
      </w:tr>
    </w:tbl>
    <w:p w14:paraId="746F4B33" w14:textId="77777777" w:rsidR="00117DE2" w:rsidRDefault="00117DE2">
      <w:pPr>
        <w:tabs>
          <w:tab w:val="left" w:pos="360"/>
          <w:tab w:val="left" w:pos="1260"/>
        </w:tabs>
        <w:spacing w:before="86" w:after="0"/>
        <w:rPr>
          <w:szCs w:val="22"/>
        </w:rPr>
      </w:pPr>
    </w:p>
    <w:p w14:paraId="6CA4DD35" w14:textId="77777777" w:rsidR="00117DE2" w:rsidRDefault="00634E9C">
      <w:pPr>
        <w:pStyle w:val="Heading2"/>
        <w:tabs>
          <w:tab w:val="left" w:pos="360"/>
          <w:tab w:val="left" w:pos="720"/>
        </w:tabs>
        <w:rPr>
          <w:sz w:val="22"/>
          <w:szCs w:val="22"/>
        </w:rPr>
      </w:pPr>
      <w:r>
        <w:t>Data Collection</w:t>
      </w:r>
    </w:p>
    <w:p w14:paraId="0BC739DC" w14:textId="77777777" w:rsidR="00117DE2" w:rsidRDefault="00634E9C">
      <w:pPr>
        <w:tabs>
          <w:tab w:val="left" w:pos="360"/>
          <w:tab w:val="left" w:pos="720"/>
        </w:tabs>
        <w:spacing w:before="144" w:after="120"/>
        <w:rPr>
          <w:szCs w:val="22"/>
        </w:rPr>
      </w:pPr>
      <w:r>
        <w:rPr>
          <w:szCs w:val="22"/>
        </w:rPr>
        <w:t xml:space="preserve">Actual terrestrial coordinates at time of data collection:  </w:t>
      </w:r>
    </w:p>
    <w:p w14:paraId="75036D48" w14:textId="77777777" w:rsidR="00117DE2" w:rsidRDefault="00634E9C">
      <w:pPr>
        <w:tabs>
          <w:tab w:val="left" w:pos="360"/>
          <w:tab w:val="left" w:pos="720"/>
        </w:tabs>
        <w:spacing w:before="144" w:after="120"/>
        <w:rPr>
          <w:szCs w:val="22"/>
        </w:rPr>
      </w:pPr>
      <w:r>
        <w:rPr>
          <w:szCs w:val="22"/>
        </w:rPr>
        <w:tab/>
      </w:r>
      <w:r>
        <w:rPr>
          <w:szCs w:val="22"/>
        </w:rPr>
        <w:tab/>
        <w:t>Azimuth =  ______________;  Elevation = ______________</w:t>
      </w:r>
    </w:p>
    <w:p w14:paraId="1F84647C" w14:textId="77777777" w:rsidR="00117DE2" w:rsidRDefault="00634E9C">
      <w:pPr>
        <w:tabs>
          <w:tab w:val="left" w:pos="360"/>
          <w:tab w:val="left" w:pos="720"/>
        </w:tabs>
        <w:spacing w:before="144" w:after="120"/>
        <w:rPr>
          <w:szCs w:val="22"/>
        </w:rPr>
      </w:pPr>
      <w:r>
        <w:rPr>
          <w:szCs w:val="22"/>
        </w:rPr>
        <w:t>Exact time when the data was saved to a file: ______________</w:t>
      </w:r>
    </w:p>
    <w:p w14:paraId="350FB04E" w14:textId="77777777" w:rsidR="00117DE2" w:rsidRDefault="00634E9C">
      <w:pPr>
        <w:tabs>
          <w:tab w:val="left" w:pos="360"/>
          <w:tab w:val="left" w:pos="720"/>
        </w:tabs>
        <w:spacing w:before="144" w:after="120"/>
        <w:rPr>
          <w:b/>
          <w:bCs/>
          <w:szCs w:val="22"/>
        </w:rPr>
      </w:pPr>
      <w:r>
        <w:rPr>
          <w:szCs w:val="22"/>
        </w:rPr>
        <w:t>Name of your data file: ___________________________________</w:t>
      </w:r>
    </w:p>
    <w:p w14:paraId="35EB7036" w14:textId="77777777" w:rsidR="00117DE2" w:rsidRDefault="00634E9C">
      <w:pPr>
        <w:pStyle w:val="Heading2"/>
        <w:tabs>
          <w:tab w:val="left" w:pos="360"/>
          <w:tab w:val="left" w:pos="720"/>
        </w:tabs>
        <w:rPr>
          <w:sz w:val="22"/>
          <w:szCs w:val="22"/>
        </w:rPr>
      </w:pPr>
      <w:r>
        <w:t>Graphing the Spectrum</w:t>
      </w:r>
    </w:p>
    <w:p w14:paraId="243C9339" w14:textId="77777777" w:rsidR="00117DE2" w:rsidRDefault="00634E9C">
      <w:pPr>
        <w:numPr>
          <w:ilvl w:val="0"/>
          <w:numId w:val="5"/>
        </w:numPr>
        <w:tabs>
          <w:tab w:val="left" w:pos="360"/>
          <w:tab w:val="left" w:pos="720"/>
        </w:tabs>
        <w:spacing w:before="144" w:after="120"/>
        <w:rPr>
          <w:szCs w:val="22"/>
        </w:rPr>
      </w:pPr>
      <w:r>
        <w:rPr>
          <w:szCs w:val="22"/>
        </w:rPr>
        <w:t>Open your .csv data file in a spreadsheet program, either Google sheets or Excel. (If any screens pop up regarding the format of the data, just hit enter to select the defaults.)</w:t>
      </w:r>
    </w:p>
    <w:p w14:paraId="42E8AFBF" w14:textId="77777777" w:rsidR="00117DE2" w:rsidRDefault="00634E9C">
      <w:pPr>
        <w:numPr>
          <w:ilvl w:val="0"/>
          <w:numId w:val="5"/>
        </w:numPr>
        <w:tabs>
          <w:tab w:val="left" w:pos="360"/>
          <w:tab w:val="left" w:pos="720"/>
        </w:tabs>
        <w:spacing w:before="144" w:after="120"/>
        <w:rPr>
          <w:szCs w:val="22"/>
        </w:rPr>
      </w:pPr>
      <w:r>
        <w:rPr>
          <w:szCs w:val="22"/>
        </w:rPr>
        <w:t>Graphing the Data</w:t>
      </w:r>
    </w:p>
    <w:p w14:paraId="73AB1B82" w14:textId="77777777" w:rsidR="00117DE2" w:rsidRDefault="00634E9C">
      <w:pPr>
        <w:numPr>
          <w:ilvl w:val="1"/>
          <w:numId w:val="5"/>
        </w:numPr>
        <w:tabs>
          <w:tab w:val="left" w:pos="360"/>
          <w:tab w:val="left" w:pos="720"/>
        </w:tabs>
        <w:spacing w:before="120" w:after="120"/>
        <w:rPr>
          <w:szCs w:val="22"/>
        </w:rPr>
      </w:pPr>
      <w:r>
        <w:rPr>
          <w:szCs w:val="22"/>
        </w:rPr>
        <w:t xml:space="preserve">In the spreadsheet, insert a row above the first row. </w:t>
      </w:r>
    </w:p>
    <w:p w14:paraId="064B445D" w14:textId="77777777" w:rsidR="00117DE2" w:rsidRDefault="00634E9C">
      <w:pPr>
        <w:numPr>
          <w:ilvl w:val="1"/>
          <w:numId w:val="5"/>
        </w:numPr>
        <w:tabs>
          <w:tab w:val="left" w:pos="360"/>
          <w:tab w:val="left" w:pos="720"/>
        </w:tabs>
        <w:spacing w:before="120" w:after="120"/>
        <w:rPr>
          <w:szCs w:val="22"/>
        </w:rPr>
      </w:pPr>
      <w:r>
        <w:rPr>
          <w:szCs w:val="22"/>
        </w:rPr>
        <w:t xml:space="preserve">In the first row of Column A type “Frequency (MHz)”, and in the first row of Column B label it “Signal”. </w:t>
      </w:r>
    </w:p>
    <w:p w14:paraId="108A5A43" w14:textId="77777777" w:rsidR="00117DE2" w:rsidRDefault="00634E9C">
      <w:pPr>
        <w:numPr>
          <w:ilvl w:val="1"/>
          <w:numId w:val="5"/>
        </w:numPr>
        <w:tabs>
          <w:tab w:val="left" w:pos="360"/>
          <w:tab w:val="left" w:pos="720"/>
        </w:tabs>
        <w:spacing w:before="120" w:after="120"/>
        <w:rPr>
          <w:szCs w:val="22"/>
        </w:rPr>
      </w:pPr>
      <w:r>
        <w:rPr>
          <w:szCs w:val="22"/>
        </w:rPr>
        <w:t>Click on the column labels A and B to highlight these columns.</w:t>
      </w:r>
    </w:p>
    <w:p w14:paraId="26B571D7" w14:textId="77777777" w:rsidR="00117DE2" w:rsidRDefault="00634E9C">
      <w:pPr>
        <w:numPr>
          <w:ilvl w:val="1"/>
          <w:numId w:val="5"/>
        </w:numPr>
        <w:tabs>
          <w:tab w:val="left" w:pos="360"/>
          <w:tab w:val="left" w:pos="720"/>
        </w:tabs>
        <w:spacing w:before="120" w:after="120"/>
        <w:rPr>
          <w:szCs w:val="22"/>
        </w:rPr>
      </w:pPr>
      <w:r>
        <w:rPr>
          <w:szCs w:val="22"/>
        </w:rPr>
        <w:t xml:space="preserve">Insert Chart. Choose Smoothed Line. In Google Sheets, under Data Range, select “use row 1 as headers” and “use column A as labels”. </w:t>
      </w:r>
    </w:p>
    <w:p w14:paraId="19DD131C" w14:textId="77777777" w:rsidR="00117DE2" w:rsidRDefault="00634E9C">
      <w:pPr>
        <w:numPr>
          <w:ilvl w:val="1"/>
          <w:numId w:val="5"/>
        </w:numPr>
        <w:tabs>
          <w:tab w:val="left" w:pos="360"/>
          <w:tab w:val="left" w:pos="720"/>
        </w:tabs>
        <w:spacing w:before="120" w:after="120"/>
        <w:rPr>
          <w:szCs w:val="22"/>
        </w:rPr>
      </w:pPr>
      <w:r>
        <w:rPr>
          <w:szCs w:val="22"/>
        </w:rPr>
        <w:t>Add axis titles with units. Add a graph title.</w:t>
      </w:r>
    </w:p>
    <w:p w14:paraId="5132D005" w14:textId="77777777" w:rsidR="00117DE2" w:rsidRDefault="00634E9C">
      <w:pPr>
        <w:numPr>
          <w:ilvl w:val="1"/>
          <w:numId w:val="5"/>
        </w:numPr>
        <w:tabs>
          <w:tab w:val="left" w:pos="360"/>
          <w:tab w:val="left" w:pos="720"/>
        </w:tabs>
        <w:spacing w:before="120" w:after="120"/>
        <w:rPr>
          <w:szCs w:val="22"/>
        </w:rPr>
      </w:pPr>
      <w:r>
        <w:rPr>
          <w:szCs w:val="22"/>
        </w:rPr>
        <w:t>Change the x-axis scale to range from 1419.5 to1421.5 MHz, and the y-axis to fit the spectrum accordingly.</w:t>
      </w:r>
    </w:p>
    <w:p w14:paraId="25632829" w14:textId="77777777" w:rsidR="00117DE2" w:rsidRDefault="00634E9C">
      <w:pPr>
        <w:numPr>
          <w:ilvl w:val="1"/>
          <w:numId w:val="5"/>
        </w:numPr>
        <w:tabs>
          <w:tab w:val="left" w:pos="360"/>
          <w:tab w:val="left" w:pos="720"/>
        </w:tabs>
        <w:spacing w:before="120" w:after="120"/>
        <w:rPr>
          <w:szCs w:val="22"/>
        </w:rPr>
      </w:pPr>
      <w:r>
        <w:rPr>
          <w:szCs w:val="22"/>
        </w:rPr>
        <w:t>Add grid lines so that the minor gridlines are in increments of 0.01 MHz.</w:t>
      </w:r>
    </w:p>
    <w:p w14:paraId="6808664A" w14:textId="77777777" w:rsidR="00117DE2" w:rsidRDefault="00117DE2">
      <w:pPr>
        <w:tabs>
          <w:tab w:val="left" w:pos="360"/>
          <w:tab w:val="left" w:pos="720"/>
        </w:tabs>
        <w:spacing w:before="86"/>
        <w:rPr>
          <w:szCs w:val="22"/>
        </w:rPr>
      </w:pPr>
    </w:p>
    <w:p w14:paraId="254903F8" w14:textId="77777777" w:rsidR="00117DE2" w:rsidRDefault="00634E9C">
      <w:pPr>
        <w:pStyle w:val="Heading2"/>
        <w:tabs>
          <w:tab w:val="left" w:pos="360"/>
          <w:tab w:val="left" w:pos="720"/>
        </w:tabs>
        <w:rPr>
          <w:sz w:val="22"/>
          <w:szCs w:val="22"/>
        </w:rPr>
      </w:pPr>
      <w:r>
        <w:t>Analyze the peaks</w:t>
      </w:r>
    </w:p>
    <w:p w14:paraId="7D2A07D3" w14:textId="77777777" w:rsidR="00117DE2" w:rsidRDefault="00634E9C">
      <w:pPr>
        <w:numPr>
          <w:ilvl w:val="0"/>
          <w:numId w:val="2"/>
        </w:numPr>
        <w:tabs>
          <w:tab w:val="left" w:pos="360"/>
          <w:tab w:val="left" w:pos="720"/>
        </w:tabs>
        <w:spacing w:before="86" w:after="120"/>
        <w:rPr>
          <w:szCs w:val="22"/>
        </w:rPr>
      </w:pPr>
      <w:r>
        <w:rPr>
          <w:szCs w:val="22"/>
        </w:rPr>
        <w:t xml:space="preserve">Use the graph to determine the frequency, to the nearest 0.01 MHz, of the </w:t>
      </w:r>
      <w:r>
        <w:rPr>
          <w:b/>
          <w:bCs/>
          <w:i/>
          <w:iCs/>
          <w:szCs w:val="22"/>
        </w:rPr>
        <w:t>most red-shifted</w:t>
      </w:r>
      <w:r>
        <w:rPr>
          <w:szCs w:val="22"/>
        </w:rPr>
        <w:t xml:space="preserve"> portion of the peaks. Estimate an uncertainty in this value.</w:t>
      </w:r>
    </w:p>
    <w:p w14:paraId="507B1579" w14:textId="77777777" w:rsidR="00117DE2" w:rsidRDefault="00634E9C">
      <w:pPr>
        <w:tabs>
          <w:tab w:val="left" w:pos="360"/>
          <w:tab w:val="left" w:pos="720"/>
        </w:tabs>
        <w:spacing w:before="200" w:after="120"/>
        <w:rPr>
          <w:szCs w:val="22"/>
        </w:rPr>
      </w:pPr>
      <w:r>
        <w:rPr>
          <w:szCs w:val="22"/>
        </w:rPr>
        <w:tab/>
      </w:r>
      <w:r>
        <w:rPr>
          <w:szCs w:val="22"/>
        </w:rPr>
        <w:tab/>
      </w:r>
      <w:r>
        <w:rPr>
          <w:szCs w:val="22"/>
        </w:rPr>
        <w:tab/>
        <w:t>Most red-shifted frequency: ___________________  ±  __________________</w:t>
      </w:r>
    </w:p>
    <w:p w14:paraId="1CF3AB7C" w14:textId="77777777" w:rsidR="00117DE2" w:rsidRDefault="00634E9C">
      <w:pPr>
        <w:numPr>
          <w:ilvl w:val="0"/>
          <w:numId w:val="2"/>
        </w:numPr>
        <w:tabs>
          <w:tab w:val="left" w:pos="360"/>
          <w:tab w:val="left" w:pos="720"/>
        </w:tabs>
        <w:spacing w:before="200" w:after="120"/>
        <w:rPr>
          <w:szCs w:val="22"/>
        </w:rPr>
      </w:pPr>
      <w:r>
        <w:rPr>
          <w:b/>
          <w:bCs/>
          <w:szCs w:val="22"/>
        </w:rPr>
        <w:t>Velocity Calculation:</w:t>
      </w:r>
      <w:r>
        <w:rPr>
          <w:szCs w:val="22"/>
        </w:rPr>
        <w:t xml:space="preserve"> Use the Doppler shift formula to calculate the velocity from this frequency and an uncertainty in this velocity. Show your work, and record the results below.</w:t>
      </w:r>
    </w:p>
    <w:p w14:paraId="4B06766F" w14:textId="77777777" w:rsidR="00117DE2" w:rsidRDefault="00117DE2">
      <w:pPr>
        <w:tabs>
          <w:tab w:val="left" w:pos="360"/>
          <w:tab w:val="left" w:pos="720"/>
        </w:tabs>
        <w:spacing w:before="86"/>
        <w:rPr>
          <w:szCs w:val="22"/>
        </w:rPr>
      </w:pPr>
    </w:p>
    <w:p w14:paraId="51FA579D" w14:textId="77777777" w:rsidR="00117DE2" w:rsidRDefault="00117DE2">
      <w:pPr>
        <w:tabs>
          <w:tab w:val="left" w:pos="360"/>
          <w:tab w:val="left" w:pos="720"/>
        </w:tabs>
        <w:spacing w:before="86"/>
        <w:rPr>
          <w:szCs w:val="22"/>
        </w:rPr>
      </w:pPr>
    </w:p>
    <w:p w14:paraId="0C001355" w14:textId="77777777" w:rsidR="00117DE2" w:rsidRDefault="00634E9C">
      <w:pPr>
        <w:tabs>
          <w:tab w:val="left" w:pos="360"/>
          <w:tab w:val="left" w:pos="720"/>
        </w:tabs>
        <w:spacing w:before="200" w:after="120"/>
        <w:rPr>
          <w:szCs w:val="22"/>
        </w:rPr>
      </w:pPr>
      <w:r>
        <w:rPr>
          <w:szCs w:val="22"/>
        </w:rPr>
        <w:tab/>
      </w:r>
      <w:r>
        <w:rPr>
          <w:szCs w:val="22"/>
        </w:rPr>
        <w:tab/>
      </w:r>
      <w:r>
        <w:rPr>
          <w:szCs w:val="22"/>
        </w:rPr>
        <w:tab/>
        <w:t>velocity = ___________________  ±  __________________</w:t>
      </w:r>
    </w:p>
    <w:p w14:paraId="79F24991" w14:textId="77777777" w:rsidR="00117DE2" w:rsidRDefault="00117DE2">
      <w:pPr>
        <w:tabs>
          <w:tab w:val="left" w:pos="360"/>
          <w:tab w:val="left" w:pos="720"/>
        </w:tabs>
        <w:spacing w:before="200"/>
        <w:rPr>
          <w:szCs w:val="22"/>
        </w:rPr>
      </w:pPr>
    </w:p>
    <w:p w14:paraId="5EFD2786" w14:textId="77777777" w:rsidR="00117DE2" w:rsidRDefault="00634E9C">
      <w:pPr>
        <w:keepNext/>
        <w:numPr>
          <w:ilvl w:val="0"/>
          <w:numId w:val="2"/>
        </w:numPr>
        <w:tabs>
          <w:tab w:val="left" w:pos="360"/>
          <w:tab w:val="left" w:pos="720"/>
        </w:tabs>
        <w:spacing w:before="86" w:after="120"/>
        <w:rPr>
          <w:szCs w:val="22"/>
        </w:rPr>
      </w:pPr>
      <w:r>
        <w:rPr>
          <w:b/>
          <w:bCs/>
          <w:szCs w:val="22"/>
        </w:rPr>
        <w:t>Distance Calculation:</w:t>
      </w:r>
      <w:r>
        <w:rPr>
          <w:szCs w:val="22"/>
        </w:rPr>
        <w:t xml:space="preserve"> Refer to </w:t>
      </w:r>
      <w:r>
        <w:rPr>
          <w:b/>
          <w:bCs/>
          <w:i/>
          <w:iCs/>
          <w:szCs w:val="22"/>
        </w:rPr>
        <w:t>The Tangent Method</w:t>
      </w:r>
      <w:r>
        <w:rPr>
          <w:szCs w:val="22"/>
        </w:rPr>
        <w:t xml:space="preserve"> document. Calculate the closest distance to the galactic center along the direction of observation. The earth is approximately 8.0 kpc to the GC. Show your work, and record the results in the table below.</w:t>
      </w:r>
    </w:p>
    <w:tbl>
      <w:tblPr>
        <w:tblStyle w:val="a0"/>
        <w:tblW w:w="1008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520"/>
        <w:gridCol w:w="2520"/>
        <w:gridCol w:w="2520"/>
        <w:gridCol w:w="2520"/>
      </w:tblGrid>
      <w:tr w:rsidR="00117DE2" w14:paraId="0F7DDF5F" w14:textId="77777777">
        <w:trPr>
          <w:cantSplit/>
          <w:trHeight w:val="431"/>
          <w:tblHeade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0E23698" w14:textId="77777777" w:rsidR="00117DE2" w:rsidRDefault="00634E9C">
            <w:pPr>
              <w:keepNext/>
              <w:keepLines/>
              <w:tabs>
                <w:tab w:val="left" w:pos="360"/>
                <w:tab w:val="left" w:pos="720"/>
              </w:tabs>
              <w:spacing w:after="40" w:line="252" w:lineRule="auto"/>
              <w:jc w:val="center"/>
              <w:rPr>
                <w:b/>
                <w:bCs/>
                <w:sz w:val="20"/>
                <w:szCs w:val="20"/>
              </w:rPr>
            </w:pPr>
            <w:r>
              <w:rPr>
                <w:b/>
                <w:bCs/>
                <w:color w:val="FFFFFF"/>
                <w:szCs w:val="22"/>
              </w:rPr>
              <w:t>Frequency</w:t>
            </w:r>
          </w:p>
          <w:p w14:paraId="715522CF" w14:textId="77777777" w:rsidR="00117DE2" w:rsidRDefault="00634E9C">
            <w:pPr>
              <w:keepNext/>
              <w:keepLines/>
              <w:tabs>
                <w:tab w:val="left" w:pos="360"/>
                <w:tab w:val="left" w:pos="720"/>
              </w:tabs>
              <w:spacing w:after="40" w:line="252" w:lineRule="auto"/>
              <w:jc w:val="center"/>
              <w:rPr>
                <w:b/>
                <w:bCs/>
                <w:sz w:val="20"/>
                <w:szCs w:val="20"/>
              </w:rPr>
            </w:pPr>
            <w:r>
              <w:rPr>
                <w:b/>
                <w:bCs/>
                <w:color w:val="FFFFFF"/>
                <w:szCs w:val="22"/>
              </w:rPr>
              <w:t>(MHz)</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A2544E0" w14:textId="77777777" w:rsidR="00117DE2" w:rsidRDefault="00634E9C">
            <w:pPr>
              <w:keepNext/>
              <w:keepLines/>
              <w:tabs>
                <w:tab w:val="left" w:pos="360"/>
                <w:tab w:val="left" w:pos="720"/>
              </w:tabs>
              <w:spacing w:after="40" w:line="252" w:lineRule="auto"/>
              <w:jc w:val="center"/>
              <w:rPr>
                <w:b/>
                <w:bCs/>
                <w:sz w:val="20"/>
                <w:szCs w:val="20"/>
              </w:rPr>
            </w:pPr>
            <w:r>
              <w:rPr>
                <w:b/>
                <w:bCs/>
                <w:color w:val="FFFFFF"/>
                <w:szCs w:val="22"/>
              </w:rPr>
              <w:t>Velocity</w:t>
            </w:r>
          </w:p>
          <w:p w14:paraId="32D031F2" w14:textId="77777777" w:rsidR="00117DE2" w:rsidRDefault="00634E9C">
            <w:pPr>
              <w:keepNext/>
              <w:keepLines/>
              <w:tabs>
                <w:tab w:val="left" w:pos="360"/>
                <w:tab w:val="left" w:pos="720"/>
              </w:tabs>
              <w:spacing w:after="40" w:line="252" w:lineRule="auto"/>
              <w:jc w:val="center"/>
              <w:rPr>
                <w:b/>
                <w:bCs/>
                <w:sz w:val="20"/>
                <w:szCs w:val="20"/>
              </w:rPr>
            </w:pPr>
            <w:r>
              <w:rPr>
                <w:b/>
                <w:bCs/>
                <w:color w:val="FFFFFF"/>
                <w:szCs w:val="22"/>
              </w:rPr>
              <w:t>(km/s)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818F251" w14:textId="77777777" w:rsidR="00117DE2" w:rsidRDefault="00634E9C">
            <w:pPr>
              <w:keepNext/>
              <w:keepLines/>
              <w:tabs>
                <w:tab w:val="left" w:pos="360"/>
                <w:tab w:val="left" w:pos="720"/>
              </w:tabs>
              <w:spacing w:after="40" w:line="252" w:lineRule="auto"/>
              <w:jc w:val="center"/>
              <w:rPr>
                <w:b/>
                <w:bCs/>
                <w:sz w:val="20"/>
                <w:szCs w:val="20"/>
              </w:rPr>
            </w:pPr>
            <w:r>
              <w:rPr>
                <w:b/>
                <w:bCs/>
                <w:color w:val="FFFFFF"/>
                <w:szCs w:val="22"/>
              </w:rPr>
              <w:t>Galactic Longitude</w:t>
            </w:r>
          </w:p>
          <w:p w14:paraId="701512B8" w14:textId="77777777" w:rsidR="00117DE2" w:rsidRDefault="00634E9C">
            <w:pPr>
              <w:keepNext/>
              <w:keepLines/>
              <w:tabs>
                <w:tab w:val="left" w:pos="360"/>
                <w:tab w:val="left" w:pos="720"/>
              </w:tabs>
              <w:spacing w:after="40" w:line="252" w:lineRule="auto"/>
              <w:jc w:val="center"/>
              <w:rPr>
                <w:b/>
                <w:bCs/>
                <w:sz w:val="20"/>
                <w:szCs w:val="20"/>
              </w:rPr>
            </w:pPr>
            <w:r>
              <w:rPr>
                <w:b/>
                <w:bCs/>
                <w:color w:val="FFFFFF"/>
                <w:szCs w:val="22"/>
              </w:rPr>
              <w:t>(degrees)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37C2270" w14:textId="77777777" w:rsidR="00117DE2" w:rsidRDefault="00634E9C">
            <w:pPr>
              <w:keepNext/>
              <w:keepLines/>
              <w:tabs>
                <w:tab w:val="left" w:pos="360"/>
                <w:tab w:val="left" w:pos="720"/>
              </w:tabs>
              <w:spacing w:after="40" w:line="252" w:lineRule="auto"/>
              <w:jc w:val="center"/>
              <w:rPr>
                <w:b/>
                <w:bCs/>
                <w:sz w:val="20"/>
                <w:szCs w:val="20"/>
              </w:rPr>
            </w:pPr>
            <w:r>
              <w:rPr>
                <w:b/>
                <w:bCs/>
                <w:color w:val="FFFFFF"/>
                <w:szCs w:val="22"/>
              </w:rPr>
              <w:t>distance from GC</w:t>
            </w:r>
          </w:p>
          <w:p w14:paraId="7C421DCB" w14:textId="77777777" w:rsidR="00117DE2" w:rsidRDefault="00634E9C">
            <w:pPr>
              <w:keepNext/>
              <w:keepLines/>
              <w:tabs>
                <w:tab w:val="left" w:pos="360"/>
                <w:tab w:val="left" w:pos="720"/>
              </w:tabs>
              <w:spacing w:after="40" w:line="252" w:lineRule="auto"/>
              <w:jc w:val="center"/>
              <w:rPr>
                <w:b/>
                <w:bCs/>
                <w:sz w:val="20"/>
                <w:szCs w:val="20"/>
              </w:rPr>
            </w:pPr>
            <w:r>
              <w:rPr>
                <w:b/>
                <w:bCs/>
                <w:color w:val="FFFFFF"/>
                <w:szCs w:val="22"/>
              </w:rPr>
              <w:t>(kpc)</w:t>
            </w:r>
          </w:p>
        </w:tc>
      </w:tr>
      <w:tr w:rsidR="00117DE2" w14:paraId="552973EF" w14:textId="77777777">
        <w:trPr>
          <w:cantSplit/>
          <w:trHeight w:val="431"/>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AEF0545" w14:textId="77777777" w:rsidR="00117DE2" w:rsidRDefault="00117DE2">
            <w:pPr>
              <w:keepNext/>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EAA0606" w14:textId="77777777" w:rsidR="00117DE2" w:rsidRDefault="00117DE2">
            <w:pPr>
              <w:keepNext/>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BB60BFE" w14:textId="77777777" w:rsidR="00117DE2" w:rsidRDefault="00117DE2">
            <w:pPr>
              <w:keepNext/>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1F6D3D5" w14:textId="77777777" w:rsidR="00117DE2" w:rsidRDefault="00117DE2">
            <w:pPr>
              <w:keepNext/>
              <w:keepLines/>
              <w:tabs>
                <w:tab w:val="left" w:pos="360"/>
                <w:tab w:val="left" w:pos="720"/>
              </w:tabs>
              <w:spacing w:after="40" w:line="252" w:lineRule="auto"/>
              <w:jc w:val="center"/>
              <w:rPr>
                <w:sz w:val="20"/>
                <w:szCs w:val="20"/>
              </w:rPr>
            </w:pPr>
          </w:p>
        </w:tc>
      </w:tr>
      <w:tr w:rsidR="00117DE2" w14:paraId="07661017" w14:textId="77777777">
        <w:trPr>
          <w:cantSplit/>
          <w:trHeight w:val="431"/>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25184B2" w14:textId="77777777" w:rsidR="00117DE2" w:rsidRDefault="00117DE2">
            <w:pPr>
              <w:keepNext/>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C5C7794" w14:textId="77777777" w:rsidR="00117DE2" w:rsidRDefault="00117DE2">
            <w:pPr>
              <w:keepNext/>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2645D95" w14:textId="77777777" w:rsidR="00117DE2" w:rsidRDefault="00117DE2">
            <w:pPr>
              <w:keepNext/>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F66D77F" w14:textId="77777777" w:rsidR="00117DE2" w:rsidRDefault="00117DE2">
            <w:pPr>
              <w:keepNext/>
              <w:keepLines/>
              <w:tabs>
                <w:tab w:val="left" w:pos="360"/>
                <w:tab w:val="left" w:pos="720"/>
              </w:tabs>
              <w:spacing w:after="40" w:line="252" w:lineRule="auto"/>
              <w:jc w:val="center"/>
              <w:rPr>
                <w:sz w:val="20"/>
                <w:szCs w:val="20"/>
              </w:rPr>
            </w:pPr>
          </w:p>
        </w:tc>
      </w:tr>
      <w:tr w:rsidR="00117DE2" w14:paraId="0782F5A4" w14:textId="77777777">
        <w:trPr>
          <w:cantSplit/>
          <w:trHeight w:val="431"/>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183EA84" w14:textId="77777777" w:rsidR="00117DE2" w:rsidRDefault="00117DE2">
            <w:pPr>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CC8B194" w14:textId="77777777" w:rsidR="00117DE2" w:rsidRDefault="00117DE2">
            <w:pPr>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A515CB2" w14:textId="77777777" w:rsidR="00117DE2" w:rsidRDefault="00117DE2">
            <w:pPr>
              <w:keepLines/>
              <w:tabs>
                <w:tab w:val="left" w:pos="360"/>
                <w:tab w:val="left" w:pos="720"/>
              </w:tabs>
              <w:spacing w:after="40" w:line="252" w:lineRule="auto"/>
              <w:jc w:val="center"/>
              <w:rPr>
                <w:sz w:val="20"/>
                <w:szCs w:val="20"/>
              </w:rPr>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E5E0216" w14:textId="77777777" w:rsidR="00117DE2" w:rsidRDefault="00117DE2">
            <w:pPr>
              <w:keepLines/>
              <w:tabs>
                <w:tab w:val="left" w:pos="360"/>
                <w:tab w:val="left" w:pos="720"/>
              </w:tabs>
              <w:spacing w:after="40" w:line="252" w:lineRule="auto"/>
              <w:jc w:val="center"/>
              <w:rPr>
                <w:sz w:val="20"/>
                <w:szCs w:val="20"/>
              </w:rPr>
            </w:pPr>
          </w:p>
        </w:tc>
      </w:tr>
    </w:tbl>
    <w:p w14:paraId="46163A6B" w14:textId="77777777" w:rsidR="00634E9C" w:rsidRDefault="00634E9C"/>
    <w:sectPr w:rsidR="00634E9C">
      <w:headerReference w:type="even" r:id="rId7"/>
      <w:headerReference w:type="default" r:id="rId8"/>
      <w:footerReference w:type="even" r:id="rId9"/>
      <w:footerReference w:type="default" r:id="rId10"/>
      <w:headerReference w:type="first" r:id="rId11"/>
      <w:footerReference w:type="first" r:id="rId12"/>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EFFAE" w14:textId="77777777" w:rsidR="00D41707" w:rsidRDefault="00D41707">
      <w:pPr>
        <w:spacing w:after="0" w:line="240" w:lineRule="auto"/>
      </w:pPr>
      <w:r>
        <w:separator/>
      </w:r>
    </w:p>
  </w:endnote>
  <w:endnote w:type="continuationSeparator" w:id="0">
    <w:p w14:paraId="4FD7DC69" w14:textId="77777777" w:rsidR="00D41707" w:rsidRDefault="00D41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 w:fontKey="{8501B4A2-1F4C-47AF-8BC9-26C642508C00}"/>
    <w:embedItalic r:id="rId2" w:fontKey="{86871A5A-C9E6-4CDF-A678-7D3971868C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C0E4" w14:textId="77777777" w:rsidR="001844C9" w:rsidRDefault="001844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9854" w14:textId="77777777" w:rsidR="00634E9C" w:rsidRDefault="00634E9C">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59BA0" w14:textId="77777777" w:rsidR="001844C9" w:rsidRDefault="0018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A970D" w14:textId="77777777" w:rsidR="00D41707" w:rsidRDefault="00D41707">
      <w:pPr>
        <w:spacing w:after="0" w:line="240" w:lineRule="auto"/>
      </w:pPr>
      <w:r>
        <w:separator/>
      </w:r>
    </w:p>
  </w:footnote>
  <w:footnote w:type="continuationSeparator" w:id="0">
    <w:p w14:paraId="36AC8F52" w14:textId="77777777" w:rsidR="00D41707" w:rsidRDefault="00D41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41E0" w14:textId="77777777" w:rsidR="001844C9" w:rsidRDefault="001844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60A82" w14:textId="77777777" w:rsidR="00634E9C" w:rsidRDefault="00634E9C">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09C8B" w14:textId="77777777" w:rsidR="001844C9" w:rsidRDefault="001844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553CB"/>
    <w:multiLevelType w:val="multilevel"/>
    <w:tmpl w:val="A858C798"/>
    <w:lvl w:ilvl="0">
      <w:start w:val="1"/>
      <w:numFmt w:val="decimal"/>
      <w:lvlText w:val="%1."/>
      <w:lvlJc w:val="left"/>
      <w:pPr>
        <w:ind w:left="720" w:hanging="360"/>
      </w:pPr>
      <w:rPr>
        <w:rFonts w:ascii="Arial" w:eastAsia="Arial" w:hAnsi="Arial" w:cs="Arial"/>
      </w:rPr>
    </w:lvl>
    <w:lvl w:ilvl="1">
      <w:start w:val="1"/>
      <w:numFmt w:val="decimal"/>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1" w15:restartNumberingAfterBreak="0">
    <w:nsid w:val="4E3F171E"/>
    <w:multiLevelType w:val="multilevel"/>
    <w:tmpl w:val="117AC9E4"/>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2" w15:restartNumberingAfterBreak="0">
    <w:nsid w:val="606840B2"/>
    <w:multiLevelType w:val="multilevel"/>
    <w:tmpl w:val="7D90946E"/>
    <w:lvl w:ilvl="0">
      <w:start w:val="1"/>
      <w:numFmt w:val="decimal"/>
      <w:lvlText w:val="%1."/>
      <w:lvlJc w:val="left"/>
      <w:pPr>
        <w:ind w:left="720" w:hanging="360"/>
      </w:pPr>
      <w:rPr>
        <w:rFonts w:ascii="Arial" w:eastAsia="Arial" w:hAnsi="Arial" w:cs="Arial"/>
      </w:rPr>
    </w:lvl>
    <w:lvl w:ilvl="1">
      <w:start w:val="1"/>
      <w:numFmt w:val="decimal"/>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abstractNum w:abstractNumId="3" w15:restartNumberingAfterBreak="0">
    <w:nsid w:val="6B752A60"/>
    <w:multiLevelType w:val="multilevel"/>
    <w:tmpl w:val="B99E79BA"/>
    <w:lvl w:ilvl="0">
      <w:start w:val="1"/>
      <w:numFmt w:val="bullet"/>
      <w:pStyle w:val="List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abstractNum w:abstractNumId="4" w15:restartNumberingAfterBreak="0">
    <w:nsid w:val="7CED7329"/>
    <w:multiLevelType w:val="multilevel"/>
    <w:tmpl w:val="5748CA4C"/>
    <w:lvl w:ilvl="0">
      <w:start w:val="1"/>
      <w:numFmt w:val="decimal"/>
      <w:pStyle w:val="ListNumber"/>
      <w:lvlText w:val="%1."/>
      <w:lvlJc w:val="left"/>
      <w:pPr>
        <w:ind w:left="720" w:hanging="360"/>
      </w:pPr>
      <w:rPr>
        <w:rFonts w:ascii="Arial" w:eastAsia="Arial" w:hAnsi="Arial" w:cs="Arial"/>
      </w:rPr>
    </w:lvl>
    <w:lvl w:ilvl="1">
      <w:start w:val="1"/>
      <w:numFmt w:val="lowerLetter"/>
      <w:lvlText w:val="%2."/>
      <w:lvlJc w:val="left"/>
      <w:pPr>
        <w:ind w:left="1080" w:hanging="360"/>
      </w:pPr>
      <w:rPr>
        <w:rFonts w:ascii="Arial" w:eastAsia="Arial" w:hAnsi="Arial" w:cs="Arial"/>
      </w:rPr>
    </w:lvl>
    <w:lvl w:ilvl="2">
      <w:start w:val="1"/>
      <w:numFmt w:val="decimal"/>
      <w:lvlText w:val="%3."/>
      <w:lvlJc w:val="left"/>
      <w:pPr>
        <w:ind w:left="1440" w:hanging="360"/>
      </w:pPr>
      <w:rPr>
        <w:rFonts w:ascii="Arial" w:eastAsia="Arial" w:hAnsi="Arial" w:cs="Arial"/>
      </w:rPr>
    </w:lvl>
    <w:lvl w:ilvl="3">
      <w:start w:val="1"/>
      <w:numFmt w:val="decimal"/>
      <w:lvlText w:val="%4."/>
      <w:lvlJc w:val="left"/>
      <w:pPr>
        <w:ind w:left="1800" w:hanging="360"/>
      </w:pPr>
      <w:rPr>
        <w:rFonts w:ascii="Arial" w:eastAsia="Arial" w:hAnsi="Arial" w:cs="Arial"/>
      </w:rPr>
    </w:lvl>
    <w:lvl w:ilvl="4">
      <w:start w:val="1"/>
      <w:numFmt w:val="decimal"/>
      <w:lvlText w:val="%5."/>
      <w:lvlJc w:val="left"/>
      <w:pPr>
        <w:ind w:left="2160" w:hanging="360"/>
      </w:pPr>
      <w:rPr>
        <w:rFonts w:ascii="Arial" w:eastAsia="Arial" w:hAnsi="Arial" w:cs="Arial"/>
      </w:rPr>
    </w:lvl>
    <w:lvl w:ilvl="5">
      <w:start w:val="1"/>
      <w:numFmt w:val="decimal"/>
      <w:lvlText w:val="%6."/>
      <w:lvlJc w:val="left"/>
      <w:pPr>
        <w:ind w:left="2520" w:hanging="360"/>
      </w:pPr>
      <w:rPr>
        <w:rFonts w:ascii="Arial" w:eastAsia="Arial" w:hAnsi="Arial" w:cs="Arial"/>
      </w:rPr>
    </w:lvl>
    <w:lvl w:ilvl="6">
      <w:start w:val="1"/>
      <w:numFmt w:val="decimal"/>
      <w:lvlText w:val="%7."/>
      <w:lvlJc w:val="left"/>
      <w:pPr>
        <w:ind w:left="2880" w:hanging="360"/>
      </w:pPr>
      <w:rPr>
        <w:rFonts w:ascii="Arial" w:eastAsia="Arial" w:hAnsi="Arial" w:cs="Arial"/>
      </w:rPr>
    </w:lvl>
    <w:lvl w:ilvl="7">
      <w:start w:val="1"/>
      <w:numFmt w:val="decimal"/>
      <w:lvlText w:val="%8."/>
      <w:lvlJc w:val="left"/>
      <w:pPr>
        <w:ind w:left="3240" w:hanging="360"/>
      </w:pPr>
      <w:rPr>
        <w:rFonts w:ascii="Arial" w:eastAsia="Arial" w:hAnsi="Arial" w:cs="Arial"/>
      </w:rPr>
    </w:lvl>
    <w:lvl w:ilvl="8">
      <w:start w:val="1"/>
      <w:numFmt w:val="decimal"/>
      <w:lvlText w:val="%9."/>
      <w:lvlJc w:val="left"/>
      <w:pPr>
        <w:ind w:left="3600" w:hanging="360"/>
      </w:pPr>
      <w:rPr>
        <w:rFonts w:ascii="Arial" w:eastAsia="Arial" w:hAnsi="Arial" w:cs="Arial"/>
      </w:rPr>
    </w:lvl>
  </w:abstractNum>
  <w:num w:numId="1" w16cid:durableId="1841768499">
    <w:abstractNumId w:val="3"/>
  </w:num>
  <w:num w:numId="2" w16cid:durableId="135681531">
    <w:abstractNumId w:val="1"/>
  </w:num>
  <w:num w:numId="3" w16cid:durableId="980767489">
    <w:abstractNumId w:val="0"/>
  </w:num>
  <w:num w:numId="4" w16cid:durableId="1056246896">
    <w:abstractNumId w:val="2"/>
  </w:num>
  <w:num w:numId="5" w16cid:durableId="1716857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117DE2"/>
    <w:rsid w:val="00176530"/>
    <w:rsid w:val="001844C9"/>
    <w:rsid w:val="001A653F"/>
    <w:rsid w:val="00366003"/>
    <w:rsid w:val="00400B23"/>
    <w:rsid w:val="005D0E94"/>
    <w:rsid w:val="00634E9C"/>
    <w:rsid w:val="00735244"/>
    <w:rsid w:val="007974EC"/>
    <w:rsid w:val="00D41707"/>
    <w:rsid w:val="00E76DEB"/>
    <w:rsid w:val="00FD0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2647F"/>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sz w:val="22"/>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rPr>
  </w:style>
  <w:style w:type="table" w:customStyle="1" w:styleId="a">
    <w:basedOn w:val="TableNormal0"/>
    <w:tblPr>
      <w:tblStyleRowBandSize w:val="1"/>
      <w:tblStyleColBandSize w:val="1"/>
      <w:tblCellMar>
        <w:top w:w="55" w:type="dxa"/>
        <w:left w:w="54" w:type="dxa"/>
        <w:bottom w:w="55" w:type="dxa"/>
        <w:right w:w="55" w:type="dxa"/>
      </w:tblCellMar>
    </w:tblPr>
  </w:style>
  <w:style w:type="table" w:customStyle="1" w:styleId="a0">
    <w:basedOn w:val="TableNormal0"/>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5"/>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706</Words>
  <Characters>3414</Characters>
  <Application>Microsoft Office Word</Application>
  <DocSecurity>0</DocSecurity>
  <Lines>189</Lines>
  <Paragraphs>79</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Velocity curve part 2 observations</dc:title>
  <dc:description/>
  <cp:lastModifiedBy>Dylan Gormley</cp:lastModifiedBy>
  <cp:revision>5</cp:revision>
  <dcterms:created xsi:type="dcterms:W3CDTF">2026-09-26T23:52:00Z</dcterms:created>
  <dcterms:modified xsi:type="dcterms:W3CDTF">2026-09-27T00:42:00Z</dcterms:modified>
</cp:coreProperties>
</file>