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05DBF" w14:textId="77777777" w:rsidR="00972CA5" w:rsidRDefault="0080375C">
      <w:pPr>
        <w:pStyle w:val="Title"/>
        <w:keepNext/>
        <w:rPr>
          <w:b/>
          <w:bCs/>
          <w:i/>
          <w:iCs/>
        </w:rPr>
      </w:pPr>
      <w:r>
        <w:t>Quadrant I Analysis &amp; Conclusions: Determining a Velocity Curve</w:t>
      </w:r>
    </w:p>
    <w:p w14:paraId="72E931D0" w14:textId="77777777" w:rsidR="00972CA5" w:rsidRDefault="0080375C">
      <w:pPr>
        <w:pStyle w:val="Subtitle"/>
        <w:keepNext/>
        <w:rPr>
          <w:b/>
          <w:bCs/>
          <w:i/>
          <w:szCs w:val="22"/>
        </w:rPr>
      </w:pPr>
      <w:r>
        <w:t>Velocity Curve Activity</w:t>
      </w:r>
    </w:p>
    <w:p w14:paraId="7728F910" w14:textId="77777777" w:rsidR="00972CA5" w:rsidRDefault="00972CA5">
      <w:pPr>
        <w:tabs>
          <w:tab w:val="left" w:pos="360"/>
          <w:tab w:val="left" w:pos="1260"/>
        </w:tabs>
        <w:spacing w:before="86" w:after="0"/>
        <w:rPr>
          <w:szCs w:val="22"/>
        </w:rPr>
      </w:pPr>
    </w:p>
    <w:p w14:paraId="79E7C86E" w14:textId="77777777" w:rsidR="00972CA5" w:rsidRDefault="0080375C">
      <w:pPr>
        <w:tabs>
          <w:tab w:val="left" w:pos="360"/>
          <w:tab w:val="left" w:pos="1260"/>
        </w:tabs>
        <w:spacing w:after="120"/>
        <w:rPr>
          <w:szCs w:val="22"/>
        </w:rPr>
      </w:pPr>
      <w:r>
        <w:rPr>
          <w:szCs w:val="22"/>
        </w:rPr>
        <w:t>You will apply the tangent method for determining the velocity of the MWG at your given galactic longitude. As a class we will determine a velocity curve for the MWG, which is a graph of the galactic velocity versus distance from the galactic center.</w:t>
      </w:r>
    </w:p>
    <w:p w14:paraId="4C011A46" w14:textId="77777777" w:rsidR="00972CA5" w:rsidRDefault="00972CA5">
      <w:pPr>
        <w:tabs>
          <w:tab w:val="left" w:pos="360"/>
          <w:tab w:val="left" w:pos="1260"/>
        </w:tabs>
        <w:spacing w:after="0"/>
        <w:rPr>
          <w:szCs w:val="22"/>
        </w:rPr>
      </w:pPr>
    </w:p>
    <w:p w14:paraId="6159C213" w14:textId="77777777" w:rsidR="00972CA5" w:rsidRDefault="0080375C">
      <w:pPr>
        <w:pStyle w:val="Heading2"/>
        <w:tabs>
          <w:tab w:val="left" w:pos="360"/>
          <w:tab w:val="left" w:pos="1260"/>
        </w:tabs>
        <w:rPr>
          <w:sz w:val="22"/>
          <w:szCs w:val="22"/>
        </w:rPr>
      </w:pPr>
      <w:r>
        <w:t>Procedure</w:t>
      </w:r>
    </w:p>
    <w:p w14:paraId="4B773A27" w14:textId="77777777" w:rsidR="00972CA5" w:rsidRDefault="0080375C">
      <w:pPr>
        <w:numPr>
          <w:ilvl w:val="0"/>
          <w:numId w:val="2"/>
        </w:numPr>
        <w:tabs>
          <w:tab w:val="left" w:pos="360"/>
          <w:tab w:val="left" w:pos="1260"/>
        </w:tabs>
        <w:spacing w:before="86" w:after="120"/>
        <w:rPr>
          <w:szCs w:val="22"/>
        </w:rPr>
      </w:pPr>
      <w:r>
        <w:rPr>
          <w:szCs w:val="22"/>
        </w:rPr>
        <w:t>From the HI spectrum at the galactic longitude angle your group was given, use the Doppler effect to determine the speed of the most blue-shifted hydrogen detected.</w:t>
      </w:r>
    </w:p>
    <w:p w14:paraId="37FECF8C" w14:textId="77777777" w:rsidR="00972CA5" w:rsidRDefault="0080375C">
      <w:pPr>
        <w:numPr>
          <w:ilvl w:val="0"/>
          <w:numId w:val="2"/>
        </w:numPr>
        <w:tabs>
          <w:tab w:val="left" w:pos="360"/>
          <w:tab w:val="left" w:pos="1260"/>
        </w:tabs>
        <w:spacing w:before="86" w:after="120"/>
        <w:ind w:right="-360"/>
        <w:rPr>
          <w:szCs w:val="22"/>
        </w:rPr>
      </w:pPr>
      <w:r>
        <w:rPr>
          <w:szCs w:val="22"/>
        </w:rPr>
        <w:t xml:space="preserve">Use the </w:t>
      </w:r>
      <w:r>
        <w:rPr>
          <w:b/>
          <w:bCs/>
          <w:szCs w:val="22"/>
        </w:rPr>
        <w:t xml:space="preserve">tangent method </w:t>
      </w:r>
      <w:r>
        <w:rPr>
          <w:szCs w:val="22"/>
        </w:rPr>
        <w:t>to determine the assumed distance of this fastest moving hydrogen from the GC.</w:t>
      </w:r>
    </w:p>
    <w:p w14:paraId="456CFE7B" w14:textId="77777777" w:rsidR="00972CA5" w:rsidRDefault="00972CA5">
      <w:pPr>
        <w:tabs>
          <w:tab w:val="left" w:pos="360"/>
          <w:tab w:val="left" w:pos="1260"/>
        </w:tabs>
        <w:spacing w:after="0"/>
        <w:rPr>
          <w:szCs w:val="22"/>
        </w:rPr>
      </w:pPr>
    </w:p>
    <w:p w14:paraId="016B9F9C" w14:textId="77777777" w:rsidR="00972CA5" w:rsidRDefault="0080375C">
      <w:pPr>
        <w:pStyle w:val="Heading2"/>
        <w:tabs>
          <w:tab w:val="left" w:pos="360"/>
          <w:tab w:val="left" w:pos="1260"/>
        </w:tabs>
        <w:rPr>
          <w:sz w:val="22"/>
          <w:szCs w:val="22"/>
        </w:rPr>
      </w:pPr>
      <w:r>
        <w:t>Results</w:t>
      </w:r>
    </w:p>
    <w:p w14:paraId="18D6DEDE" w14:textId="77777777" w:rsidR="00972CA5" w:rsidRDefault="0080375C">
      <w:pPr>
        <w:numPr>
          <w:ilvl w:val="0"/>
          <w:numId w:val="3"/>
        </w:numPr>
        <w:tabs>
          <w:tab w:val="left" w:pos="360"/>
          <w:tab w:val="left" w:pos="1260"/>
        </w:tabs>
        <w:spacing w:before="86" w:after="120"/>
        <w:rPr>
          <w:szCs w:val="22"/>
        </w:rPr>
      </w:pPr>
      <w:r>
        <w:rPr>
          <w:szCs w:val="22"/>
        </w:rPr>
        <w:t xml:space="preserve">Show your work for the calculations done as instructed in the Procedure above. </w:t>
      </w:r>
    </w:p>
    <w:p w14:paraId="0630B129" w14:textId="77777777" w:rsidR="00972CA5" w:rsidRDefault="0080375C">
      <w:pPr>
        <w:numPr>
          <w:ilvl w:val="0"/>
          <w:numId w:val="3"/>
        </w:numPr>
        <w:tabs>
          <w:tab w:val="left" w:pos="360"/>
          <w:tab w:val="left" w:pos="1260"/>
        </w:tabs>
        <w:spacing w:before="86" w:after="120"/>
        <w:rPr>
          <w:szCs w:val="22"/>
        </w:rPr>
      </w:pPr>
      <w:r>
        <w:rPr>
          <w:szCs w:val="22"/>
        </w:rPr>
        <w:t>Include a printed graph of the HI spectrum at the angle your group was given. Staple it to this sheet.</w:t>
      </w:r>
    </w:p>
    <w:p w14:paraId="15092DF4" w14:textId="77777777" w:rsidR="00972CA5" w:rsidRDefault="0080375C">
      <w:pPr>
        <w:numPr>
          <w:ilvl w:val="0"/>
          <w:numId w:val="3"/>
        </w:numPr>
        <w:tabs>
          <w:tab w:val="left" w:pos="360"/>
          <w:tab w:val="left" w:pos="1260"/>
        </w:tabs>
        <w:spacing w:before="86" w:after="120"/>
        <w:rPr>
          <w:szCs w:val="22"/>
        </w:rPr>
      </w:pPr>
      <w:r>
        <w:rPr>
          <w:szCs w:val="22"/>
        </w:rPr>
        <w:t>Share your results in the spreadsheet shared in Google Docs.</w:t>
      </w:r>
    </w:p>
    <w:p w14:paraId="1C34A061" w14:textId="77777777" w:rsidR="00972CA5" w:rsidRDefault="0080375C">
      <w:pPr>
        <w:keepNext/>
        <w:numPr>
          <w:ilvl w:val="0"/>
          <w:numId w:val="3"/>
        </w:numPr>
        <w:tabs>
          <w:tab w:val="left" w:pos="360"/>
          <w:tab w:val="left" w:pos="1260"/>
        </w:tabs>
        <w:spacing w:before="86" w:after="120"/>
        <w:rPr>
          <w:szCs w:val="22"/>
        </w:rPr>
      </w:pPr>
      <w:r>
        <w:rPr>
          <w:szCs w:val="22"/>
        </w:rPr>
        <w:lastRenderedPageBreak/>
        <w:t xml:space="preserve">Record the class data in the table below. </w:t>
      </w:r>
    </w:p>
    <w:tbl>
      <w:tblPr>
        <w:tblStyle w:val="a"/>
        <w:tblW w:w="10080" w:type="dxa"/>
        <w:tblInd w:w="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520"/>
        <w:gridCol w:w="2520"/>
        <w:gridCol w:w="2520"/>
        <w:gridCol w:w="2520"/>
      </w:tblGrid>
      <w:tr w:rsidR="00972CA5" w14:paraId="53366046" w14:textId="77777777">
        <w:trPr>
          <w:cantSplit/>
          <w:tblHeader/>
        </w:trPr>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9F963F2" w14:textId="77777777" w:rsidR="00972CA5" w:rsidRDefault="0080375C">
            <w:pPr>
              <w:keepNext/>
              <w:keepLines/>
              <w:spacing w:after="40" w:line="252" w:lineRule="auto"/>
              <w:jc w:val="center"/>
              <w:rPr>
                <w:b/>
                <w:bCs/>
                <w:szCs w:val="22"/>
              </w:rPr>
            </w:pPr>
            <w:r>
              <w:rPr>
                <w:b/>
                <w:bCs/>
                <w:color w:val="FFFFFF"/>
                <w:szCs w:val="22"/>
              </w:rPr>
              <w:t>Galactic Longitude</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F7C0DAC" w14:textId="77777777" w:rsidR="00972CA5" w:rsidRDefault="0080375C">
            <w:pPr>
              <w:keepNext/>
              <w:keepLines/>
              <w:spacing w:after="40" w:line="252" w:lineRule="auto"/>
              <w:jc w:val="center"/>
              <w:rPr>
                <w:b/>
                <w:bCs/>
                <w:szCs w:val="22"/>
              </w:rPr>
            </w:pPr>
            <w:r>
              <w:rPr>
                <w:b/>
                <w:bCs/>
                <w:color w:val="FFFFFF"/>
                <w:szCs w:val="22"/>
              </w:rPr>
              <w:t>Distance from GC (kpc)</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5255E02" w14:textId="77777777" w:rsidR="00972CA5" w:rsidRDefault="0080375C">
            <w:pPr>
              <w:keepNext/>
              <w:keepLines/>
              <w:spacing w:after="40" w:line="252" w:lineRule="auto"/>
              <w:jc w:val="center"/>
              <w:rPr>
                <w:b/>
                <w:bCs/>
                <w:szCs w:val="22"/>
              </w:rPr>
            </w:pPr>
            <w:r>
              <w:rPr>
                <w:b/>
                <w:bCs/>
                <w:color w:val="FFFFFF"/>
                <w:szCs w:val="22"/>
              </w:rPr>
              <w:t>Relative Speed (km/s)</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5943EB3" w14:textId="77777777" w:rsidR="00972CA5" w:rsidRDefault="0080375C">
            <w:pPr>
              <w:keepNext/>
              <w:keepLines/>
              <w:spacing w:after="40" w:line="252" w:lineRule="auto"/>
              <w:jc w:val="center"/>
              <w:rPr>
                <w:b/>
                <w:bCs/>
                <w:szCs w:val="22"/>
              </w:rPr>
            </w:pPr>
            <w:r>
              <w:rPr>
                <w:b/>
                <w:bCs/>
                <w:color w:val="FFFFFF"/>
                <w:szCs w:val="22"/>
              </w:rPr>
              <w:t>Rotational Speed (km/s)</w:t>
            </w:r>
          </w:p>
        </w:tc>
      </w:tr>
      <w:tr w:rsidR="00972CA5" w14:paraId="0D7B6435"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8183206" w14:textId="77777777" w:rsidR="00972CA5" w:rsidRDefault="0080375C">
            <w:pPr>
              <w:keepNext/>
              <w:keepLines/>
              <w:spacing w:after="40" w:line="252" w:lineRule="auto"/>
              <w:jc w:val="center"/>
              <w:rPr>
                <w:szCs w:val="22"/>
              </w:rPr>
            </w:pPr>
            <w:r>
              <w:rPr>
                <w:szCs w:val="22"/>
              </w:rPr>
              <w:t>0</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343ECCC"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FDFEEB4"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CD549C2" w14:textId="77777777" w:rsidR="00972CA5" w:rsidRDefault="00972CA5">
            <w:pPr>
              <w:keepNext/>
              <w:keepLines/>
              <w:spacing w:after="40" w:line="252" w:lineRule="auto"/>
              <w:jc w:val="center"/>
              <w:rPr>
                <w:szCs w:val="22"/>
              </w:rPr>
            </w:pPr>
          </w:p>
        </w:tc>
      </w:tr>
      <w:tr w:rsidR="00972CA5" w14:paraId="18019C5E"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1BFF8BB" w14:textId="77777777" w:rsidR="00972CA5" w:rsidRDefault="0080375C">
            <w:pPr>
              <w:keepNext/>
              <w:keepLines/>
              <w:spacing w:after="40" w:line="252" w:lineRule="auto"/>
              <w:jc w:val="center"/>
              <w:rPr>
                <w:szCs w:val="22"/>
              </w:rPr>
            </w:pPr>
            <w:r>
              <w:rPr>
                <w:szCs w:val="22"/>
              </w:rPr>
              <w:t>20</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CB5EF9B"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AB5E6B2"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F602F41" w14:textId="77777777" w:rsidR="00972CA5" w:rsidRDefault="00972CA5">
            <w:pPr>
              <w:keepNext/>
              <w:keepLines/>
              <w:spacing w:after="40" w:line="252" w:lineRule="auto"/>
              <w:jc w:val="center"/>
              <w:rPr>
                <w:szCs w:val="22"/>
              </w:rPr>
            </w:pPr>
          </w:p>
        </w:tc>
      </w:tr>
      <w:tr w:rsidR="00972CA5" w14:paraId="73D2CFFB"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0D88E21" w14:textId="77777777" w:rsidR="00972CA5" w:rsidRDefault="0080375C">
            <w:pPr>
              <w:keepNext/>
              <w:keepLines/>
              <w:spacing w:after="40" w:line="252" w:lineRule="auto"/>
              <w:jc w:val="center"/>
              <w:rPr>
                <w:szCs w:val="22"/>
              </w:rPr>
            </w:pPr>
            <w:r>
              <w:rPr>
                <w:szCs w:val="22"/>
              </w:rPr>
              <w:t>20</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ED14281"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CF149C0"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FA6FA07" w14:textId="77777777" w:rsidR="00972CA5" w:rsidRDefault="00972CA5">
            <w:pPr>
              <w:keepNext/>
              <w:keepLines/>
              <w:spacing w:after="40" w:line="252" w:lineRule="auto"/>
              <w:jc w:val="center"/>
              <w:rPr>
                <w:szCs w:val="22"/>
              </w:rPr>
            </w:pPr>
          </w:p>
        </w:tc>
      </w:tr>
      <w:tr w:rsidR="00972CA5" w14:paraId="201D5C18"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981D0AF" w14:textId="77777777" w:rsidR="00972CA5" w:rsidRDefault="0080375C">
            <w:pPr>
              <w:keepNext/>
              <w:keepLines/>
              <w:spacing w:after="40" w:line="252" w:lineRule="auto"/>
              <w:jc w:val="center"/>
              <w:rPr>
                <w:szCs w:val="22"/>
              </w:rPr>
            </w:pPr>
            <w:r>
              <w:rPr>
                <w:szCs w:val="22"/>
              </w:rPr>
              <w:t>30</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42FB733"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593C91D"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197301C" w14:textId="77777777" w:rsidR="00972CA5" w:rsidRDefault="00972CA5">
            <w:pPr>
              <w:keepNext/>
              <w:keepLines/>
              <w:spacing w:after="40" w:line="252" w:lineRule="auto"/>
              <w:jc w:val="center"/>
              <w:rPr>
                <w:szCs w:val="22"/>
              </w:rPr>
            </w:pPr>
          </w:p>
        </w:tc>
      </w:tr>
      <w:tr w:rsidR="00972CA5" w14:paraId="0CD948D5"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162C7DC" w14:textId="77777777" w:rsidR="00972CA5" w:rsidRDefault="0080375C">
            <w:pPr>
              <w:keepNext/>
              <w:keepLines/>
              <w:spacing w:after="40" w:line="252" w:lineRule="auto"/>
              <w:jc w:val="center"/>
              <w:rPr>
                <w:szCs w:val="22"/>
              </w:rPr>
            </w:pPr>
            <w:r>
              <w:rPr>
                <w:szCs w:val="22"/>
              </w:rPr>
              <w:t>40</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599F84E"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ED7C56D"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6BDDD23" w14:textId="77777777" w:rsidR="00972CA5" w:rsidRDefault="00972CA5">
            <w:pPr>
              <w:keepNext/>
              <w:keepLines/>
              <w:spacing w:after="40" w:line="252" w:lineRule="auto"/>
              <w:jc w:val="center"/>
              <w:rPr>
                <w:szCs w:val="22"/>
              </w:rPr>
            </w:pPr>
          </w:p>
        </w:tc>
      </w:tr>
      <w:tr w:rsidR="00972CA5" w14:paraId="6EF14E56"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6CBC0F0" w14:textId="77777777" w:rsidR="00972CA5" w:rsidRDefault="0080375C">
            <w:pPr>
              <w:keepNext/>
              <w:keepLines/>
              <w:spacing w:after="40" w:line="252" w:lineRule="auto"/>
              <w:jc w:val="center"/>
              <w:rPr>
                <w:szCs w:val="22"/>
              </w:rPr>
            </w:pPr>
            <w:r>
              <w:rPr>
                <w:szCs w:val="22"/>
              </w:rPr>
              <w:t>45</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1B57B72"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A4DB076"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17775DC" w14:textId="77777777" w:rsidR="00972CA5" w:rsidRDefault="00972CA5">
            <w:pPr>
              <w:keepNext/>
              <w:keepLines/>
              <w:spacing w:after="40" w:line="252" w:lineRule="auto"/>
              <w:jc w:val="center"/>
              <w:rPr>
                <w:szCs w:val="22"/>
              </w:rPr>
            </w:pPr>
          </w:p>
        </w:tc>
      </w:tr>
      <w:tr w:rsidR="00972CA5" w14:paraId="62D1AC41"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A573C25" w14:textId="77777777" w:rsidR="00972CA5" w:rsidRDefault="0080375C">
            <w:pPr>
              <w:keepNext/>
              <w:keepLines/>
              <w:spacing w:after="40" w:line="252" w:lineRule="auto"/>
              <w:jc w:val="center"/>
              <w:rPr>
                <w:szCs w:val="22"/>
              </w:rPr>
            </w:pPr>
            <w:r>
              <w:rPr>
                <w:szCs w:val="22"/>
              </w:rPr>
              <w:t>50</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FAB1781"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1B19552"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4BA1C05" w14:textId="77777777" w:rsidR="00972CA5" w:rsidRDefault="00972CA5">
            <w:pPr>
              <w:keepNext/>
              <w:keepLines/>
              <w:spacing w:after="40" w:line="252" w:lineRule="auto"/>
              <w:jc w:val="center"/>
              <w:rPr>
                <w:szCs w:val="22"/>
              </w:rPr>
            </w:pPr>
          </w:p>
        </w:tc>
      </w:tr>
      <w:tr w:rsidR="00972CA5" w14:paraId="077CB842"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0CA1B8C" w14:textId="77777777" w:rsidR="00972CA5" w:rsidRDefault="0080375C">
            <w:pPr>
              <w:keepNext/>
              <w:keepLines/>
              <w:spacing w:after="40" w:line="252" w:lineRule="auto"/>
              <w:jc w:val="center"/>
              <w:rPr>
                <w:szCs w:val="22"/>
              </w:rPr>
            </w:pPr>
            <w:r>
              <w:rPr>
                <w:szCs w:val="22"/>
              </w:rPr>
              <w:t>60</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48F8CD9"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21B2326"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62012C4" w14:textId="77777777" w:rsidR="00972CA5" w:rsidRDefault="00972CA5">
            <w:pPr>
              <w:keepNext/>
              <w:keepLines/>
              <w:spacing w:after="40" w:line="252" w:lineRule="auto"/>
              <w:jc w:val="center"/>
              <w:rPr>
                <w:szCs w:val="22"/>
              </w:rPr>
            </w:pPr>
          </w:p>
        </w:tc>
      </w:tr>
      <w:tr w:rsidR="00972CA5" w14:paraId="0E0CF7AA"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6B5614A" w14:textId="77777777" w:rsidR="00972CA5" w:rsidRDefault="0080375C">
            <w:pPr>
              <w:keepNext/>
              <w:keepLines/>
              <w:spacing w:after="40" w:line="252" w:lineRule="auto"/>
              <w:jc w:val="center"/>
              <w:rPr>
                <w:szCs w:val="22"/>
              </w:rPr>
            </w:pPr>
            <w:r>
              <w:rPr>
                <w:szCs w:val="22"/>
              </w:rPr>
              <w:t>70</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7623F42"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F21859D"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40FD28C" w14:textId="77777777" w:rsidR="00972CA5" w:rsidRDefault="00972CA5">
            <w:pPr>
              <w:keepNext/>
              <w:keepLines/>
              <w:spacing w:after="40" w:line="252" w:lineRule="auto"/>
              <w:jc w:val="center"/>
              <w:rPr>
                <w:szCs w:val="22"/>
              </w:rPr>
            </w:pPr>
          </w:p>
        </w:tc>
      </w:tr>
      <w:tr w:rsidR="00972CA5" w14:paraId="7A98AA76"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285EE15" w14:textId="77777777" w:rsidR="00972CA5" w:rsidRDefault="0080375C">
            <w:pPr>
              <w:keepNext/>
              <w:keepLines/>
              <w:spacing w:after="40" w:line="252" w:lineRule="auto"/>
              <w:jc w:val="center"/>
              <w:rPr>
                <w:szCs w:val="22"/>
              </w:rPr>
            </w:pPr>
            <w:r>
              <w:rPr>
                <w:szCs w:val="22"/>
              </w:rPr>
              <w:t>80</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70B4D63"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7A47374" w14:textId="77777777" w:rsidR="00972CA5" w:rsidRDefault="00972CA5">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AEE1496" w14:textId="77777777" w:rsidR="00972CA5" w:rsidRDefault="00972CA5">
            <w:pPr>
              <w:keepNext/>
              <w:keepLines/>
              <w:spacing w:after="40" w:line="252" w:lineRule="auto"/>
              <w:jc w:val="center"/>
              <w:rPr>
                <w:szCs w:val="22"/>
              </w:rPr>
            </w:pPr>
          </w:p>
        </w:tc>
      </w:tr>
      <w:tr w:rsidR="00972CA5" w14:paraId="7BF0A70D" w14:textId="77777777">
        <w:trPr>
          <w:cantSplit/>
          <w:trHeight w:val="288"/>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DD06741" w14:textId="77777777" w:rsidR="00972CA5" w:rsidRDefault="0080375C">
            <w:pPr>
              <w:keepLines/>
              <w:spacing w:after="40" w:line="252" w:lineRule="auto"/>
              <w:jc w:val="center"/>
              <w:rPr>
                <w:szCs w:val="22"/>
              </w:rPr>
            </w:pPr>
            <w:r>
              <w:rPr>
                <w:szCs w:val="22"/>
              </w:rPr>
              <w:t>90</w:t>
            </w:r>
            <w:r>
              <w:rPr>
                <w:szCs w:val="22"/>
                <w:vertAlign w:val="superscript"/>
              </w:rPr>
              <w:t>o</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F160227" w14:textId="77777777" w:rsidR="00972CA5" w:rsidRDefault="00972CA5">
            <w:pPr>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A5D6E55" w14:textId="77777777" w:rsidR="00972CA5" w:rsidRDefault="00972CA5">
            <w:pPr>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D5E7665" w14:textId="77777777" w:rsidR="00972CA5" w:rsidRDefault="00972CA5">
            <w:pPr>
              <w:keepLines/>
              <w:spacing w:after="40" w:line="252" w:lineRule="auto"/>
              <w:jc w:val="center"/>
              <w:rPr>
                <w:szCs w:val="22"/>
              </w:rPr>
            </w:pPr>
          </w:p>
        </w:tc>
      </w:tr>
    </w:tbl>
    <w:p w14:paraId="5A459DEC" w14:textId="77777777" w:rsidR="00972CA5" w:rsidRDefault="00972CA5">
      <w:pPr>
        <w:tabs>
          <w:tab w:val="left" w:pos="360"/>
          <w:tab w:val="left" w:pos="1260"/>
        </w:tabs>
        <w:spacing w:before="259" w:after="144"/>
        <w:rPr>
          <w:szCs w:val="22"/>
        </w:rPr>
      </w:pPr>
    </w:p>
    <w:p w14:paraId="3BC85ED8" w14:textId="77777777" w:rsidR="00972CA5" w:rsidRDefault="0080375C">
      <w:pPr>
        <w:numPr>
          <w:ilvl w:val="0"/>
          <w:numId w:val="3"/>
        </w:numPr>
        <w:tabs>
          <w:tab w:val="left" w:pos="360"/>
          <w:tab w:val="left" w:pos="1260"/>
        </w:tabs>
        <w:spacing w:before="259" w:after="120"/>
        <w:rPr>
          <w:szCs w:val="22"/>
        </w:rPr>
      </w:pPr>
      <w:r>
        <w:rPr>
          <w:szCs w:val="22"/>
        </w:rPr>
        <w:t>Plot a graph of galactic velocity vs. distance from GC, and staple it to this sheet.</w:t>
      </w:r>
    </w:p>
    <w:p w14:paraId="10EB64D4" w14:textId="77777777" w:rsidR="00972CA5" w:rsidRDefault="0080375C">
      <w:pPr>
        <w:pStyle w:val="Heading2"/>
        <w:tabs>
          <w:tab w:val="left" w:pos="360"/>
          <w:tab w:val="left" w:pos="1260"/>
        </w:tabs>
        <w:rPr>
          <w:sz w:val="22"/>
          <w:szCs w:val="22"/>
        </w:rPr>
      </w:pPr>
      <w:r>
        <w:t>Interpretation</w:t>
      </w:r>
    </w:p>
    <w:p w14:paraId="3187E31F" w14:textId="77777777" w:rsidR="00972CA5" w:rsidRDefault="0080375C">
      <w:pPr>
        <w:numPr>
          <w:ilvl w:val="0"/>
          <w:numId w:val="1"/>
        </w:numPr>
        <w:tabs>
          <w:tab w:val="left" w:pos="360"/>
          <w:tab w:val="left" w:pos="1260"/>
        </w:tabs>
        <w:spacing w:before="86" w:after="120"/>
        <w:rPr>
          <w:szCs w:val="22"/>
        </w:rPr>
      </w:pPr>
      <w:r>
        <w:rPr>
          <w:szCs w:val="22"/>
        </w:rPr>
        <w:t>According to the Velocity vs. Distance from GC graph, how does the rotational speed of the MWG depend on the distance from the GC?</w:t>
      </w:r>
    </w:p>
    <w:p w14:paraId="4520E864" w14:textId="77777777" w:rsidR="00972CA5" w:rsidRDefault="00972CA5">
      <w:pPr>
        <w:tabs>
          <w:tab w:val="left" w:pos="360"/>
          <w:tab w:val="left" w:pos="1260"/>
        </w:tabs>
        <w:spacing w:before="86" w:after="0"/>
        <w:rPr>
          <w:szCs w:val="22"/>
        </w:rPr>
      </w:pPr>
    </w:p>
    <w:p w14:paraId="1A800CC9" w14:textId="77777777" w:rsidR="00972CA5" w:rsidRDefault="00972CA5">
      <w:pPr>
        <w:tabs>
          <w:tab w:val="left" w:pos="360"/>
          <w:tab w:val="left" w:pos="1260"/>
        </w:tabs>
        <w:spacing w:before="86" w:after="0"/>
        <w:rPr>
          <w:szCs w:val="22"/>
        </w:rPr>
      </w:pPr>
    </w:p>
    <w:p w14:paraId="3D77474C" w14:textId="77777777" w:rsidR="00972CA5" w:rsidRDefault="0080375C">
      <w:pPr>
        <w:numPr>
          <w:ilvl w:val="0"/>
          <w:numId w:val="1"/>
        </w:numPr>
        <w:tabs>
          <w:tab w:val="left" w:pos="360"/>
          <w:tab w:val="left" w:pos="1260"/>
        </w:tabs>
        <w:spacing w:before="86" w:after="120"/>
        <w:rPr>
          <w:szCs w:val="22"/>
        </w:rPr>
      </w:pPr>
      <w:r>
        <w:rPr>
          <w:szCs w:val="22"/>
        </w:rPr>
        <w:t>What model of the galaxy might these results fit? To answer this, complete the following:</w:t>
      </w:r>
    </w:p>
    <w:p w14:paraId="23F70501" w14:textId="77777777" w:rsidR="00972CA5" w:rsidRDefault="0080375C">
      <w:pPr>
        <w:tabs>
          <w:tab w:val="left" w:pos="360"/>
          <w:tab w:val="left" w:pos="1260"/>
        </w:tabs>
        <w:spacing w:before="86" w:after="120"/>
        <w:ind w:left="720"/>
        <w:rPr>
          <w:szCs w:val="22"/>
        </w:rPr>
      </w:pPr>
      <w:r>
        <w:rPr>
          <w:szCs w:val="22"/>
        </w:rPr>
        <w:t>a. Kepler Model</w:t>
      </w:r>
    </w:p>
    <w:p w14:paraId="5687BB66" w14:textId="77777777" w:rsidR="00972CA5" w:rsidRDefault="0080375C">
      <w:pPr>
        <w:tabs>
          <w:tab w:val="left" w:pos="360"/>
          <w:tab w:val="left" w:pos="1260"/>
        </w:tabs>
        <w:spacing w:before="86" w:after="120"/>
        <w:ind w:left="1080"/>
        <w:rPr>
          <w:szCs w:val="22"/>
        </w:rPr>
      </w:pPr>
      <w:r>
        <w:rPr>
          <w:szCs w:val="22"/>
        </w:rPr>
        <w:t xml:space="preserve">Assume most of the mass of the galaxy, </w:t>
      </w:r>
      <w:r>
        <w:rPr>
          <w:i/>
          <w:iCs/>
          <w:szCs w:val="22"/>
        </w:rPr>
        <w:t>M</w:t>
      </w:r>
      <w:r>
        <w:rPr>
          <w:i/>
          <w:iCs/>
          <w:szCs w:val="22"/>
          <w:vertAlign w:val="subscript"/>
        </w:rPr>
        <w:t>G</w:t>
      </w:r>
      <w:r>
        <w:rPr>
          <w:szCs w:val="22"/>
        </w:rPr>
        <w:t xml:space="preserve">, is concentrated at its center. This model mirrors the model of our solar system, where the sun is at the center. Apply your knowledge of orbital motion in this model to determine the </w:t>
      </w:r>
      <w:r>
        <w:rPr>
          <w:i/>
          <w:iCs/>
          <w:szCs w:val="22"/>
        </w:rPr>
        <w:t>v</w:t>
      </w:r>
      <w:r>
        <w:rPr>
          <w:szCs w:val="22"/>
        </w:rPr>
        <w:t>(</w:t>
      </w:r>
      <w:r>
        <w:rPr>
          <w:i/>
          <w:iCs/>
          <w:szCs w:val="22"/>
        </w:rPr>
        <w:t>r</w:t>
      </w:r>
      <w:r>
        <w:rPr>
          <w:szCs w:val="22"/>
        </w:rPr>
        <w:t>) function, and sketch a graph illustrating this function.</w:t>
      </w:r>
    </w:p>
    <w:p w14:paraId="302D0F33" w14:textId="77777777" w:rsidR="00972CA5" w:rsidRDefault="0080375C">
      <w:pPr>
        <w:tabs>
          <w:tab w:val="left" w:pos="360"/>
          <w:tab w:val="left" w:pos="1260"/>
        </w:tabs>
        <w:spacing w:before="86" w:after="0"/>
        <w:ind w:left="1080"/>
        <w:rPr>
          <w:szCs w:val="22"/>
        </w:rPr>
      </w:pPr>
      <w:r>
        <w:rPr>
          <w:noProof/>
          <w:szCs w:val="22"/>
        </w:rPr>
        <w:lastRenderedPageBreak/>
        <mc:AlternateContent>
          <mc:Choice Requires="wpg">
            <w:drawing>
              <wp:inline distT="0" distB="0" distL="0" distR="0" wp14:anchorId="5D9EAD43" wp14:editId="2B69CAAB">
                <wp:extent cx="1962150" cy="1299210"/>
                <wp:effectExtent l="0" t="0" r="0" b="0"/>
                <wp:docPr id="4" name="Group 4"/>
                <wp:cNvGraphicFramePr/>
                <a:graphic xmlns:a="http://schemas.openxmlformats.org/drawingml/2006/main">
                  <a:graphicData uri="http://schemas.microsoft.com/office/word/2010/wordprocessingGroup">
                    <wpg:wgp>
                      <wpg:cNvGrpSpPr/>
                      <wpg:grpSpPr>
                        <a:xfrm>
                          <a:off x="0" y="0"/>
                          <a:ext cx="1962150" cy="1299210"/>
                          <a:chOff x="4365175" y="3130725"/>
                          <a:chExt cx="1961650" cy="1298550"/>
                        </a:xfrm>
                      </wpg:grpSpPr>
                      <wpg:grpSp>
                        <wpg:cNvPr id="690379185" name="Group 690379185"/>
                        <wpg:cNvGrpSpPr/>
                        <wpg:grpSpPr>
                          <a:xfrm>
                            <a:off x="4365180" y="3130740"/>
                            <a:ext cx="1961640" cy="1298520"/>
                            <a:chOff x="0" y="0"/>
                            <a:chExt cx="1961640" cy="1298520"/>
                          </a:xfrm>
                        </wpg:grpSpPr>
                        <wps:wsp>
                          <wps:cNvPr id="1660285311" name="Rectangle 1660285311"/>
                          <wps:cNvSpPr/>
                          <wps:spPr>
                            <a:xfrm>
                              <a:off x="0" y="0"/>
                              <a:ext cx="1961625" cy="1298500"/>
                            </a:xfrm>
                            <a:prstGeom prst="rect">
                              <a:avLst/>
                            </a:prstGeom>
                            <a:noFill/>
                            <a:ln>
                              <a:noFill/>
                            </a:ln>
                          </wps:spPr>
                          <wps:txbx>
                            <w:txbxContent>
                              <w:p w14:paraId="0CEFE16D" w14:textId="77777777" w:rsidR="00972CA5" w:rsidRDefault="00972CA5">
                                <w:pPr>
                                  <w:spacing w:after="0" w:line="240" w:lineRule="auto"/>
                                  <w:textDirection w:val="btLr"/>
                                </w:pPr>
                              </w:p>
                            </w:txbxContent>
                          </wps:txbx>
                          <wps:bodyPr spcFirstLastPara="1" wrap="square" lIns="91425" tIns="91425" rIns="91425" bIns="91425" anchor="ctr" anchorCtr="0">
                            <a:noAutofit/>
                          </wps:bodyPr>
                        </wps:wsp>
                        <wps:wsp>
                          <wps:cNvPr id="1675415189" name="Straight Arrow Connector 1675415189"/>
                          <wps:cNvCnPr/>
                          <wps:spPr>
                            <a:xfrm>
                              <a:off x="221760" y="1119600"/>
                              <a:ext cx="1739880" cy="0"/>
                            </a:xfrm>
                            <a:prstGeom prst="straightConnector1">
                              <a:avLst/>
                            </a:prstGeom>
                            <a:noFill/>
                            <a:ln w="9525" cap="flat" cmpd="sng">
                              <a:solidFill>
                                <a:srgbClr val="000000"/>
                              </a:solidFill>
                              <a:prstDash val="solid"/>
                              <a:round/>
                              <a:headEnd type="none" w="sm" len="sm"/>
                              <a:tailEnd type="stealth" w="med" len="med"/>
                            </a:ln>
                          </wps:spPr>
                          <wps:bodyPr/>
                        </wps:wsp>
                        <wps:wsp>
                          <wps:cNvPr id="2062229239" name="Straight Arrow Connector 2062229239"/>
                          <wps:cNvCnPr/>
                          <wps:spPr>
                            <a:xfrm rot="10800000">
                              <a:off x="243720" y="0"/>
                              <a:ext cx="0" cy="1139760"/>
                            </a:xfrm>
                            <a:prstGeom prst="straightConnector1">
                              <a:avLst/>
                            </a:prstGeom>
                            <a:noFill/>
                            <a:ln w="9525" cap="flat" cmpd="sng">
                              <a:solidFill>
                                <a:srgbClr val="000000"/>
                              </a:solidFill>
                              <a:prstDash val="solid"/>
                              <a:round/>
                              <a:headEnd type="none" w="sm" len="sm"/>
                              <a:tailEnd type="stealth" w="med" len="med"/>
                            </a:ln>
                          </wps:spPr>
                          <wps:bodyPr/>
                        </wps:wsp>
                        <wps:wsp>
                          <wps:cNvPr id="1765397768" name="Rectangle 1765397768"/>
                          <wps:cNvSpPr/>
                          <wps:spPr>
                            <a:xfrm>
                              <a:off x="1643400" y="1118880"/>
                              <a:ext cx="177120" cy="179640"/>
                            </a:xfrm>
                            <a:prstGeom prst="rect">
                              <a:avLst/>
                            </a:prstGeom>
                            <a:noFill/>
                            <a:ln>
                              <a:noFill/>
                            </a:ln>
                          </wps:spPr>
                          <wps:txbx>
                            <w:txbxContent>
                              <w:p w14:paraId="646F382F" w14:textId="77777777" w:rsidR="00972CA5" w:rsidRDefault="0080375C">
                                <w:pPr>
                                  <w:spacing w:after="0" w:line="240" w:lineRule="auto"/>
                                  <w:textDirection w:val="btLr"/>
                                </w:pPr>
                                <w:r>
                                  <w:rPr>
                                    <w:i/>
                                    <w:sz w:val="20"/>
                                  </w:rPr>
                                  <w:t>r</w:t>
                                </w:r>
                              </w:p>
                            </w:txbxContent>
                          </wps:txbx>
                          <wps:bodyPr spcFirstLastPara="1" wrap="square" lIns="0" tIns="0" rIns="0" bIns="0" anchor="t" anchorCtr="0">
                            <a:noAutofit/>
                          </wps:bodyPr>
                        </wps:wsp>
                        <wps:wsp>
                          <wps:cNvPr id="469128274" name="Rectangle 469128274"/>
                          <wps:cNvSpPr/>
                          <wps:spPr>
                            <a:xfrm>
                              <a:off x="0" y="52560"/>
                              <a:ext cx="177840" cy="178920"/>
                            </a:xfrm>
                            <a:prstGeom prst="rect">
                              <a:avLst/>
                            </a:prstGeom>
                            <a:noFill/>
                            <a:ln>
                              <a:noFill/>
                            </a:ln>
                          </wps:spPr>
                          <wps:txbx>
                            <w:txbxContent>
                              <w:p w14:paraId="28C0E295" w14:textId="77777777" w:rsidR="00972CA5" w:rsidRDefault="0080375C">
                                <w:pPr>
                                  <w:spacing w:after="0" w:line="240" w:lineRule="auto"/>
                                  <w:textDirection w:val="btLr"/>
                                </w:pPr>
                                <w:r>
                                  <w:rPr>
                                    <w:i/>
                                    <w:sz w:val="20"/>
                                  </w:rPr>
                                  <w:t>v</w:t>
                                </w:r>
                              </w:p>
                            </w:txbxContent>
                          </wps:txbx>
                          <wps:bodyPr spcFirstLastPara="1" wrap="square" lIns="0" tIns="0" rIns="0" bIns="0" anchor="t" anchorCtr="0">
                            <a:noAutofit/>
                          </wps:bodyPr>
                        </wps:wsp>
                      </wpg:grpSp>
                    </wpg:wgp>
                  </a:graphicData>
                </a:graphic>
              </wp:inline>
            </w:drawing>
          </mc:Choice>
          <mc:Fallback>
            <w:pict>
              <v:group w14:anchorId="5D9EAD43" id="Group 4" o:spid="_x0000_s1026" style="width:154.5pt;height:102.3pt;mso-position-horizontal-relative:char;mso-position-vertical-relative:line" coordorigin="43651,31307" coordsize="19616,1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">
                <v:group id="Group 690379185" o:spid="_x0000_s1027" style="position:absolute;left:43651;top:31307;width:19617;height:12985" coordsize="19616,12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">
                  <v:rect id="Rectangle 1660285311" o:spid="_x0000_s1028" style="position:absolute;width:19616;height:1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" filled="f" stroked="f">
                    <v:textbox inset="2.53958mm,2.53958mm,2.53958mm,2.53958mm">
                      <w:txbxContent>
                        <w:p w14:paraId="0CEFE16D" w14:textId="77777777" w:rsidR="00972CA5" w:rsidRDefault="00972CA5">
                          <w:pPr>
                            <w:spacing w:after="0" w:line="240" w:lineRule="auto"/>
                            <w:textDirection w:val="btLr"/>
                          </w:pPr>
                        </w:p>
                      </w:txbxContent>
                    </v:textbox>
                  </v:rect>
                  <v:shapetype id="_x0000_t32" coordsize="21600,21600" o:spt="32" o:oned="t" path="m,l21600,21600e" filled="f">
                    <v:path arrowok="t" fillok="f" o:connecttype="none"/>
                    <o:lock v:ext="edit" shapetype="t"/>
                  </v:shapetype>
                  <v:shape id="Straight Arrow Connector 1675415189" o:spid="_x0000_s1029" type="#_x0000_t32" style="position:absolute;left:2217;top:11196;width:173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">
                    <v:stroke startarrowwidth="narrow" startarrowlength="short" endarrow="classic"/>
                  </v:shape>
                  <v:shape id="Straight Arrow Connector 2062229239" o:spid="_x0000_s1030" type="#_x0000_t32" style="position:absolute;left:2437;width:0;height:11397;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">
                    <v:stroke startarrowwidth="narrow" startarrowlength="short" endarrow="classic"/>
                  </v:shape>
                  <v:rect id="Rectangle 1765397768" o:spid="_x0000_s1031" style="position:absolute;left:16434;top:11188;width:177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" filled="f" stroked="f">
                    <v:textbox inset="0,0,0,0">
                      <w:txbxContent>
                        <w:p w14:paraId="646F382F" w14:textId="77777777" w:rsidR="00972CA5" w:rsidRDefault="0080375C">
                          <w:pPr>
                            <w:spacing w:after="0" w:line="240" w:lineRule="auto"/>
                            <w:textDirection w:val="btLr"/>
                          </w:pPr>
                          <w:r>
                            <w:rPr>
                              <w:i/>
                              <w:sz w:val="20"/>
                            </w:rPr>
                            <w:t>r</w:t>
                          </w:r>
                        </w:p>
                      </w:txbxContent>
                    </v:textbox>
                  </v:rect>
                  <v:rect id="Rectangle 469128274" o:spid="_x0000_s1032" style="position:absolute;top:525;width:1778;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" filled="f" stroked="f">
                    <v:textbox inset="0,0,0,0">
                      <w:txbxContent>
                        <w:p w14:paraId="28C0E295" w14:textId="77777777" w:rsidR="00972CA5" w:rsidRDefault="0080375C">
                          <w:pPr>
                            <w:spacing w:after="0" w:line="240" w:lineRule="auto"/>
                            <w:textDirection w:val="btLr"/>
                          </w:pPr>
                          <w:r>
                            <w:rPr>
                              <w:i/>
                              <w:sz w:val="20"/>
                            </w:rPr>
                            <w:t>v</w:t>
                          </w:r>
                        </w:p>
                      </w:txbxContent>
                    </v:textbox>
                  </v:rect>
                </v:group>
                <w10:anchorlock/>
              </v:group>
            </w:pict>
          </mc:Fallback>
        </mc:AlternateContent>
      </w:r>
    </w:p>
    <w:p w14:paraId="4BACD485" w14:textId="77777777" w:rsidR="00972CA5" w:rsidRDefault="0080375C">
      <w:pPr>
        <w:tabs>
          <w:tab w:val="left" w:pos="360"/>
          <w:tab w:val="left" w:pos="1260"/>
        </w:tabs>
        <w:spacing w:before="86" w:after="120"/>
        <w:ind w:left="1080"/>
        <w:rPr>
          <w:szCs w:val="22"/>
        </w:rPr>
      </w:pPr>
      <w:r>
        <w:rPr>
          <w:szCs w:val="22"/>
        </w:rPr>
        <w:tab/>
      </w:r>
      <w:r>
        <w:rPr>
          <w:szCs w:val="22"/>
        </w:rPr>
        <w:tab/>
      </w:r>
      <w:r>
        <w:rPr>
          <w:i/>
          <w:iCs/>
          <w:szCs w:val="22"/>
        </w:rPr>
        <w:t>v</w:t>
      </w:r>
      <w:r>
        <w:rPr>
          <w:szCs w:val="22"/>
        </w:rPr>
        <w:t>(</w:t>
      </w:r>
      <w:r>
        <w:rPr>
          <w:i/>
          <w:iCs/>
          <w:szCs w:val="22"/>
        </w:rPr>
        <w:t>r</w:t>
      </w:r>
      <w:r>
        <w:rPr>
          <w:szCs w:val="22"/>
        </w:rPr>
        <w:t xml:space="preserve">) = </w:t>
      </w:r>
    </w:p>
    <w:p w14:paraId="4061C69C" w14:textId="77777777" w:rsidR="00972CA5" w:rsidRDefault="00972CA5">
      <w:pPr>
        <w:tabs>
          <w:tab w:val="left" w:pos="360"/>
          <w:tab w:val="left" w:pos="1260"/>
        </w:tabs>
        <w:spacing w:before="86" w:after="0"/>
        <w:ind w:left="1080"/>
        <w:rPr>
          <w:szCs w:val="22"/>
        </w:rPr>
      </w:pPr>
    </w:p>
    <w:p w14:paraId="020D35C7" w14:textId="77777777" w:rsidR="00972CA5" w:rsidRDefault="00972CA5">
      <w:pPr>
        <w:tabs>
          <w:tab w:val="left" w:pos="360"/>
          <w:tab w:val="left" w:pos="1260"/>
        </w:tabs>
        <w:spacing w:before="86" w:after="0"/>
        <w:ind w:left="1080"/>
        <w:rPr>
          <w:szCs w:val="22"/>
        </w:rPr>
      </w:pPr>
    </w:p>
    <w:p w14:paraId="4FD4C45F" w14:textId="77777777" w:rsidR="00972CA5" w:rsidRDefault="0080375C">
      <w:pPr>
        <w:tabs>
          <w:tab w:val="left" w:pos="360"/>
          <w:tab w:val="left" w:pos="1260"/>
        </w:tabs>
        <w:spacing w:before="86" w:after="0"/>
        <w:ind w:left="1080"/>
        <w:rPr>
          <w:szCs w:val="22"/>
        </w:rPr>
      </w:pPr>
      <w:r>
        <w:rPr>
          <w:noProof/>
          <w:szCs w:val="22"/>
        </w:rPr>
        <mc:AlternateContent>
          <mc:Choice Requires="wps">
            <w:drawing>
              <wp:inline distT="0" distB="0" distL="0" distR="0" wp14:anchorId="1490C81B" wp14:editId="11598050">
                <wp:extent cx="1853565" cy="448945"/>
                <wp:effectExtent l="0" t="0" r="0" b="0"/>
                <wp:docPr id="2" name="Rectangle 2"/>
                <wp:cNvGraphicFramePr/>
                <a:graphic xmlns:a="http://schemas.openxmlformats.org/drawingml/2006/main">
                  <a:graphicData uri="http://schemas.microsoft.com/office/word/2010/wordprocessingShape">
                    <wps:wsp>
                      <wps:cNvSpPr/>
                      <wps:spPr>
                        <a:xfrm>
                          <a:off x="4424220" y="3560580"/>
                          <a:ext cx="1843560" cy="438840"/>
                        </a:xfrm>
                        <a:prstGeom prst="rect">
                          <a:avLst/>
                        </a:prstGeom>
                        <a:noFill/>
                        <a:ln>
                          <a:noFill/>
                        </a:ln>
                      </wps:spPr>
                      <wps:txbx>
                        <w:txbxContent>
                          <w:p w14:paraId="30411151" w14:textId="77777777" w:rsidR="00972CA5" w:rsidRDefault="0080375C">
                            <w:pPr>
                              <w:spacing w:after="0" w:line="240" w:lineRule="auto"/>
                              <w:textDirection w:val="btLr"/>
                            </w:pPr>
                            <w:r>
                              <w:rPr>
                                <w:sz w:val="20"/>
                              </w:rPr>
                              <w:t xml:space="preserve">On the graph include a sketch of the </w:t>
                            </w:r>
                            <w:r>
                              <w:rPr>
                                <w:i/>
                                <w:sz w:val="20"/>
                              </w:rPr>
                              <w:t>v</w:t>
                            </w:r>
                            <w:r>
                              <w:rPr>
                                <w:sz w:val="20"/>
                              </w:rPr>
                              <w:t>(</w:t>
                            </w:r>
                            <w:r>
                              <w:rPr>
                                <w:i/>
                                <w:sz w:val="20"/>
                              </w:rPr>
                              <w:t>r</w:t>
                            </w:r>
                            <w:r>
                              <w:rPr>
                                <w:sz w:val="20"/>
                              </w:rPr>
                              <w:t>) function from the horn data the class collected.</w:t>
                            </w:r>
                          </w:p>
                        </w:txbxContent>
                      </wps:txbx>
                      <wps:bodyPr spcFirstLastPara="1" wrap="square" lIns="0" tIns="0" rIns="0" bIns="0" anchor="t" anchorCtr="0">
                        <a:noAutofit/>
                      </wps:bodyPr>
                    </wps:wsp>
                  </a:graphicData>
                </a:graphic>
              </wp:inline>
            </w:drawing>
          </mc:Choice>
          <mc:Fallback>
            <w:pict>
              <v:rect w14:anchorId="1490C81B" id="Rectangle 2" o:spid="_x0000_s1033" style="width:145.95pt;height:3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" filled="f" stroked="f">
                <v:textbox inset="0,0,0,0">
                  <w:txbxContent>
                    <w:p w14:paraId="30411151" w14:textId="77777777" w:rsidR="00972CA5" w:rsidRDefault="0080375C">
                      <w:pPr>
                        <w:spacing w:after="0" w:line="240" w:lineRule="auto"/>
                        <w:textDirection w:val="btLr"/>
                      </w:pPr>
                      <w:r>
                        <w:rPr>
                          <w:sz w:val="20"/>
                        </w:rPr>
                        <w:t xml:space="preserve">On the graph include a sketch of the </w:t>
                      </w:r>
                      <w:r>
                        <w:rPr>
                          <w:i/>
                          <w:sz w:val="20"/>
                        </w:rPr>
                        <w:t>v</w:t>
                      </w:r>
                      <w:r>
                        <w:rPr>
                          <w:sz w:val="20"/>
                        </w:rPr>
                        <w:t>(</w:t>
                      </w:r>
                      <w:r>
                        <w:rPr>
                          <w:i/>
                          <w:sz w:val="20"/>
                        </w:rPr>
                        <w:t>r</w:t>
                      </w:r>
                      <w:r>
                        <w:rPr>
                          <w:sz w:val="20"/>
                        </w:rPr>
                        <w:t>) function from the horn data the class collected.</w:t>
                      </w:r>
                    </w:p>
                  </w:txbxContent>
                </v:textbox>
                <w10:anchorlock/>
              </v:rect>
            </w:pict>
          </mc:Fallback>
        </mc:AlternateContent>
      </w:r>
    </w:p>
    <w:p w14:paraId="307E4961" w14:textId="77777777" w:rsidR="00972CA5" w:rsidRDefault="00972CA5">
      <w:pPr>
        <w:tabs>
          <w:tab w:val="left" w:pos="360"/>
          <w:tab w:val="left" w:pos="1260"/>
        </w:tabs>
        <w:spacing w:before="86" w:after="0"/>
        <w:ind w:left="1080"/>
        <w:rPr>
          <w:szCs w:val="22"/>
        </w:rPr>
      </w:pPr>
    </w:p>
    <w:p w14:paraId="77D1E90C" w14:textId="77777777" w:rsidR="00972CA5" w:rsidRDefault="00972CA5">
      <w:pPr>
        <w:tabs>
          <w:tab w:val="left" w:pos="360"/>
          <w:tab w:val="left" w:pos="1260"/>
        </w:tabs>
        <w:spacing w:before="86" w:after="0"/>
        <w:ind w:left="1080"/>
        <w:rPr>
          <w:szCs w:val="22"/>
        </w:rPr>
      </w:pPr>
    </w:p>
    <w:p w14:paraId="4AE67742" w14:textId="77777777" w:rsidR="00972CA5" w:rsidRDefault="0080375C">
      <w:pPr>
        <w:tabs>
          <w:tab w:val="left" w:pos="360"/>
          <w:tab w:val="left" w:pos="1260"/>
        </w:tabs>
        <w:spacing w:before="86" w:after="120"/>
        <w:ind w:left="720"/>
        <w:rPr>
          <w:szCs w:val="22"/>
        </w:rPr>
      </w:pPr>
      <w:r>
        <w:rPr>
          <w:szCs w:val="22"/>
        </w:rPr>
        <w:t>b. Spherical Galaxy with Uniform Mass Density Model</w:t>
      </w:r>
    </w:p>
    <w:p w14:paraId="0679E93C" w14:textId="77777777" w:rsidR="00972CA5" w:rsidRDefault="0080375C">
      <w:pPr>
        <w:tabs>
          <w:tab w:val="left" w:pos="360"/>
          <w:tab w:val="left" w:pos="1260"/>
        </w:tabs>
        <w:spacing w:before="86" w:after="120"/>
        <w:ind w:left="1080"/>
        <w:rPr>
          <w:szCs w:val="22"/>
        </w:rPr>
      </w:pPr>
      <w:r>
        <w:rPr>
          <w:szCs w:val="22"/>
        </w:rPr>
        <w:t xml:space="preserve">Assume that the galaxy is spherical and its mass, </w:t>
      </w:r>
      <w:r>
        <w:rPr>
          <w:i/>
          <w:iCs/>
          <w:szCs w:val="22"/>
        </w:rPr>
        <w:t>M</w:t>
      </w:r>
      <w:r>
        <w:rPr>
          <w:i/>
          <w:iCs/>
          <w:szCs w:val="22"/>
          <w:vertAlign w:val="subscript"/>
        </w:rPr>
        <w:t>G</w:t>
      </w:r>
      <w:r>
        <w:rPr>
          <w:szCs w:val="22"/>
        </w:rPr>
        <w:t xml:space="preserve">, is distributed uniformly. The gravitational force behaves the same as the force inside a spherical planet with uniform density. Assume the galaxy has a radius </w:t>
      </w:r>
      <w:r>
        <w:rPr>
          <w:i/>
          <w:iCs/>
          <w:szCs w:val="22"/>
        </w:rPr>
        <w:t>R</w:t>
      </w:r>
      <w:r>
        <w:rPr>
          <w:i/>
          <w:iCs/>
          <w:szCs w:val="22"/>
          <w:vertAlign w:val="subscript"/>
        </w:rPr>
        <w:t>G</w:t>
      </w:r>
      <w:r>
        <w:rPr>
          <w:szCs w:val="22"/>
        </w:rPr>
        <w:t xml:space="preserve">. Apply your knowledge of the gravitational force in this model to determine the </w:t>
      </w:r>
      <w:r>
        <w:rPr>
          <w:i/>
          <w:iCs/>
          <w:szCs w:val="22"/>
        </w:rPr>
        <w:t>v</w:t>
      </w:r>
      <w:r>
        <w:rPr>
          <w:szCs w:val="22"/>
        </w:rPr>
        <w:t>(</w:t>
      </w:r>
      <w:r>
        <w:rPr>
          <w:i/>
          <w:iCs/>
          <w:szCs w:val="22"/>
        </w:rPr>
        <w:t>r</w:t>
      </w:r>
      <w:r>
        <w:rPr>
          <w:szCs w:val="22"/>
        </w:rPr>
        <w:t>) function, and sketch a graph illustrating this function.</w:t>
      </w:r>
    </w:p>
    <w:p w14:paraId="0DF55680" w14:textId="77777777" w:rsidR="00972CA5" w:rsidRDefault="0080375C">
      <w:pPr>
        <w:tabs>
          <w:tab w:val="left" w:pos="360"/>
          <w:tab w:val="left" w:pos="1260"/>
        </w:tabs>
        <w:spacing w:before="86" w:after="0"/>
        <w:ind w:left="1080"/>
        <w:rPr>
          <w:szCs w:val="22"/>
        </w:rPr>
      </w:pPr>
      <w:r>
        <w:rPr>
          <w:noProof/>
          <w:szCs w:val="22"/>
        </w:rPr>
        <mc:AlternateContent>
          <mc:Choice Requires="wpg">
            <w:drawing>
              <wp:inline distT="0" distB="0" distL="0" distR="0" wp14:anchorId="319C41FF" wp14:editId="529CB1AC">
                <wp:extent cx="1962785" cy="1299210"/>
                <wp:effectExtent l="0" t="0" r="0" b="0"/>
                <wp:docPr id="1" name="Group 1"/>
                <wp:cNvGraphicFramePr/>
                <a:graphic xmlns:a="http://schemas.openxmlformats.org/drawingml/2006/main">
                  <a:graphicData uri="http://schemas.microsoft.com/office/word/2010/wordprocessingGroup">
                    <wpg:wgp>
                      <wpg:cNvGrpSpPr/>
                      <wpg:grpSpPr>
                        <a:xfrm>
                          <a:off x="0" y="0"/>
                          <a:ext cx="1962785" cy="1299210"/>
                          <a:chOff x="4365000" y="3130725"/>
                          <a:chExt cx="1962000" cy="1298550"/>
                        </a:xfrm>
                      </wpg:grpSpPr>
                      <wpg:grpSp>
                        <wpg:cNvPr id="326088432" name="Group 326088432"/>
                        <wpg:cNvGrpSpPr/>
                        <wpg:grpSpPr>
                          <a:xfrm>
                            <a:off x="4365000" y="3130740"/>
                            <a:ext cx="1962000" cy="1298520"/>
                            <a:chOff x="0" y="0"/>
                            <a:chExt cx="1962000" cy="1298520"/>
                          </a:xfrm>
                        </wpg:grpSpPr>
                        <wps:wsp>
                          <wps:cNvPr id="1379527212" name="Rectangle 1379527212"/>
                          <wps:cNvSpPr/>
                          <wps:spPr>
                            <a:xfrm>
                              <a:off x="0" y="0"/>
                              <a:ext cx="1962000" cy="1298500"/>
                            </a:xfrm>
                            <a:prstGeom prst="rect">
                              <a:avLst/>
                            </a:prstGeom>
                            <a:noFill/>
                            <a:ln>
                              <a:noFill/>
                            </a:ln>
                          </wps:spPr>
                          <wps:txbx>
                            <w:txbxContent>
                              <w:p w14:paraId="408250BC" w14:textId="77777777" w:rsidR="00972CA5" w:rsidRDefault="00972CA5">
                                <w:pPr>
                                  <w:spacing w:after="0" w:line="240" w:lineRule="auto"/>
                                  <w:textDirection w:val="btLr"/>
                                </w:pPr>
                              </w:p>
                            </w:txbxContent>
                          </wps:txbx>
                          <wps:bodyPr spcFirstLastPara="1" wrap="square" lIns="91425" tIns="91425" rIns="91425" bIns="91425" anchor="ctr" anchorCtr="0">
                            <a:noAutofit/>
                          </wps:bodyPr>
                        </wps:wsp>
                        <wps:wsp>
                          <wps:cNvPr id="1611507215" name="Straight Arrow Connector 1611507215"/>
                          <wps:cNvCnPr/>
                          <wps:spPr>
                            <a:xfrm>
                              <a:off x="222120" y="1119600"/>
                              <a:ext cx="1739880" cy="0"/>
                            </a:xfrm>
                            <a:prstGeom prst="straightConnector1">
                              <a:avLst/>
                            </a:prstGeom>
                            <a:noFill/>
                            <a:ln w="9525" cap="flat" cmpd="sng">
                              <a:solidFill>
                                <a:srgbClr val="000000"/>
                              </a:solidFill>
                              <a:prstDash val="solid"/>
                              <a:round/>
                              <a:headEnd type="none" w="sm" len="sm"/>
                              <a:tailEnd type="stealth" w="med" len="med"/>
                            </a:ln>
                          </wps:spPr>
                          <wps:bodyPr/>
                        </wps:wsp>
                        <wps:wsp>
                          <wps:cNvPr id="813308522" name="Straight Arrow Connector 813308522"/>
                          <wps:cNvCnPr/>
                          <wps:spPr>
                            <a:xfrm rot="10800000">
                              <a:off x="243720" y="0"/>
                              <a:ext cx="0" cy="1139760"/>
                            </a:xfrm>
                            <a:prstGeom prst="straightConnector1">
                              <a:avLst/>
                            </a:prstGeom>
                            <a:noFill/>
                            <a:ln w="9525" cap="flat" cmpd="sng">
                              <a:solidFill>
                                <a:srgbClr val="000000"/>
                              </a:solidFill>
                              <a:prstDash val="solid"/>
                              <a:round/>
                              <a:headEnd type="none" w="sm" len="sm"/>
                              <a:tailEnd type="stealth" w="med" len="med"/>
                            </a:ln>
                          </wps:spPr>
                          <wps:bodyPr/>
                        </wps:wsp>
                        <wps:wsp>
                          <wps:cNvPr id="1678131230" name="Rectangle 1678131230"/>
                          <wps:cNvSpPr/>
                          <wps:spPr>
                            <a:xfrm>
                              <a:off x="1643400" y="1118880"/>
                              <a:ext cx="177120" cy="179640"/>
                            </a:xfrm>
                            <a:prstGeom prst="rect">
                              <a:avLst/>
                            </a:prstGeom>
                            <a:noFill/>
                            <a:ln>
                              <a:noFill/>
                            </a:ln>
                          </wps:spPr>
                          <wps:txbx>
                            <w:txbxContent>
                              <w:p w14:paraId="1A49B962" w14:textId="77777777" w:rsidR="00972CA5" w:rsidRDefault="0080375C">
                                <w:pPr>
                                  <w:spacing w:after="0" w:line="240" w:lineRule="auto"/>
                                  <w:textDirection w:val="btLr"/>
                                </w:pPr>
                                <w:r>
                                  <w:rPr>
                                    <w:i/>
                                    <w:sz w:val="20"/>
                                  </w:rPr>
                                  <w:t>r</w:t>
                                </w:r>
                              </w:p>
                            </w:txbxContent>
                          </wps:txbx>
                          <wps:bodyPr spcFirstLastPara="1" wrap="square" lIns="0" tIns="0" rIns="0" bIns="0" anchor="t" anchorCtr="0">
                            <a:noAutofit/>
                          </wps:bodyPr>
                        </wps:wsp>
                        <wps:wsp>
                          <wps:cNvPr id="971542074" name="Rectangle 971542074"/>
                          <wps:cNvSpPr/>
                          <wps:spPr>
                            <a:xfrm>
                              <a:off x="0" y="52560"/>
                              <a:ext cx="177840" cy="178920"/>
                            </a:xfrm>
                            <a:prstGeom prst="rect">
                              <a:avLst/>
                            </a:prstGeom>
                            <a:noFill/>
                            <a:ln>
                              <a:noFill/>
                            </a:ln>
                          </wps:spPr>
                          <wps:txbx>
                            <w:txbxContent>
                              <w:p w14:paraId="1DDB610D" w14:textId="77777777" w:rsidR="00972CA5" w:rsidRDefault="0080375C">
                                <w:pPr>
                                  <w:spacing w:after="0" w:line="240" w:lineRule="auto"/>
                                  <w:textDirection w:val="btLr"/>
                                </w:pPr>
                                <w:r>
                                  <w:rPr>
                                    <w:i/>
                                    <w:sz w:val="20"/>
                                  </w:rPr>
                                  <w:t>v</w:t>
                                </w:r>
                              </w:p>
                            </w:txbxContent>
                          </wps:txbx>
                          <wps:bodyPr spcFirstLastPara="1" wrap="square" lIns="0" tIns="0" rIns="0" bIns="0" anchor="t" anchorCtr="0">
                            <a:noAutofit/>
                          </wps:bodyPr>
                        </wps:wsp>
                      </wpg:grpSp>
                    </wpg:wgp>
                  </a:graphicData>
                </a:graphic>
              </wp:inline>
            </w:drawing>
          </mc:Choice>
          <mc:Fallback>
            <w:pict>
              <v:group w14:anchorId="319C41FF" id="Group 1" o:spid="_x0000_s1034" style="width:154.55pt;height:102.3pt;mso-position-horizontal-relative:char;mso-position-vertical-relative:line" coordorigin="43650,31307" coordsize="19620,1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">
                <v:group id="Group 326088432" o:spid="_x0000_s1035" style="position:absolute;left:43650;top:31307;width:19620;height:12985" coordsize="19620,12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">
                  <v:rect id="Rectangle 1379527212" o:spid="_x0000_s1036" style="position:absolute;width:19620;height:1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" filled="f" stroked="f">
                    <v:textbox inset="2.53958mm,2.53958mm,2.53958mm,2.53958mm">
                      <w:txbxContent>
                        <w:p w14:paraId="408250BC" w14:textId="77777777" w:rsidR="00972CA5" w:rsidRDefault="00972CA5">
                          <w:pPr>
                            <w:spacing w:after="0" w:line="240" w:lineRule="auto"/>
                            <w:textDirection w:val="btLr"/>
                          </w:pPr>
                        </w:p>
                      </w:txbxContent>
                    </v:textbox>
                  </v:rect>
                  <v:shape id="Straight Arrow Connector 1611507215" o:spid="_x0000_s1037" type="#_x0000_t32" style="position:absolute;left:2221;top:11196;width:173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">
                    <v:stroke startarrowwidth="narrow" startarrowlength="short" endarrow="classic"/>
                  </v:shape>
                  <v:shape id="Straight Arrow Connector 813308522" o:spid="_x0000_s1038" type="#_x0000_t32" style="position:absolute;left:2437;width:0;height:11397;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">
                    <v:stroke startarrowwidth="narrow" startarrowlength="short" endarrow="classic"/>
                  </v:shape>
                  <v:rect id="Rectangle 1678131230" o:spid="_x0000_s1039" style="position:absolute;left:16434;top:11188;width:177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" filled="f" stroked="f">
                    <v:textbox inset="0,0,0,0">
                      <w:txbxContent>
                        <w:p w14:paraId="1A49B962" w14:textId="77777777" w:rsidR="00972CA5" w:rsidRDefault="0080375C">
                          <w:pPr>
                            <w:spacing w:after="0" w:line="240" w:lineRule="auto"/>
                            <w:textDirection w:val="btLr"/>
                          </w:pPr>
                          <w:r>
                            <w:rPr>
                              <w:i/>
                              <w:sz w:val="20"/>
                            </w:rPr>
                            <w:t>r</w:t>
                          </w:r>
                        </w:p>
                      </w:txbxContent>
                    </v:textbox>
                  </v:rect>
                  <v:rect id="Rectangle 971542074" o:spid="_x0000_s1040" style="position:absolute;top:525;width:1778;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" filled="f" stroked="f">
                    <v:textbox inset="0,0,0,0">
                      <w:txbxContent>
                        <w:p w14:paraId="1DDB610D" w14:textId="77777777" w:rsidR="00972CA5" w:rsidRDefault="0080375C">
                          <w:pPr>
                            <w:spacing w:after="0" w:line="240" w:lineRule="auto"/>
                            <w:textDirection w:val="btLr"/>
                          </w:pPr>
                          <w:r>
                            <w:rPr>
                              <w:i/>
                              <w:sz w:val="20"/>
                            </w:rPr>
                            <w:t>v</w:t>
                          </w:r>
                        </w:p>
                      </w:txbxContent>
                    </v:textbox>
                  </v:rect>
                </v:group>
                <w10:anchorlock/>
              </v:group>
            </w:pict>
          </mc:Fallback>
        </mc:AlternateContent>
      </w:r>
    </w:p>
    <w:p w14:paraId="18042CB7" w14:textId="77777777" w:rsidR="00972CA5" w:rsidRDefault="0080375C">
      <w:pPr>
        <w:tabs>
          <w:tab w:val="left" w:pos="360"/>
          <w:tab w:val="left" w:pos="1260"/>
        </w:tabs>
        <w:spacing w:before="86" w:after="120"/>
        <w:ind w:left="1080"/>
        <w:rPr>
          <w:szCs w:val="22"/>
        </w:rPr>
      </w:pPr>
      <w:r>
        <w:rPr>
          <w:szCs w:val="22"/>
        </w:rPr>
        <w:tab/>
      </w:r>
      <w:r>
        <w:rPr>
          <w:szCs w:val="22"/>
        </w:rPr>
        <w:tab/>
      </w:r>
      <w:r>
        <w:rPr>
          <w:i/>
          <w:iCs/>
          <w:szCs w:val="22"/>
        </w:rPr>
        <w:t>v</w:t>
      </w:r>
      <w:r>
        <w:rPr>
          <w:szCs w:val="22"/>
        </w:rPr>
        <w:t>(</w:t>
      </w:r>
      <w:r>
        <w:rPr>
          <w:i/>
          <w:iCs/>
          <w:szCs w:val="22"/>
        </w:rPr>
        <w:t>r</w:t>
      </w:r>
      <w:r>
        <w:rPr>
          <w:szCs w:val="22"/>
        </w:rPr>
        <w:t xml:space="preserve">) = </w:t>
      </w:r>
    </w:p>
    <w:p w14:paraId="73343581" w14:textId="77777777" w:rsidR="00972CA5" w:rsidRDefault="00972CA5">
      <w:pPr>
        <w:tabs>
          <w:tab w:val="left" w:pos="360"/>
          <w:tab w:val="left" w:pos="1260"/>
        </w:tabs>
        <w:spacing w:before="86" w:after="0"/>
        <w:ind w:left="1080"/>
        <w:rPr>
          <w:szCs w:val="22"/>
        </w:rPr>
      </w:pPr>
    </w:p>
    <w:p w14:paraId="34F58B94" w14:textId="77777777" w:rsidR="00972CA5" w:rsidRDefault="00972CA5">
      <w:pPr>
        <w:tabs>
          <w:tab w:val="left" w:pos="360"/>
          <w:tab w:val="left" w:pos="1260"/>
        </w:tabs>
        <w:spacing w:before="86" w:after="0"/>
        <w:ind w:left="1080"/>
        <w:rPr>
          <w:szCs w:val="22"/>
        </w:rPr>
      </w:pPr>
    </w:p>
    <w:p w14:paraId="4AF86E07" w14:textId="77777777" w:rsidR="00972CA5" w:rsidRDefault="0080375C">
      <w:pPr>
        <w:tabs>
          <w:tab w:val="left" w:pos="360"/>
          <w:tab w:val="left" w:pos="1260"/>
        </w:tabs>
        <w:spacing w:before="86" w:after="0"/>
        <w:ind w:left="1080"/>
        <w:rPr>
          <w:szCs w:val="22"/>
        </w:rPr>
      </w:pPr>
      <w:r>
        <w:rPr>
          <w:noProof/>
          <w:szCs w:val="22"/>
        </w:rPr>
        <mc:AlternateContent>
          <mc:Choice Requires="wps">
            <w:drawing>
              <wp:inline distT="0" distB="0" distL="0" distR="0" wp14:anchorId="6058EBC0" wp14:editId="4E58FD8A">
                <wp:extent cx="1853565" cy="448945"/>
                <wp:effectExtent l="0" t="0" r="0" b="0"/>
                <wp:docPr id="3" name="Rectangle 3"/>
                <wp:cNvGraphicFramePr/>
                <a:graphic xmlns:a="http://schemas.openxmlformats.org/drawingml/2006/main">
                  <a:graphicData uri="http://schemas.microsoft.com/office/word/2010/wordprocessingShape">
                    <wps:wsp>
                      <wps:cNvSpPr/>
                      <wps:spPr>
                        <a:xfrm>
                          <a:off x="4424220" y="3560580"/>
                          <a:ext cx="1843560" cy="438840"/>
                        </a:xfrm>
                        <a:prstGeom prst="rect">
                          <a:avLst/>
                        </a:prstGeom>
                        <a:noFill/>
                        <a:ln>
                          <a:noFill/>
                        </a:ln>
                      </wps:spPr>
                      <wps:txbx>
                        <w:txbxContent>
                          <w:p w14:paraId="6567F05C" w14:textId="77777777" w:rsidR="00972CA5" w:rsidRDefault="0080375C">
                            <w:pPr>
                              <w:spacing w:after="0" w:line="240" w:lineRule="auto"/>
                              <w:textDirection w:val="btLr"/>
                            </w:pPr>
                            <w:r>
                              <w:rPr>
                                <w:sz w:val="20"/>
                              </w:rPr>
                              <w:t xml:space="preserve">On the graph include a sketch of the </w:t>
                            </w:r>
                            <w:r>
                              <w:rPr>
                                <w:i/>
                                <w:sz w:val="20"/>
                              </w:rPr>
                              <w:t>v</w:t>
                            </w:r>
                            <w:r>
                              <w:rPr>
                                <w:sz w:val="20"/>
                              </w:rPr>
                              <w:t>(</w:t>
                            </w:r>
                            <w:r>
                              <w:rPr>
                                <w:i/>
                                <w:sz w:val="20"/>
                              </w:rPr>
                              <w:t>r</w:t>
                            </w:r>
                            <w:r>
                              <w:rPr>
                                <w:sz w:val="20"/>
                              </w:rPr>
                              <w:t>) function from the horn data the class collected.</w:t>
                            </w:r>
                          </w:p>
                        </w:txbxContent>
                      </wps:txbx>
                      <wps:bodyPr spcFirstLastPara="1" wrap="square" lIns="0" tIns="0" rIns="0" bIns="0" anchor="t" anchorCtr="0">
                        <a:noAutofit/>
                      </wps:bodyPr>
                    </wps:wsp>
                  </a:graphicData>
                </a:graphic>
              </wp:inline>
            </w:drawing>
          </mc:Choice>
          <mc:Fallback>
            <w:pict>
              <v:rect w14:anchorId="6058EBC0" id="Rectangle 3" o:spid="_x0000_s1041" style="width:145.95pt;height:3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" filled="f" stroked="f">
                <v:textbox inset="0,0,0,0">
                  <w:txbxContent>
                    <w:p w14:paraId="6567F05C" w14:textId="77777777" w:rsidR="00972CA5" w:rsidRDefault="0080375C">
                      <w:pPr>
                        <w:spacing w:after="0" w:line="240" w:lineRule="auto"/>
                        <w:textDirection w:val="btLr"/>
                      </w:pPr>
                      <w:r>
                        <w:rPr>
                          <w:sz w:val="20"/>
                        </w:rPr>
                        <w:t xml:space="preserve">On the graph include a sketch of the </w:t>
                      </w:r>
                      <w:r>
                        <w:rPr>
                          <w:i/>
                          <w:sz w:val="20"/>
                        </w:rPr>
                        <w:t>v</w:t>
                      </w:r>
                      <w:r>
                        <w:rPr>
                          <w:sz w:val="20"/>
                        </w:rPr>
                        <w:t>(</w:t>
                      </w:r>
                      <w:r>
                        <w:rPr>
                          <w:i/>
                          <w:sz w:val="20"/>
                        </w:rPr>
                        <w:t>r</w:t>
                      </w:r>
                      <w:r>
                        <w:rPr>
                          <w:sz w:val="20"/>
                        </w:rPr>
                        <w:t>) function from the horn data the class collected.</w:t>
                      </w:r>
                    </w:p>
                  </w:txbxContent>
                </v:textbox>
                <w10:anchorlock/>
              </v:rect>
            </w:pict>
          </mc:Fallback>
        </mc:AlternateContent>
      </w:r>
    </w:p>
    <w:p w14:paraId="37A1E466" w14:textId="77777777" w:rsidR="00972CA5" w:rsidRDefault="00972CA5">
      <w:pPr>
        <w:tabs>
          <w:tab w:val="left" w:pos="360"/>
          <w:tab w:val="left" w:pos="1260"/>
        </w:tabs>
        <w:spacing w:before="86" w:after="0"/>
        <w:ind w:left="1080"/>
        <w:rPr>
          <w:szCs w:val="22"/>
        </w:rPr>
      </w:pPr>
    </w:p>
    <w:p w14:paraId="58C3FF6F" w14:textId="77777777" w:rsidR="00972CA5" w:rsidRDefault="00972CA5">
      <w:pPr>
        <w:tabs>
          <w:tab w:val="left" w:pos="360"/>
          <w:tab w:val="left" w:pos="1260"/>
        </w:tabs>
        <w:spacing w:before="86" w:after="0"/>
        <w:ind w:left="1080"/>
        <w:rPr>
          <w:szCs w:val="22"/>
        </w:rPr>
      </w:pPr>
    </w:p>
    <w:p w14:paraId="722B321E" w14:textId="77777777" w:rsidR="00972CA5" w:rsidRDefault="0080375C">
      <w:pPr>
        <w:pStyle w:val="Heading2"/>
        <w:tabs>
          <w:tab w:val="left" w:pos="360"/>
          <w:tab w:val="left" w:pos="1260"/>
        </w:tabs>
        <w:rPr>
          <w:sz w:val="22"/>
          <w:szCs w:val="22"/>
        </w:rPr>
      </w:pPr>
      <w:r>
        <w:t>Conclusion</w:t>
      </w:r>
    </w:p>
    <w:p w14:paraId="7E2E9F35" w14:textId="77777777" w:rsidR="00972CA5" w:rsidRDefault="0080375C">
      <w:pPr>
        <w:tabs>
          <w:tab w:val="left" w:pos="360"/>
          <w:tab w:val="left" w:pos="1260"/>
        </w:tabs>
        <w:spacing w:before="86" w:after="120"/>
        <w:ind w:left="360"/>
        <w:rPr>
          <w:szCs w:val="22"/>
        </w:rPr>
      </w:pPr>
      <w:r>
        <w:rPr>
          <w:szCs w:val="22"/>
        </w:rPr>
        <w:t xml:space="preserve">Based on the models represented above and our experimental results, what can you conclude about the mass distribution of the Milky Way Galaxy? Might there be other models to describe the mass distribution of the galaxy? </w:t>
      </w:r>
    </w:p>
    <w:sectPr w:rsidR="00972CA5">
      <w:headerReference w:type="even" r:id="rId7"/>
      <w:headerReference w:type="default" r:id="rId8"/>
      <w:footerReference w:type="even" r:id="rId9"/>
      <w:footerReference w:type="default" r:id="rId10"/>
      <w:headerReference w:type="first" r:id="rId11"/>
      <w:footerReference w:type="first" r:id="rId12"/>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0D1A7" w14:textId="77777777" w:rsidR="00681C65" w:rsidRDefault="00681C65">
      <w:pPr>
        <w:spacing w:after="0" w:line="240" w:lineRule="auto"/>
      </w:pPr>
      <w:r>
        <w:separator/>
      </w:r>
    </w:p>
  </w:endnote>
  <w:endnote w:type="continuationSeparator" w:id="0">
    <w:p w14:paraId="034DCBFF" w14:textId="77777777" w:rsidR="00681C65" w:rsidRDefault="00681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AA99" w14:textId="77777777" w:rsidR="0095041E" w:rsidRDefault="009504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D299" w14:textId="77777777" w:rsidR="0080375C" w:rsidRDefault="0080375C">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AB4D" w14:textId="77777777" w:rsidR="0095041E" w:rsidRDefault="00950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B7498" w14:textId="77777777" w:rsidR="00681C65" w:rsidRDefault="00681C65">
      <w:pPr>
        <w:spacing w:after="0" w:line="240" w:lineRule="auto"/>
      </w:pPr>
      <w:r>
        <w:separator/>
      </w:r>
    </w:p>
  </w:footnote>
  <w:footnote w:type="continuationSeparator" w:id="0">
    <w:p w14:paraId="545B1C51" w14:textId="77777777" w:rsidR="00681C65" w:rsidRDefault="00681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2F71" w14:textId="77777777" w:rsidR="0095041E" w:rsidRDefault="009504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FADFE" w14:textId="77777777" w:rsidR="0080375C" w:rsidRDefault="0080375C">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AD879" w14:textId="77777777" w:rsidR="0095041E" w:rsidRDefault="009504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16ECD"/>
    <w:multiLevelType w:val="multilevel"/>
    <w:tmpl w:val="F40280CC"/>
    <w:lvl w:ilvl="0">
      <w:start w:val="1"/>
      <w:numFmt w:val="decimal"/>
      <w:pStyle w:val="ListBullet"/>
      <w:lvlText w:val="%1."/>
      <w:lvlJc w:val="left"/>
      <w:pPr>
        <w:ind w:left="720" w:hanging="360"/>
      </w:pPr>
      <w:rPr>
        <w:rFonts w:ascii="Arial" w:eastAsia="Arial" w:hAnsi="Arial" w:cs="Arial"/>
      </w:rPr>
    </w:lvl>
    <w:lvl w:ilvl="1">
      <w:start w:val="1"/>
      <w:numFmt w:val="decimal"/>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1" w15:restartNumberingAfterBreak="0">
    <w:nsid w:val="50C55915"/>
    <w:multiLevelType w:val="multilevel"/>
    <w:tmpl w:val="6194E868"/>
    <w:lvl w:ilvl="0">
      <w:start w:val="1"/>
      <w:numFmt w:val="decimal"/>
      <w:lvlText w:val="%1."/>
      <w:lvlJc w:val="left"/>
      <w:pPr>
        <w:ind w:left="720" w:hanging="360"/>
      </w:pPr>
      <w:rPr>
        <w:rFonts w:ascii="Arial" w:eastAsia="Arial" w:hAnsi="Arial" w:cs="Arial"/>
      </w:rPr>
    </w:lvl>
    <w:lvl w:ilvl="1">
      <w:start w:val="1"/>
      <w:numFmt w:val="decimal"/>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2" w15:restartNumberingAfterBreak="0">
    <w:nsid w:val="56D31B79"/>
    <w:multiLevelType w:val="multilevel"/>
    <w:tmpl w:val="4D10B02C"/>
    <w:lvl w:ilvl="0">
      <w:start w:val="1"/>
      <w:numFmt w:val="decimal"/>
      <w:lvlText w:val="%1."/>
      <w:lvlJc w:val="left"/>
      <w:pPr>
        <w:ind w:left="720" w:hanging="360"/>
      </w:pPr>
      <w:rPr>
        <w:rFonts w:ascii="Arial" w:eastAsia="Arial" w:hAnsi="Arial" w:cs="Arial"/>
      </w:rPr>
    </w:lvl>
    <w:lvl w:ilvl="1">
      <w:start w:val="1"/>
      <w:numFmt w:val="decimal"/>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3" w15:restartNumberingAfterBreak="0">
    <w:nsid w:val="72E05475"/>
    <w:multiLevelType w:val="multilevel"/>
    <w:tmpl w:val="C152F244"/>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00160707">
    <w:abstractNumId w:val="0"/>
  </w:num>
  <w:num w:numId="2" w16cid:durableId="1705011546">
    <w:abstractNumId w:val="2"/>
  </w:num>
  <w:num w:numId="3" w16cid:durableId="790830110">
    <w:abstractNumId w:val="1"/>
  </w:num>
  <w:num w:numId="4" w16cid:durableId="1557353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CA5"/>
    <w:rsid w:val="00074FD9"/>
    <w:rsid w:val="00176530"/>
    <w:rsid w:val="003B00C9"/>
    <w:rsid w:val="0055134D"/>
    <w:rsid w:val="005D0E94"/>
    <w:rsid w:val="00681C65"/>
    <w:rsid w:val="00735244"/>
    <w:rsid w:val="007974EC"/>
    <w:rsid w:val="0080375C"/>
    <w:rsid w:val="0095041E"/>
    <w:rsid w:val="00960892"/>
    <w:rsid w:val="00972CA5"/>
    <w:rsid w:val="00C75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4075B"/>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sz w:val="22"/>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rPr>
  </w:style>
  <w:style w:type="table" w:customStyle="1" w:styleId="a">
    <w:basedOn w:val="TableNormal0"/>
    <w:tblPr>
      <w:tblStyleRowBandSize w:val="1"/>
      <w:tblStyleColBandSize w:val="1"/>
      <w:tblCellMar>
        <w:top w:w="55" w:type="dxa"/>
        <w:left w:w="54" w:type="dxa"/>
        <w:bottom w:w="55" w:type="dxa"/>
        <w:right w:w="55" w:type="dxa"/>
      </w:tblCellMar>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4"/>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1986</Characters>
  <Application>Microsoft Office Word</Application>
  <DocSecurity>0</DocSecurity>
  <Lines>38</Lines>
  <Paragraphs>24</Paragraphs>
  <ScaleCrop>false</ScaleCrop>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Velocity curve part 2 conclusions</dc:title>
  <dc:description/>
  <cp:lastModifiedBy>Dylan Gormley</cp:lastModifiedBy>
  <cp:revision>5</cp:revision>
  <dcterms:created xsi:type="dcterms:W3CDTF">2026-09-26T23:52:00Z</dcterms:created>
  <dcterms:modified xsi:type="dcterms:W3CDTF">2026-09-27T00:42:00Z</dcterms:modified>
</cp:coreProperties>
</file>