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62F5E" w14:textId="77777777" w:rsidR="00CC4B60" w:rsidRDefault="008C65AA">
      <w:pPr>
        <w:spacing w:after="120"/>
        <w:rPr>
          <w:szCs w:val="22"/>
        </w:rPr>
      </w:pPr>
      <w:r>
        <w:rPr>
          <w:szCs w:val="22"/>
        </w:rPr>
        <w:t>Name ________________________________</w:t>
      </w:r>
      <w:r>
        <w:rPr>
          <w:szCs w:val="22"/>
        </w:rPr>
        <w:tab/>
      </w:r>
      <w:r>
        <w:rPr>
          <w:szCs w:val="22"/>
        </w:rPr>
        <w:tab/>
      </w:r>
      <w:r>
        <w:rPr>
          <w:szCs w:val="22"/>
        </w:rPr>
        <w:tab/>
      </w:r>
      <w:r>
        <w:rPr>
          <w:szCs w:val="22"/>
        </w:rPr>
        <w:tab/>
        <w:t>Date _______________</w:t>
      </w:r>
    </w:p>
    <w:p w14:paraId="1AF415DF" w14:textId="77777777" w:rsidR="00CC4B60" w:rsidRDefault="00CC4B60">
      <w:pPr>
        <w:spacing w:line="276" w:lineRule="auto"/>
        <w:jc w:val="center"/>
        <w:rPr>
          <w:b/>
          <w:bCs/>
          <w:i/>
          <w:iCs/>
          <w:szCs w:val="22"/>
        </w:rPr>
      </w:pPr>
    </w:p>
    <w:p w14:paraId="20F7D512" w14:textId="77777777" w:rsidR="00CC4B60" w:rsidRDefault="008C65AA">
      <w:pPr>
        <w:pStyle w:val="Title"/>
        <w:keepNext/>
        <w:rPr>
          <w:b/>
          <w:bCs/>
          <w:i/>
          <w:iCs/>
        </w:rPr>
      </w:pPr>
      <w:r>
        <w:t>Velocity Curve Activity Part 1: Quadrant II &amp; III Observations</w:t>
      </w:r>
    </w:p>
    <w:p w14:paraId="5EB5CAD6" w14:textId="77777777" w:rsidR="00CC4B60" w:rsidRDefault="00CC4B60">
      <w:pPr>
        <w:spacing w:after="0"/>
        <w:rPr>
          <w:szCs w:val="22"/>
        </w:rPr>
      </w:pPr>
    </w:p>
    <w:p w14:paraId="7F334F87" w14:textId="77777777" w:rsidR="00CC4B60" w:rsidRDefault="008C65AA">
      <w:pPr>
        <w:pStyle w:val="Heading2"/>
        <w:tabs>
          <w:tab w:val="left" w:pos="360"/>
          <w:tab w:val="left" w:pos="720"/>
        </w:tabs>
        <w:rPr>
          <w:sz w:val="22"/>
          <w:szCs w:val="22"/>
        </w:rPr>
      </w:pPr>
      <w:r>
        <w:t>Introduction</w:t>
      </w:r>
    </w:p>
    <w:p w14:paraId="6E7EDB70" w14:textId="77777777" w:rsidR="00CC4B60" w:rsidRDefault="008C65AA">
      <w:pPr>
        <w:tabs>
          <w:tab w:val="left" w:pos="360"/>
          <w:tab w:val="left" w:pos="720"/>
        </w:tabs>
        <w:spacing w:before="86" w:after="120"/>
        <w:rPr>
          <w:szCs w:val="22"/>
        </w:rPr>
      </w:pPr>
      <w:r>
        <w:rPr>
          <w:szCs w:val="22"/>
        </w:rPr>
        <w:t>We previously made some observations of the Milky Way Galaxy (MWG) using the horn radio telescope, detecting the 21 cm wavelength radio waves emitted from neutral hydrogen atoms, (referred to as “HI”). You will now be given an assigned coordinate in the galactic plane to look at with the horn telescope. You will analyze the HI peak detected, and as a class we will compare all of our results.</w:t>
      </w:r>
    </w:p>
    <w:p w14:paraId="13B53906" w14:textId="77777777" w:rsidR="00CC4B60" w:rsidRDefault="00CC4B60">
      <w:pPr>
        <w:tabs>
          <w:tab w:val="left" w:pos="360"/>
          <w:tab w:val="left" w:pos="720"/>
        </w:tabs>
        <w:spacing w:before="86" w:after="0"/>
        <w:rPr>
          <w:szCs w:val="22"/>
        </w:rPr>
      </w:pPr>
    </w:p>
    <w:p w14:paraId="2A594CDC" w14:textId="77777777" w:rsidR="00CC4B60" w:rsidRDefault="008C65AA">
      <w:pPr>
        <w:pStyle w:val="Heading2"/>
        <w:tabs>
          <w:tab w:val="left" w:pos="360"/>
          <w:tab w:val="left" w:pos="720"/>
        </w:tabs>
        <w:rPr>
          <w:sz w:val="22"/>
          <w:szCs w:val="22"/>
        </w:rPr>
      </w:pPr>
      <w:r>
        <w:t>Pre-Observation Prep</w:t>
      </w:r>
    </w:p>
    <w:p w14:paraId="3EE657CF" w14:textId="77777777" w:rsidR="00CC4B60" w:rsidRDefault="008C65AA">
      <w:pPr>
        <w:numPr>
          <w:ilvl w:val="0"/>
          <w:numId w:val="1"/>
        </w:numPr>
        <w:tabs>
          <w:tab w:val="left" w:pos="360"/>
          <w:tab w:val="left" w:pos="720"/>
        </w:tabs>
        <w:spacing w:before="86" w:after="120"/>
        <w:rPr>
          <w:szCs w:val="22"/>
        </w:rPr>
      </w:pPr>
      <w:r>
        <w:rPr>
          <w:szCs w:val="22"/>
        </w:rPr>
        <w:t>Assigned galactic coordinates: ___________________________</w:t>
      </w:r>
    </w:p>
    <w:p w14:paraId="25C36968" w14:textId="77777777" w:rsidR="00CC4B60" w:rsidRDefault="008C65AA">
      <w:pPr>
        <w:numPr>
          <w:ilvl w:val="0"/>
          <w:numId w:val="1"/>
        </w:numPr>
        <w:tabs>
          <w:tab w:val="left" w:pos="360"/>
          <w:tab w:val="left" w:pos="720"/>
        </w:tabs>
        <w:spacing w:before="86" w:after="120"/>
        <w:rPr>
          <w:szCs w:val="22"/>
        </w:rPr>
      </w:pPr>
      <w:r>
        <w:rPr>
          <w:szCs w:val="22"/>
        </w:rPr>
        <w:t xml:space="preserve">Use </w:t>
      </w:r>
      <w:r>
        <w:rPr>
          <w:i/>
          <w:iCs/>
          <w:szCs w:val="22"/>
        </w:rPr>
        <w:t>Stellarium</w:t>
      </w:r>
      <w:r>
        <w:rPr>
          <w:szCs w:val="22"/>
        </w:rPr>
        <w:t xml:space="preserve"> to look up what horizontal coordinates (azimuth and elevation) correspond to your galactic coordinates on the dates specified below. Record 5 minute intervals during the class period in preparation for an observation at any point during the class period.</w:t>
      </w:r>
    </w:p>
    <w:p w14:paraId="54AF8004" w14:textId="77777777" w:rsidR="00CC4B60" w:rsidRDefault="008C65AA">
      <w:pPr>
        <w:keepNext/>
        <w:numPr>
          <w:ilvl w:val="0"/>
          <w:numId w:val="2"/>
        </w:numPr>
        <w:tabs>
          <w:tab w:val="left" w:pos="360"/>
          <w:tab w:val="left" w:pos="1260"/>
        </w:tabs>
        <w:spacing w:before="86" w:after="120"/>
        <w:ind w:left="1260"/>
        <w:rPr>
          <w:szCs w:val="22"/>
        </w:rPr>
      </w:pPr>
      <w:r>
        <w:rPr>
          <w:szCs w:val="22"/>
        </w:rPr>
        <w:t xml:space="preserve">Date and time of class period: _____________________________________ </w:t>
      </w:r>
    </w:p>
    <w:tbl>
      <w:tblPr>
        <w:tblStyle w:val="a"/>
        <w:tblW w:w="10080" w:type="dxa"/>
        <w:tblInd w:w="0"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3360"/>
        <w:gridCol w:w="3360"/>
        <w:gridCol w:w="3360"/>
      </w:tblGrid>
      <w:tr w:rsidR="00CC4B60" w14:paraId="151702DA" w14:textId="77777777">
        <w:trPr>
          <w:cantSplit/>
          <w:tblHeader/>
        </w:trPr>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6BCEECFF" w14:textId="77777777" w:rsidR="00CC4B60" w:rsidRDefault="008C65AA">
            <w:pPr>
              <w:keepNext/>
              <w:keepLines/>
              <w:spacing w:after="40" w:line="252" w:lineRule="auto"/>
              <w:jc w:val="center"/>
              <w:rPr>
                <w:b/>
                <w:bCs/>
                <w:szCs w:val="22"/>
              </w:rPr>
            </w:pPr>
            <w:r>
              <w:rPr>
                <w:b/>
                <w:bCs/>
                <w:color w:val="FFFFFF"/>
                <w:szCs w:val="22"/>
              </w:rPr>
              <w:t>Time</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C66E0C7" w14:textId="77777777" w:rsidR="00CC4B60" w:rsidRDefault="008C65AA">
            <w:pPr>
              <w:keepNext/>
              <w:keepLines/>
              <w:spacing w:after="40" w:line="252" w:lineRule="auto"/>
              <w:jc w:val="center"/>
              <w:rPr>
                <w:b/>
                <w:bCs/>
                <w:szCs w:val="22"/>
              </w:rPr>
            </w:pPr>
            <w:r>
              <w:rPr>
                <w:b/>
                <w:bCs/>
                <w:color w:val="FFFFFF"/>
                <w:szCs w:val="22"/>
              </w:rPr>
              <w:t>Azimuth</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11CA3319" w14:textId="77777777" w:rsidR="00CC4B60" w:rsidRDefault="008C65AA">
            <w:pPr>
              <w:keepNext/>
              <w:keepLines/>
              <w:spacing w:after="40" w:line="252" w:lineRule="auto"/>
              <w:jc w:val="center"/>
              <w:rPr>
                <w:b/>
                <w:bCs/>
                <w:szCs w:val="22"/>
              </w:rPr>
            </w:pPr>
            <w:r>
              <w:rPr>
                <w:b/>
                <w:bCs/>
                <w:color w:val="FFFFFF"/>
                <w:szCs w:val="22"/>
              </w:rPr>
              <w:t>Altitude</w:t>
            </w:r>
          </w:p>
        </w:tc>
      </w:tr>
      <w:tr w:rsidR="00CC4B60" w14:paraId="2DC6E733"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ED52496" w14:textId="77777777" w:rsidR="00CC4B60" w:rsidRDefault="00CC4B60">
            <w:pPr>
              <w:keepNext/>
              <w:keepLines/>
              <w:spacing w:after="40" w:line="252" w:lineRule="auto"/>
              <w:jc w:val="center"/>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1E95B98" w14:textId="77777777" w:rsidR="00CC4B60" w:rsidRDefault="00CC4B60">
            <w:pPr>
              <w:keepNext/>
              <w:keepLines/>
              <w:spacing w:after="40" w:line="252" w:lineRule="auto"/>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06BAC8A" w14:textId="77777777" w:rsidR="00CC4B60" w:rsidRDefault="00CC4B60">
            <w:pPr>
              <w:keepNext/>
              <w:keepLines/>
              <w:spacing w:after="40" w:line="252" w:lineRule="auto"/>
              <w:rPr>
                <w:szCs w:val="22"/>
              </w:rPr>
            </w:pPr>
          </w:p>
        </w:tc>
      </w:tr>
      <w:tr w:rsidR="00CC4B60" w14:paraId="74C4AE49"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2A06ACA" w14:textId="77777777" w:rsidR="00CC4B60" w:rsidRDefault="00CC4B60">
            <w:pPr>
              <w:keepNext/>
              <w:keepLines/>
              <w:spacing w:after="40" w:line="252" w:lineRule="auto"/>
              <w:jc w:val="center"/>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F2DAA5E" w14:textId="77777777" w:rsidR="00CC4B60" w:rsidRDefault="00CC4B60">
            <w:pPr>
              <w:keepNext/>
              <w:keepLines/>
              <w:spacing w:after="40" w:line="252" w:lineRule="auto"/>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5ED899A" w14:textId="77777777" w:rsidR="00CC4B60" w:rsidRDefault="00CC4B60">
            <w:pPr>
              <w:keepNext/>
              <w:keepLines/>
              <w:spacing w:after="40" w:line="252" w:lineRule="auto"/>
              <w:rPr>
                <w:szCs w:val="22"/>
              </w:rPr>
            </w:pPr>
          </w:p>
        </w:tc>
      </w:tr>
      <w:tr w:rsidR="00CC4B60" w14:paraId="7D537D6F"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85F2274" w14:textId="77777777" w:rsidR="00CC4B60" w:rsidRDefault="00CC4B60">
            <w:pPr>
              <w:keepNext/>
              <w:keepLines/>
              <w:spacing w:after="40" w:line="252" w:lineRule="auto"/>
              <w:jc w:val="center"/>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4B98067" w14:textId="77777777" w:rsidR="00CC4B60" w:rsidRDefault="00CC4B60">
            <w:pPr>
              <w:keepNext/>
              <w:keepLines/>
              <w:spacing w:after="40" w:line="252" w:lineRule="auto"/>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B7FB51A" w14:textId="77777777" w:rsidR="00CC4B60" w:rsidRDefault="00CC4B60">
            <w:pPr>
              <w:keepNext/>
              <w:keepLines/>
              <w:spacing w:after="40" w:line="252" w:lineRule="auto"/>
              <w:rPr>
                <w:szCs w:val="22"/>
              </w:rPr>
            </w:pPr>
          </w:p>
        </w:tc>
      </w:tr>
      <w:tr w:rsidR="00CC4B60" w14:paraId="13DD7147"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700071C" w14:textId="77777777" w:rsidR="00CC4B60" w:rsidRDefault="00CC4B60">
            <w:pPr>
              <w:keepNext/>
              <w:keepLines/>
              <w:spacing w:after="40" w:line="252" w:lineRule="auto"/>
              <w:jc w:val="center"/>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71D7359" w14:textId="77777777" w:rsidR="00CC4B60" w:rsidRDefault="00CC4B60">
            <w:pPr>
              <w:keepNext/>
              <w:keepLines/>
              <w:spacing w:after="40" w:line="252" w:lineRule="auto"/>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FDEDD52" w14:textId="77777777" w:rsidR="00CC4B60" w:rsidRDefault="00CC4B60">
            <w:pPr>
              <w:keepNext/>
              <w:keepLines/>
              <w:spacing w:after="40" w:line="252" w:lineRule="auto"/>
              <w:rPr>
                <w:szCs w:val="22"/>
              </w:rPr>
            </w:pPr>
          </w:p>
        </w:tc>
      </w:tr>
      <w:tr w:rsidR="00CC4B60" w14:paraId="0662EE05"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14F6625" w14:textId="77777777" w:rsidR="00CC4B60" w:rsidRDefault="00CC4B60">
            <w:pPr>
              <w:keepNext/>
              <w:keepLines/>
              <w:spacing w:after="40" w:line="252" w:lineRule="auto"/>
              <w:jc w:val="center"/>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E0E5981" w14:textId="77777777" w:rsidR="00CC4B60" w:rsidRDefault="00CC4B60">
            <w:pPr>
              <w:keepNext/>
              <w:keepLines/>
              <w:spacing w:after="40" w:line="252" w:lineRule="auto"/>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78C8F52" w14:textId="77777777" w:rsidR="00CC4B60" w:rsidRDefault="00CC4B60">
            <w:pPr>
              <w:keepNext/>
              <w:keepLines/>
              <w:spacing w:after="40" w:line="252" w:lineRule="auto"/>
              <w:rPr>
                <w:szCs w:val="22"/>
              </w:rPr>
            </w:pPr>
          </w:p>
        </w:tc>
      </w:tr>
      <w:tr w:rsidR="00CC4B60" w14:paraId="696C9524"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C51F642" w14:textId="77777777" w:rsidR="00CC4B60" w:rsidRDefault="00CC4B60">
            <w:pPr>
              <w:keepNext/>
              <w:keepLines/>
              <w:spacing w:after="40" w:line="252" w:lineRule="auto"/>
              <w:jc w:val="center"/>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F60FD8C" w14:textId="77777777" w:rsidR="00CC4B60" w:rsidRDefault="00CC4B60">
            <w:pPr>
              <w:keepNext/>
              <w:keepLines/>
              <w:spacing w:after="40" w:line="252" w:lineRule="auto"/>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6EBA6D9" w14:textId="77777777" w:rsidR="00CC4B60" w:rsidRDefault="00CC4B60">
            <w:pPr>
              <w:keepNext/>
              <w:keepLines/>
              <w:spacing w:after="40" w:line="252" w:lineRule="auto"/>
              <w:rPr>
                <w:szCs w:val="22"/>
              </w:rPr>
            </w:pPr>
          </w:p>
        </w:tc>
      </w:tr>
      <w:tr w:rsidR="00CC4B60" w14:paraId="55BE5141"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5A27CC5" w14:textId="77777777" w:rsidR="00CC4B60" w:rsidRDefault="00CC4B60">
            <w:pPr>
              <w:keepLines/>
              <w:spacing w:after="40" w:line="252" w:lineRule="auto"/>
              <w:jc w:val="center"/>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5993A41" w14:textId="77777777" w:rsidR="00CC4B60" w:rsidRDefault="00CC4B60">
            <w:pPr>
              <w:keepLines/>
              <w:spacing w:after="40" w:line="252" w:lineRule="auto"/>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25C9B4B" w14:textId="77777777" w:rsidR="00CC4B60" w:rsidRDefault="00CC4B60">
            <w:pPr>
              <w:keepLines/>
              <w:spacing w:after="40" w:line="252" w:lineRule="auto"/>
              <w:rPr>
                <w:szCs w:val="22"/>
              </w:rPr>
            </w:pPr>
          </w:p>
        </w:tc>
      </w:tr>
    </w:tbl>
    <w:p w14:paraId="01400F9F" w14:textId="77777777" w:rsidR="00CC4B60" w:rsidRDefault="00CC4B60">
      <w:pPr>
        <w:tabs>
          <w:tab w:val="left" w:pos="360"/>
          <w:tab w:val="left" w:pos="1260"/>
        </w:tabs>
        <w:spacing w:before="86" w:after="0"/>
        <w:rPr>
          <w:szCs w:val="22"/>
        </w:rPr>
      </w:pPr>
    </w:p>
    <w:p w14:paraId="11A3F48C" w14:textId="77777777" w:rsidR="00CC4B60" w:rsidRDefault="00CC4B60">
      <w:pPr>
        <w:tabs>
          <w:tab w:val="left" w:pos="360"/>
          <w:tab w:val="left" w:pos="1260"/>
        </w:tabs>
        <w:spacing w:after="0"/>
        <w:ind w:left="1260" w:hanging="360"/>
        <w:rPr>
          <w:szCs w:val="22"/>
        </w:rPr>
      </w:pPr>
    </w:p>
    <w:p w14:paraId="59E951A9" w14:textId="77777777" w:rsidR="00CC4B60" w:rsidRDefault="008C65AA">
      <w:pPr>
        <w:numPr>
          <w:ilvl w:val="0"/>
          <w:numId w:val="1"/>
        </w:numPr>
        <w:tabs>
          <w:tab w:val="left" w:pos="360"/>
          <w:tab w:val="left" w:pos="720"/>
        </w:tabs>
        <w:spacing w:before="86" w:after="120"/>
        <w:rPr>
          <w:szCs w:val="22"/>
        </w:rPr>
      </w:pPr>
      <w:r>
        <w:rPr>
          <w:szCs w:val="22"/>
        </w:rPr>
        <w:t xml:space="preserve">Before the day of collecting data, if possible, practice pointing the telescope in the classroom using a compass and a level. </w:t>
      </w:r>
    </w:p>
    <w:p w14:paraId="66EEAB94" w14:textId="77777777" w:rsidR="00CC4B60" w:rsidRDefault="00CC4B60">
      <w:pPr>
        <w:tabs>
          <w:tab w:val="left" w:pos="360"/>
          <w:tab w:val="left" w:pos="720"/>
        </w:tabs>
        <w:spacing w:before="86" w:after="0"/>
        <w:rPr>
          <w:szCs w:val="22"/>
        </w:rPr>
      </w:pPr>
    </w:p>
    <w:p w14:paraId="6D393391" w14:textId="77777777" w:rsidR="00CC4B60" w:rsidRDefault="00CC4B60">
      <w:pPr>
        <w:tabs>
          <w:tab w:val="left" w:pos="360"/>
          <w:tab w:val="left" w:pos="720"/>
        </w:tabs>
        <w:spacing w:after="0"/>
        <w:rPr>
          <w:b/>
          <w:bCs/>
          <w:szCs w:val="22"/>
        </w:rPr>
      </w:pPr>
    </w:p>
    <w:p w14:paraId="467C239B" w14:textId="77777777" w:rsidR="00CC4B60" w:rsidRDefault="008C65AA">
      <w:pPr>
        <w:pStyle w:val="Heading2"/>
        <w:tabs>
          <w:tab w:val="left" w:pos="360"/>
          <w:tab w:val="left" w:pos="720"/>
        </w:tabs>
        <w:rPr>
          <w:sz w:val="22"/>
          <w:szCs w:val="22"/>
        </w:rPr>
      </w:pPr>
      <w:r>
        <w:lastRenderedPageBreak/>
        <w:t>Data Collection</w:t>
      </w:r>
    </w:p>
    <w:p w14:paraId="236EDABC" w14:textId="77777777" w:rsidR="00CC4B60" w:rsidRDefault="008C65AA">
      <w:pPr>
        <w:tabs>
          <w:tab w:val="left" w:pos="360"/>
          <w:tab w:val="left" w:pos="720"/>
        </w:tabs>
        <w:spacing w:before="144" w:after="120"/>
        <w:rPr>
          <w:szCs w:val="22"/>
        </w:rPr>
      </w:pPr>
      <w:r>
        <w:rPr>
          <w:szCs w:val="22"/>
        </w:rPr>
        <w:t>Assigned galactic coordinate: gal. long. = _______________; gal. lat. = 0</w:t>
      </w:r>
      <w:r>
        <w:rPr>
          <w:szCs w:val="22"/>
          <w:vertAlign w:val="superscript"/>
        </w:rPr>
        <w:t>o</w:t>
      </w:r>
    </w:p>
    <w:p w14:paraId="6ECA2793" w14:textId="77777777" w:rsidR="00CC4B60" w:rsidRDefault="008C65AA">
      <w:pPr>
        <w:tabs>
          <w:tab w:val="left" w:pos="360"/>
          <w:tab w:val="left" w:pos="720"/>
        </w:tabs>
        <w:spacing w:before="144" w:after="120"/>
        <w:rPr>
          <w:szCs w:val="22"/>
        </w:rPr>
      </w:pPr>
      <w:r>
        <w:rPr>
          <w:szCs w:val="22"/>
        </w:rPr>
        <w:t>Horizontal coordinates (azimuth and elevation):</w:t>
      </w:r>
    </w:p>
    <w:p w14:paraId="5C5D24F7" w14:textId="77777777" w:rsidR="00CC4B60" w:rsidRDefault="008C65AA">
      <w:pPr>
        <w:tabs>
          <w:tab w:val="left" w:pos="360"/>
          <w:tab w:val="left" w:pos="720"/>
        </w:tabs>
        <w:spacing w:before="144" w:after="120"/>
        <w:rPr>
          <w:szCs w:val="22"/>
        </w:rPr>
      </w:pPr>
      <w:r>
        <w:rPr>
          <w:szCs w:val="22"/>
        </w:rPr>
        <w:tab/>
        <w:t>Az =  ______________;  El = ______________</w:t>
      </w:r>
    </w:p>
    <w:p w14:paraId="7C600D97" w14:textId="77777777" w:rsidR="00CC4B60" w:rsidRDefault="008C65AA">
      <w:pPr>
        <w:tabs>
          <w:tab w:val="left" w:pos="360"/>
          <w:tab w:val="left" w:pos="720"/>
        </w:tabs>
        <w:spacing w:before="144" w:after="120"/>
        <w:rPr>
          <w:szCs w:val="22"/>
        </w:rPr>
      </w:pPr>
      <w:r>
        <w:rPr>
          <w:szCs w:val="22"/>
        </w:rPr>
        <w:t>Exact time when the data was saved to a file: __________________</w:t>
      </w:r>
    </w:p>
    <w:p w14:paraId="0BF64F59" w14:textId="77777777" w:rsidR="00CC4B60" w:rsidRDefault="008C65AA">
      <w:pPr>
        <w:tabs>
          <w:tab w:val="left" w:pos="360"/>
          <w:tab w:val="left" w:pos="720"/>
        </w:tabs>
        <w:spacing w:before="144" w:after="120"/>
        <w:rPr>
          <w:szCs w:val="22"/>
        </w:rPr>
      </w:pPr>
      <w:r>
        <w:rPr>
          <w:szCs w:val="22"/>
        </w:rPr>
        <w:t>Name of your data file: ______________________________________________</w:t>
      </w:r>
    </w:p>
    <w:p w14:paraId="034EB59E" w14:textId="77777777" w:rsidR="00CC4B60" w:rsidRDefault="00CC4B60">
      <w:pPr>
        <w:tabs>
          <w:tab w:val="left" w:pos="360"/>
          <w:tab w:val="left" w:pos="720"/>
        </w:tabs>
        <w:spacing w:before="86" w:after="0"/>
        <w:rPr>
          <w:b/>
          <w:bCs/>
          <w:szCs w:val="22"/>
        </w:rPr>
      </w:pPr>
    </w:p>
    <w:p w14:paraId="7D9A2F48" w14:textId="77777777" w:rsidR="00CC4B60" w:rsidRDefault="008C65AA">
      <w:pPr>
        <w:pStyle w:val="Heading2"/>
        <w:tabs>
          <w:tab w:val="left" w:pos="360"/>
          <w:tab w:val="left" w:pos="720"/>
        </w:tabs>
        <w:rPr>
          <w:sz w:val="22"/>
          <w:szCs w:val="22"/>
        </w:rPr>
      </w:pPr>
      <w:r>
        <w:t>Graph the Spectrum</w:t>
      </w:r>
    </w:p>
    <w:p w14:paraId="1F14E8E7" w14:textId="77777777" w:rsidR="00CC4B60" w:rsidRDefault="008C65AA">
      <w:pPr>
        <w:numPr>
          <w:ilvl w:val="0"/>
          <w:numId w:val="3"/>
        </w:numPr>
        <w:tabs>
          <w:tab w:val="left" w:pos="360"/>
          <w:tab w:val="left" w:pos="720"/>
        </w:tabs>
        <w:spacing w:before="144" w:after="120"/>
        <w:rPr>
          <w:szCs w:val="22"/>
        </w:rPr>
      </w:pPr>
      <w:r>
        <w:rPr>
          <w:szCs w:val="22"/>
        </w:rPr>
        <w:t xml:space="preserve">Open your .csv data file in a spreadsheet program, either </w:t>
      </w:r>
      <w:r>
        <w:rPr>
          <w:i/>
          <w:iCs/>
          <w:szCs w:val="22"/>
        </w:rPr>
        <w:t>Google Sheets</w:t>
      </w:r>
      <w:r>
        <w:rPr>
          <w:szCs w:val="22"/>
        </w:rPr>
        <w:t xml:space="preserve"> or </w:t>
      </w:r>
      <w:r>
        <w:rPr>
          <w:i/>
          <w:iCs/>
          <w:szCs w:val="22"/>
        </w:rPr>
        <w:t>Excel</w:t>
      </w:r>
      <w:r>
        <w:rPr>
          <w:szCs w:val="22"/>
        </w:rPr>
        <w:t>. (If any screens pop up regarding the format of the data, just hit enter to select the defaults.)</w:t>
      </w:r>
    </w:p>
    <w:p w14:paraId="0037A72F" w14:textId="77777777" w:rsidR="00CC4B60" w:rsidRDefault="008C65AA">
      <w:pPr>
        <w:numPr>
          <w:ilvl w:val="0"/>
          <w:numId w:val="3"/>
        </w:numPr>
        <w:tabs>
          <w:tab w:val="left" w:pos="360"/>
          <w:tab w:val="left" w:pos="720"/>
        </w:tabs>
        <w:spacing w:before="144" w:after="120"/>
        <w:rPr>
          <w:szCs w:val="22"/>
        </w:rPr>
      </w:pPr>
      <w:r>
        <w:rPr>
          <w:szCs w:val="22"/>
        </w:rPr>
        <w:t>Graph the Data</w:t>
      </w:r>
    </w:p>
    <w:p w14:paraId="72157191" w14:textId="77777777" w:rsidR="00CC4B60" w:rsidRDefault="008C65AA">
      <w:pPr>
        <w:numPr>
          <w:ilvl w:val="1"/>
          <w:numId w:val="3"/>
        </w:numPr>
        <w:tabs>
          <w:tab w:val="left" w:pos="360"/>
          <w:tab w:val="left" w:pos="720"/>
        </w:tabs>
        <w:spacing w:before="144" w:after="120"/>
        <w:rPr>
          <w:szCs w:val="22"/>
        </w:rPr>
      </w:pPr>
      <w:r>
        <w:rPr>
          <w:szCs w:val="22"/>
        </w:rPr>
        <w:t xml:space="preserve">In the spreadsheet, insert a row above the first row. </w:t>
      </w:r>
    </w:p>
    <w:p w14:paraId="3BB2AA0F" w14:textId="77777777" w:rsidR="00CC4B60" w:rsidRDefault="008C65AA">
      <w:pPr>
        <w:numPr>
          <w:ilvl w:val="1"/>
          <w:numId w:val="3"/>
        </w:numPr>
        <w:tabs>
          <w:tab w:val="left" w:pos="360"/>
          <w:tab w:val="left" w:pos="720"/>
        </w:tabs>
        <w:spacing w:before="144" w:after="120"/>
        <w:rPr>
          <w:szCs w:val="22"/>
        </w:rPr>
      </w:pPr>
      <w:r>
        <w:rPr>
          <w:szCs w:val="22"/>
        </w:rPr>
        <w:t xml:space="preserve">In the first row of Column A type “Frequency (MHz)”, and in the first row of Column B label it“Signal”. </w:t>
      </w:r>
    </w:p>
    <w:p w14:paraId="5032D658" w14:textId="77777777" w:rsidR="00CC4B60" w:rsidRDefault="008C65AA">
      <w:pPr>
        <w:numPr>
          <w:ilvl w:val="1"/>
          <w:numId w:val="3"/>
        </w:numPr>
        <w:tabs>
          <w:tab w:val="left" w:pos="360"/>
          <w:tab w:val="left" w:pos="720"/>
        </w:tabs>
        <w:spacing w:before="144" w:after="120"/>
        <w:rPr>
          <w:szCs w:val="22"/>
        </w:rPr>
      </w:pPr>
      <w:r>
        <w:rPr>
          <w:szCs w:val="22"/>
        </w:rPr>
        <w:t>Click on the column labels A and B to highlight these columns.</w:t>
      </w:r>
    </w:p>
    <w:p w14:paraId="4955C017" w14:textId="77777777" w:rsidR="00CC4B60" w:rsidRDefault="008C65AA">
      <w:pPr>
        <w:numPr>
          <w:ilvl w:val="1"/>
          <w:numId w:val="3"/>
        </w:numPr>
        <w:tabs>
          <w:tab w:val="left" w:pos="360"/>
          <w:tab w:val="left" w:pos="720"/>
        </w:tabs>
        <w:spacing w:before="144" w:after="120"/>
        <w:rPr>
          <w:szCs w:val="22"/>
        </w:rPr>
      </w:pPr>
      <w:r>
        <w:rPr>
          <w:szCs w:val="22"/>
        </w:rPr>
        <w:t xml:space="preserve">Insert Chart. Choose Smoothed Line. In Google Sheets, under Data Range, select “use row 1 as headers” and “use column A as labels”. </w:t>
      </w:r>
    </w:p>
    <w:p w14:paraId="79B70F30" w14:textId="77777777" w:rsidR="00CC4B60" w:rsidRDefault="008C65AA">
      <w:pPr>
        <w:numPr>
          <w:ilvl w:val="1"/>
          <w:numId w:val="3"/>
        </w:numPr>
        <w:tabs>
          <w:tab w:val="left" w:pos="360"/>
          <w:tab w:val="left" w:pos="720"/>
        </w:tabs>
        <w:spacing w:before="144" w:after="120"/>
        <w:rPr>
          <w:szCs w:val="22"/>
        </w:rPr>
      </w:pPr>
      <w:r>
        <w:rPr>
          <w:szCs w:val="22"/>
        </w:rPr>
        <w:t>Add axis titles with units. Add a graph title.</w:t>
      </w:r>
    </w:p>
    <w:p w14:paraId="7ECEA6A9" w14:textId="77777777" w:rsidR="00CC4B60" w:rsidRDefault="008C65AA">
      <w:pPr>
        <w:numPr>
          <w:ilvl w:val="1"/>
          <w:numId w:val="3"/>
        </w:numPr>
        <w:tabs>
          <w:tab w:val="left" w:pos="360"/>
          <w:tab w:val="left" w:pos="720"/>
        </w:tabs>
        <w:spacing w:before="144" w:after="120"/>
        <w:rPr>
          <w:szCs w:val="22"/>
        </w:rPr>
      </w:pPr>
      <w:r>
        <w:rPr>
          <w:szCs w:val="22"/>
        </w:rPr>
        <w:t xml:space="preserve">Change the </w:t>
      </w:r>
      <w:r>
        <w:rPr>
          <w:i/>
          <w:iCs/>
          <w:szCs w:val="22"/>
        </w:rPr>
        <w:t>x</w:t>
      </w:r>
      <w:r>
        <w:rPr>
          <w:szCs w:val="22"/>
        </w:rPr>
        <w:t xml:space="preserve">-axis scale to range from 1419.5 to1421.5 MHz, and the </w:t>
      </w:r>
      <w:r>
        <w:rPr>
          <w:i/>
          <w:iCs/>
          <w:szCs w:val="22"/>
        </w:rPr>
        <w:t>y</w:t>
      </w:r>
      <w:r>
        <w:rPr>
          <w:szCs w:val="22"/>
        </w:rPr>
        <w:t>-axis accordingly.</w:t>
      </w:r>
    </w:p>
    <w:p w14:paraId="58DC95E8" w14:textId="77777777" w:rsidR="00CC4B60" w:rsidRDefault="008C65AA">
      <w:pPr>
        <w:numPr>
          <w:ilvl w:val="1"/>
          <w:numId w:val="3"/>
        </w:numPr>
        <w:tabs>
          <w:tab w:val="left" w:pos="360"/>
          <w:tab w:val="left" w:pos="720"/>
        </w:tabs>
        <w:spacing w:before="144" w:after="120"/>
        <w:rPr>
          <w:szCs w:val="22"/>
        </w:rPr>
      </w:pPr>
      <w:r>
        <w:rPr>
          <w:szCs w:val="22"/>
        </w:rPr>
        <w:t>Add grid lines so that the minor gridlines are in increments of 0.01 MHz.</w:t>
      </w:r>
    </w:p>
    <w:p w14:paraId="216FD081" w14:textId="77777777" w:rsidR="00CC4B60" w:rsidRDefault="00CC4B60">
      <w:pPr>
        <w:tabs>
          <w:tab w:val="left" w:pos="360"/>
          <w:tab w:val="left" w:pos="720"/>
        </w:tabs>
        <w:spacing w:before="86" w:after="0"/>
        <w:rPr>
          <w:szCs w:val="22"/>
        </w:rPr>
      </w:pPr>
    </w:p>
    <w:p w14:paraId="599EBBEE" w14:textId="77777777" w:rsidR="00CC4B60" w:rsidRDefault="008C65AA">
      <w:pPr>
        <w:pStyle w:val="Heading2"/>
        <w:tabs>
          <w:tab w:val="left" w:pos="360"/>
          <w:tab w:val="left" w:pos="720"/>
        </w:tabs>
        <w:rPr>
          <w:sz w:val="22"/>
          <w:szCs w:val="22"/>
        </w:rPr>
      </w:pPr>
      <w:r>
        <w:t>Analyze the peaks</w:t>
      </w:r>
    </w:p>
    <w:p w14:paraId="399C75D9" w14:textId="77777777" w:rsidR="00CC4B60" w:rsidRDefault="008C65AA">
      <w:pPr>
        <w:numPr>
          <w:ilvl w:val="0"/>
          <w:numId w:val="4"/>
        </w:numPr>
        <w:tabs>
          <w:tab w:val="left" w:pos="360"/>
          <w:tab w:val="left" w:pos="720"/>
        </w:tabs>
        <w:spacing w:before="144" w:after="120"/>
        <w:rPr>
          <w:szCs w:val="22"/>
        </w:rPr>
      </w:pPr>
      <w:r>
        <w:rPr>
          <w:szCs w:val="22"/>
        </w:rPr>
        <w:t>Measure the frequencies as accurately as you can where the tips of the peaks occur. Record these in the table below to the hundredths of a MHz.</w:t>
      </w:r>
    </w:p>
    <w:p w14:paraId="4261DE3F" w14:textId="77777777" w:rsidR="00CC4B60" w:rsidRDefault="008C65AA">
      <w:pPr>
        <w:numPr>
          <w:ilvl w:val="0"/>
          <w:numId w:val="4"/>
        </w:numPr>
        <w:tabs>
          <w:tab w:val="left" w:pos="360"/>
          <w:tab w:val="left" w:pos="720"/>
        </w:tabs>
        <w:spacing w:before="86" w:after="120"/>
        <w:rPr>
          <w:szCs w:val="22"/>
        </w:rPr>
      </w:pPr>
      <w:r>
        <w:rPr>
          <w:szCs w:val="22"/>
        </w:rPr>
        <w:t>Use the Doppler shift formula to calculate the velocity from the frequency of any peaks that appear in your spectrum. Show your work.</w:t>
      </w:r>
    </w:p>
    <w:p w14:paraId="3F97FD9D" w14:textId="77777777" w:rsidR="00CC4B60" w:rsidRDefault="00CC4B60">
      <w:pPr>
        <w:tabs>
          <w:tab w:val="left" w:pos="360"/>
          <w:tab w:val="left" w:pos="720"/>
        </w:tabs>
        <w:spacing w:before="86"/>
        <w:rPr>
          <w:szCs w:val="22"/>
        </w:rPr>
      </w:pPr>
    </w:p>
    <w:p w14:paraId="44E94B00" w14:textId="77777777" w:rsidR="00CC4B60" w:rsidRDefault="00CC4B60">
      <w:pPr>
        <w:tabs>
          <w:tab w:val="left" w:pos="360"/>
          <w:tab w:val="left" w:pos="720"/>
        </w:tabs>
        <w:spacing w:before="86"/>
        <w:rPr>
          <w:szCs w:val="22"/>
        </w:rPr>
      </w:pPr>
    </w:p>
    <w:p w14:paraId="44EF061B" w14:textId="77777777" w:rsidR="00CC4B60" w:rsidRDefault="008C65AA">
      <w:pPr>
        <w:keepNext/>
        <w:numPr>
          <w:ilvl w:val="0"/>
          <w:numId w:val="4"/>
        </w:numPr>
        <w:tabs>
          <w:tab w:val="left" w:pos="360"/>
          <w:tab w:val="left" w:pos="720"/>
        </w:tabs>
        <w:spacing w:before="144" w:after="120"/>
        <w:rPr>
          <w:szCs w:val="22"/>
        </w:rPr>
      </w:pPr>
      <w:r>
        <w:rPr>
          <w:szCs w:val="22"/>
        </w:rPr>
        <w:lastRenderedPageBreak/>
        <w:t>Compare the measured frequencies to the frequency expected for neutral hydrogen. Explain what this comparison implies about the neutral hydrogen detected.</w:t>
      </w:r>
    </w:p>
    <w:tbl>
      <w:tblPr>
        <w:tblStyle w:val="a0"/>
        <w:tblW w:w="10080" w:type="dxa"/>
        <w:jc w:val="center"/>
        <w:tblInd w:w="0"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3360"/>
        <w:gridCol w:w="3360"/>
        <w:gridCol w:w="3360"/>
      </w:tblGrid>
      <w:tr w:rsidR="00CC4B60" w14:paraId="4FD3C4FA" w14:textId="77777777">
        <w:trPr>
          <w:cantSplit/>
          <w:tblHeader/>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20CA221C" w14:textId="77777777" w:rsidR="00CC4B60" w:rsidRDefault="008C65AA">
            <w:pPr>
              <w:keepNext/>
              <w:keepLines/>
              <w:spacing w:after="40" w:line="252" w:lineRule="auto"/>
              <w:jc w:val="center"/>
              <w:rPr>
                <w:b/>
                <w:bCs/>
                <w:sz w:val="20"/>
                <w:szCs w:val="20"/>
              </w:rPr>
            </w:pPr>
            <w:r>
              <w:rPr>
                <w:b/>
                <w:bCs/>
                <w:color w:val="FFFFFF"/>
                <w:szCs w:val="22"/>
              </w:rPr>
              <w:t>Frequency (MHz)</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058B6005" w14:textId="77777777" w:rsidR="00CC4B60" w:rsidRDefault="008C65AA">
            <w:pPr>
              <w:keepNext/>
              <w:keepLines/>
              <w:spacing w:after="40" w:line="252" w:lineRule="auto"/>
              <w:jc w:val="center"/>
              <w:rPr>
                <w:b/>
                <w:bCs/>
                <w:sz w:val="20"/>
                <w:szCs w:val="20"/>
              </w:rPr>
            </w:pPr>
            <w:r>
              <w:rPr>
                <w:b/>
                <w:bCs/>
                <w:color w:val="FFFFFF"/>
                <w:szCs w:val="22"/>
              </w:rPr>
              <w:t>Velocity(km/s)</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4EEF5D1B" w14:textId="77777777" w:rsidR="00CC4B60" w:rsidRDefault="008C65AA">
            <w:pPr>
              <w:keepNext/>
              <w:keepLines/>
              <w:spacing w:after="40" w:line="252" w:lineRule="auto"/>
              <w:jc w:val="center"/>
              <w:rPr>
                <w:b/>
                <w:bCs/>
                <w:sz w:val="20"/>
                <w:szCs w:val="20"/>
              </w:rPr>
            </w:pPr>
            <w:r>
              <w:rPr>
                <w:b/>
                <w:bCs/>
                <w:color w:val="FFFFFF"/>
                <w:szCs w:val="22"/>
              </w:rPr>
              <w:t>Red Shifted or Blue Shifted?</w:t>
            </w:r>
          </w:p>
        </w:tc>
      </w:tr>
      <w:tr w:rsidR="00CC4B60" w14:paraId="6665622E" w14:textId="77777777">
        <w:trPr>
          <w:cantSplit/>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A388171" w14:textId="77777777" w:rsidR="00CC4B60" w:rsidRDefault="00CC4B60">
            <w:pPr>
              <w:keepNext/>
              <w:keepLines/>
              <w:spacing w:after="40" w:line="252" w:lineRule="auto"/>
              <w:jc w:val="center"/>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4CA7EA1" w14:textId="77777777" w:rsidR="00CC4B60" w:rsidRDefault="00CC4B60">
            <w:pPr>
              <w:keepNext/>
              <w:keepLines/>
              <w:spacing w:after="40" w:line="252" w:lineRule="auto"/>
              <w:jc w:val="center"/>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768B144" w14:textId="77777777" w:rsidR="00CC4B60" w:rsidRDefault="00CC4B60">
            <w:pPr>
              <w:keepNext/>
              <w:keepLines/>
              <w:spacing w:after="40" w:line="252" w:lineRule="auto"/>
              <w:jc w:val="center"/>
              <w:rPr>
                <w:szCs w:val="22"/>
              </w:rPr>
            </w:pPr>
          </w:p>
        </w:tc>
      </w:tr>
      <w:tr w:rsidR="00CC4B60" w14:paraId="6B612A93" w14:textId="77777777">
        <w:trPr>
          <w:cantSplit/>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A746ECD" w14:textId="77777777" w:rsidR="00CC4B60" w:rsidRDefault="00CC4B60">
            <w:pPr>
              <w:keepNext/>
              <w:keepLines/>
              <w:spacing w:after="40" w:line="252" w:lineRule="auto"/>
              <w:jc w:val="center"/>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FCBA47C" w14:textId="77777777" w:rsidR="00CC4B60" w:rsidRDefault="00CC4B60">
            <w:pPr>
              <w:keepNext/>
              <w:keepLines/>
              <w:spacing w:after="40" w:line="252" w:lineRule="auto"/>
              <w:jc w:val="center"/>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272061D" w14:textId="77777777" w:rsidR="00CC4B60" w:rsidRDefault="00CC4B60">
            <w:pPr>
              <w:keepNext/>
              <w:keepLines/>
              <w:spacing w:after="40" w:line="252" w:lineRule="auto"/>
              <w:jc w:val="center"/>
              <w:rPr>
                <w:szCs w:val="22"/>
              </w:rPr>
            </w:pPr>
          </w:p>
        </w:tc>
      </w:tr>
      <w:tr w:rsidR="00CC4B60" w14:paraId="4A35F875" w14:textId="77777777">
        <w:trPr>
          <w:cantSplit/>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9AB3169" w14:textId="77777777" w:rsidR="00CC4B60" w:rsidRDefault="00CC4B60">
            <w:pPr>
              <w:keepLines/>
              <w:spacing w:after="40" w:line="252" w:lineRule="auto"/>
              <w:jc w:val="center"/>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79331D6" w14:textId="77777777" w:rsidR="00CC4B60" w:rsidRDefault="00CC4B60">
            <w:pPr>
              <w:keepLines/>
              <w:spacing w:after="40" w:line="252" w:lineRule="auto"/>
              <w:jc w:val="center"/>
              <w:rPr>
                <w:szCs w:val="22"/>
              </w:rPr>
            </w:pP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4EB840F" w14:textId="77777777" w:rsidR="00CC4B60" w:rsidRDefault="00CC4B60">
            <w:pPr>
              <w:keepLines/>
              <w:spacing w:after="40" w:line="252" w:lineRule="auto"/>
              <w:jc w:val="center"/>
              <w:rPr>
                <w:szCs w:val="22"/>
              </w:rPr>
            </w:pPr>
          </w:p>
        </w:tc>
      </w:tr>
    </w:tbl>
    <w:p w14:paraId="13898583" w14:textId="77777777" w:rsidR="00CC4B60" w:rsidRDefault="008C65AA">
      <w:pPr>
        <w:tabs>
          <w:tab w:val="left" w:pos="720"/>
        </w:tabs>
        <w:spacing w:before="160" w:after="120"/>
        <w:rPr>
          <w:szCs w:val="22"/>
        </w:rPr>
      </w:pPr>
      <w:r>
        <w:rPr>
          <w:szCs w:val="22"/>
        </w:rPr>
        <w:tab/>
        <w:t>Explanation:</w:t>
      </w:r>
    </w:p>
    <w:sectPr w:rsidR="00CC4B60">
      <w:headerReference w:type="even" r:id="rId7"/>
      <w:headerReference w:type="default" r:id="rId8"/>
      <w:footerReference w:type="even" r:id="rId9"/>
      <w:footerReference w:type="default" r:id="rId10"/>
      <w:headerReference w:type="first" r:id="rId11"/>
      <w:footerReference w:type="first" r:id="rId12"/>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2A338" w14:textId="77777777" w:rsidR="00C37707" w:rsidRDefault="00C37707">
      <w:pPr>
        <w:spacing w:after="0" w:line="240" w:lineRule="auto"/>
      </w:pPr>
      <w:r>
        <w:separator/>
      </w:r>
    </w:p>
  </w:endnote>
  <w:endnote w:type="continuationSeparator" w:id="0">
    <w:p w14:paraId="0CCF2B21" w14:textId="77777777" w:rsidR="00C37707" w:rsidRDefault="00C37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73E53" w14:textId="77777777" w:rsidR="007335DF" w:rsidRDefault="007335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F3AA2" w14:textId="77777777" w:rsidR="008C65AA" w:rsidRDefault="008C65AA">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D307" w14:textId="77777777" w:rsidR="007335DF" w:rsidRDefault="007335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F7F75" w14:textId="77777777" w:rsidR="00C37707" w:rsidRDefault="00C37707">
      <w:pPr>
        <w:spacing w:after="0" w:line="240" w:lineRule="auto"/>
      </w:pPr>
      <w:r>
        <w:separator/>
      </w:r>
    </w:p>
  </w:footnote>
  <w:footnote w:type="continuationSeparator" w:id="0">
    <w:p w14:paraId="3408F33B" w14:textId="77777777" w:rsidR="00C37707" w:rsidRDefault="00C37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ECB30" w14:textId="77777777" w:rsidR="007335DF" w:rsidRDefault="007335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D350A" w14:textId="77777777" w:rsidR="008C65AA" w:rsidRDefault="008C65AA">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24499" w14:textId="77777777" w:rsidR="007335DF" w:rsidRDefault="007335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B1BE4"/>
    <w:multiLevelType w:val="multilevel"/>
    <w:tmpl w:val="8224FDF8"/>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080" w:hanging="360"/>
      </w:pPr>
      <w:rPr>
        <w:rFonts w:ascii="Arial" w:eastAsia="Arial" w:hAnsi="Arial" w:cs="Arial"/>
      </w:rPr>
    </w:lvl>
    <w:lvl w:ilvl="2">
      <w:start w:val="1"/>
      <w:numFmt w:val="decimal"/>
      <w:lvlText w:val="%3."/>
      <w:lvlJc w:val="left"/>
      <w:pPr>
        <w:ind w:left="1440" w:hanging="360"/>
      </w:pPr>
      <w:rPr>
        <w:rFonts w:ascii="Arial" w:eastAsia="Arial" w:hAnsi="Arial" w:cs="Arial"/>
      </w:rPr>
    </w:lvl>
    <w:lvl w:ilvl="3">
      <w:start w:val="1"/>
      <w:numFmt w:val="decimal"/>
      <w:lvlText w:val="%4."/>
      <w:lvlJc w:val="left"/>
      <w:pPr>
        <w:ind w:left="1800" w:hanging="360"/>
      </w:pPr>
      <w:rPr>
        <w:rFonts w:ascii="Arial" w:eastAsia="Arial" w:hAnsi="Arial" w:cs="Arial"/>
      </w:rPr>
    </w:lvl>
    <w:lvl w:ilvl="4">
      <w:start w:val="1"/>
      <w:numFmt w:val="decimal"/>
      <w:lvlText w:val="%5."/>
      <w:lvlJc w:val="left"/>
      <w:pPr>
        <w:ind w:left="2160" w:hanging="360"/>
      </w:pPr>
      <w:rPr>
        <w:rFonts w:ascii="Arial" w:eastAsia="Arial" w:hAnsi="Arial" w:cs="Arial"/>
      </w:rPr>
    </w:lvl>
    <w:lvl w:ilvl="5">
      <w:start w:val="1"/>
      <w:numFmt w:val="decimal"/>
      <w:lvlText w:val="%6."/>
      <w:lvlJc w:val="left"/>
      <w:pPr>
        <w:ind w:left="2520" w:hanging="360"/>
      </w:pPr>
      <w:rPr>
        <w:rFonts w:ascii="Arial" w:eastAsia="Arial" w:hAnsi="Arial" w:cs="Arial"/>
      </w:rPr>
    </w:lvl>
    <w:lvl w:ilvl="6">
      <w:start w:val="1"/>
      <w:numFmt w:val="decimal"/>
      <w:lvlText w:val="%7."/>
      <w:lvlJc w:val="left"/>
      <w:pPr>
        <w:ind w:left="2880" w:hanging="360"/>
      </w:pPr>
      <w:rPr>
        <w:rFonts w:ascii="Arial" w:eastAsia="Arial" w:hAnsi="Arial" w:cs="Arial"/>
      </w:rPr>
    </w:lvl>
    <w:lvl w:ilvl="7">
      <w:start w:val="1"/>
      <w:numFmt w:val="decimal"/>
      <w:lvlText w:val="%8."/>
      <w:lvlJc w:val="left"/>
      <w:pPr>
        <w:ind w:left="3240" w:hanging="360"/>
      </w:pPr>
      <w:rPr>
        <w:rFonts w:ascii="Arial" w:eastAsia="Arial" w:hAnsi="Arial" w:cs="Arial"/>
      </w:rPr>
    </w:lvl>
    <w:lvl w:ilvl="8">
      <w:start w:val="1"/>
      <w:numFmt w:val="decimal"/>
      <w:lvlText w:val="%9."/>
      <w:lvlJc w:val="left"/>
      <w:pPr>
        <w:ind w:left="3600" w:hanging="360"/>
      </w:pPr>
      <w:rPr>
        <w:rFonts w:ascii="Arial" w:eastAsia="Arial" w:hAnsi="Arial" w:cs="Arial"/>
      </w:rPr>
    </w:lvl>
  </w:abstractNum>
  <w:abstractNum w:abstractNumId="1" w15:restartNumberingAfterBreak="0">
    <w:nsid w:val="3F7F1E73"/>
    <w:multiLevelType w:val="multilevel"/>
    <w:tmpl w:val="9842835E"/>
    <w:lvl w:ilvl="0">
      <w:start w:val="1"/>
      <w:numFmt w:val="decimal"/>
      <w:pStyle w:val="ListBullet"/>
      <w:lvlText w:val="%1."/>
      <w:lvlJc w:val="left"/>
      <w:pPr>
        <w:ind w:left="720" w:hanging="360"/>
      </w:pPr>
      <w:rPr>
        <w:rFonts w:ascii="Arial" w:eastAsia="Arial" w:hAnsi="Arial" w:cs="Arial"/>
      </w:rPr>
    </w:lvl>
    <w:lvl w:ilvl="1">
      <w:start w:val="1"/>
      <w:numFmt w:val="decimal"/>
      <w:lvlText w:val="%2."/>
      <w:lvlJc w:val="left"/>
      <w:pPr>
        <w:ind w:left="1080" w:hanging="360"/>
      </w:pPr>
      <w:rPr>
        <w:rFonts w:ascii="Arial" w:eastAsia="Arial" w:hAnsi="Arial" w:cs="Arial"/>
      </w:rPr>
    </w:lvl>
    <w:lvl w:ilvl="2">
      <w:start w:val="1"/>
      <w:numFmt w:val="decimal"/>
      <w:lvlText w:val="%3."/>
      <w:lvlJc w:val="left"/>
      <w:pPr>
        <w:ind w:left="1440" w:hanging="360"/>
      </w:pPr>
      <w:rPr>
        <w:rFonts w:ascii="Arial" w:eastAsia="Arial" w:hAnsi="Arial" w:cs="Arial"/>
      </w:rPr>
    </w:lvl>
    <w:lvl w:ilvl="3">
      <w:start w:val="1"/>
      <w:numFmt w:val="decimal"/>
      <w:lvlText w:val="%4."/>
      <w:lvlJc w:val="left"/>
      <w:pPr>
        <w:ind w:left="1800" w:hanging="360"/>
      </w:pPr>
      <w:rPr>
        <w:rFonts w:ascii="Arial" w:eastAsia="Arial" w:hAnsi="Arial" w:cs="Arial"/>
      </w:rPr>
    </w:lvl>
    <w:lvl w:ilvl="4">
      <w:start w:val="1"/>
      <w:numFmt w:val="decimal"/>
      <w:lvlText w:val="%5."/>
      <w:lvlJc w:val="left"/>
      <w:pPr>
        <w:ind w:left="2160" w:hanging="360"/>
      </w:pPr>
      <w:rPr>
        <w:rFonts w:ascii="Arial" w:eastAsia="Arial" w:hAnsi="Arial" w:cs="Arial"/>
      </w:rPr>
    </w:lvl>
    <w:lvl w:ilvl="5">
      <w:start w:val="1"/>
      <w:numFmt w:val="decimal"/>
      <w:lvlText w:val="%6."/>
      <w:lvlJc w:val="left"/>
      <w:pPr>
        <w:ind w:left="2520" w:hanging="360"/>
      </w:pPr>
      <w:rPr>
        <w:rFonts w:ascii="Arial" w:eastAsia="Arial" w:hAnsi="Arial" w:cs="Arial"/>
      </w:rPr>
    </w:lvl>
    <w:lvl w:ilvl="6">
      <w:start w:val="1"/>
      <w:numFmt w:val="decimal"/>
      <w:lvlText w:val="%7."/>
      <w:lvlJc w:val="left"/>
      <w:pPr>
        <w:ind w:left="2880" w:hanging="360"/>
      </w:pPr>
      <w:rPr>
        <w:rFonts w:ascii="Arial" w:eastAsia="Arial" w:hAnsi="Arial" w:cs="Arial"/>
      </w:rPr>
    </w:lvl>
    <w:lvl w:ilvl="7">
      <w:start w:val="1"/>
      <w:numFmt w:val="decimal"/>
      <w:lvlText w:val="%8."/>
      <w:lvlJc w:val="left"/>
      <w:pPr>
        <w:ind w:left="3240" w:hanging="360"/>
      </w:pPr>
      <w:rPr>
        <w:rFonts w:ascii="Arial" w:eastAsia="Arial" w:hAnsi="Arial" w:cs="Arial"/>
      </w:rPr>
    </w:lvl>
    <w:lvl w:ilvl="8">
      <w:start w:val="1"/>
      <w:numFmt w:val="decimal"/>
      <w:lvlText w:val="%9."/>
      <w:lvlJc w:val="left"/>
      <w:pPr>
        <w:ind w:left="3600" w:hanging="360"/>
      </w:pPr>
      <w:rPr>
        <w:rFonts w:ascii="Arial" w:eastAsia="Arial" w:hAnsi="Arial" w:cs="Arial"/>
      </w:rPr>
    </w:lvl>
  </w:abstractNum>
  <w:abstractNum w:abstractNumId="2" w15:restartNumberingAfterBreak="0">
    <w:nsid w:val="543B328E"/>
    <w:multiLevelType w:val="multilevel"/>
    <w:tmpl w:val="64602BAE"/>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080" w:hanging="360"/>
      </w:pPr>
      <w:rPr>
        <w:rFonts w:ascii="Arial" w:eastAsia="Arial" w:hAnsi="Arial" w:cs="Arial"/>
      </w:rPr>
    </w:lvl>
    <w:lvl w:ilvl="2">
      <w:start w:val="1"/>
      <w:numFmt w:val="decimal"/>
      <w:lvlText w:val="%3."/>
      <w:lvlJc w:val="left"/>
      <w:pPr>
        <w:ind w:left="1440" w:hanging="360"/>
      </w:pPr>
      <w:rPr>
        <w:rFonts w:ascii="Arial" w:eastAsia="Arial" w:hAnsi="Arial" w:cs="Arial"/>
      </w:rPr>
    </w:lvl>
    <w:lvl w:ilvl="3">
      <w:start w:val="1"/>
      <w:numFmt w:val="decimal"/>
      <w:lvlText w:val="%4."/>
      <w:lvlJc w:val="left"/>
      <w:pPr>
        <w:ind w:left="1800" w:hanging="360"/>
      </w:pPr>
      <w:rPr>
        <w:rFonts w:ascii="Arial" w:eastAsia="Arial" w:hAnsi="Arial" w:cs="Arial"/>
      </w:rPr>
    </w:lvl>
    <w:lvl w:ilvl="4">
      <w:start w:val="1"/>
      <w:numFmt w:val="decimal"/>
      <w:lvlText w:val="%5."/>
      <w:lvlJc w:val="left"/>
      <w:pPr>
        <w:ind w:left="2160" w:hanging="360"/>
      </w:pPr>
      <w:rPr>
        <w:rFonts w:ascii="Arial" w:eastAsia="Arial" w:hAnsi="Arial" w:cs="Arial"/>
      </w:rPr>
    </w:lvl>
    <w:lvl w:ilvl="5">
      <w:start w:val="1"/>
      <w:numFmt w:val="decimal"/>
      <w:lvlText w:val="%6."/>
      <w:lvlJc w:val="left"/>
      <w:pPr>
        <w:ind w:left="2520" w:hanging="360"/>
      </w:pPr>
      <w:rPr>
        <w:rFonts w:ascii="Arial" w:eastAsia="Arial" w:hAnsi="Arial" w:cs="Arial"/>
      </w:rPr>
    </w:lvl>
    <w:lvl w:ilvl="6">
      <w:start w:val="1"/>
      <w:numFmt w:val="decimal"/>
      <w:lvlText w:val="%7."/>
      <w:lvlJc w:val="left"/>
      <w:pPr>
        <w:ind w:left="2880" w:hanging="360"/>
      </w:pPr>
      <w:rPr>
        <w:rFonts w:ascii="Arial" w:eastAsia="Arial" w:hAnsi="Arial" w:cs="Arial"/>
      </w:rPr>
    </w:lvl>
    <w:lvl w:ilvl="7">
      <w:start w:val="1"/>
      <w:numFmt w:val="decimal"/>
      <w:lvlText w:val="%8."/>
      <w:lvlJc w:val="left"/>
      <w:pPr>
        <w:ind w:left="3240" w:hanging="360"/>
      </w:pPr>
      <w:rPr>
        <w:rFonts w:ascii="Arial" w:eastAsia="Arial" w:hAnsi="Arial" w:cs="Arial"/>
      </w:rPr>
    </w:lvl>
    <w:lvl w:ilvl="8">
      <w:start w:val="1"/>
      <w:numFmt w:val="decimal"/>
      <w:lvlText w:val="%9."/>
      <w:lvlJc w:val="left"/>
      <w:pPr>
        <w:ind w:left="3600" w:hanging="360"/>
      </w:pPr>
      <w:rPr>
        <w:rFonts w:ascii="Arial" w:eastAsia="Arial" w:hAnsi="Arial" w:cs="Arial"/>
      </w:rPr>
    </w:lvl>
  </w:abstractNum>
  <w:abstractNum w:abstractNumId="3" w15:restartNumberingAfterBreak="0">
    <w:nsid w:val="5B131E45"/>
    <w:multiLevelType w:val="multilevel"/>
    <w:tmpl w:val="FBF69106"/>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BC33A57"/>
    <w:multiLevelType w:val="multilevel"/>
    <w:tmpl w:val="CB144AB6"/>
    <w:lvl w:ilvl="0">
      <w:start w:val="1"/>
      <w:numFmt w:val="bullet"/>
      <w:lvlText w:val="•"/>
      <w:lvlJc w:val="left"/>
      <w:pPr>
        <w:ind w:left="720" w:hanging="360"/>
      </w:pPr>
      <w:rPr>
        <w:rFonts w:ascii="Arial" w:eastAsia="Arial" w:hAnsi="Arial" w:cs="Arial"/>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440" w:hanging="360"/>
      </w:pPr>
      <w:rPr>
        <w:rFonts w:ascii="Arial" w:eastAsia="Arial" w:hAnsi="Arial" w:cs="Arial"/>
      </w:rPr>
    </w:lvl>
    <w:lvl w:ilvl="3">
      <w:start w:val="1"/>
      <w:numFmt w:val="bullet"/>
      <w:lvlText w:val="•"/>
      <w:lvlJc w:val="left"/>
      <w:pPr>
        <w:ind w:left="1800" w:hanging="360"/>
      </w:pPr>
      <w:rPr>
        <w:rFonts w:ascii="Arial" w:eastAsia="Arial" w:hAnsi="Arial" w:cs="Arial"/>
      </w:rPr>
    </w:lvl>
    <w:lvl w:ilvl="4">
      <w:start w:val="1"/>
      <w:numFmt w:val="bullet"/>
      <w:lvlText w:val="◦"/>
      <w:lvlJc w:val="left"/>
      <w:pPr>
        <w:ind w:left="2160" w:hanging="360"/>
      </w:pPr>
      <w:rPr>
        <w:rFonts w:ascii="Arial" w:eastAsia="Arial" w:hAnsi="Arial" w:cs="Arial"/>
      </w:rPr>
    </w:lvl>
    <w:lvl w:ilvl="5">
      <w:start w:val="1"/>
      <w:numFmt w:val="bullet"/>
      <w:lvlText w:val="▪"/>
      <w:lvlJc w:val="left"/>
      <w:pPr>
        <w:ind w:left="2520" w:hanging="360"/>
      </w:pPr>
      <w:rPr>
        <w:rFonts w:ascii="Arial" w:eastAsia="Arial" w:hAnsi="Arial" w:cs="Arial"/>
      </w:rPr>
    </w:lvl>
    <w:lvl w:ilvl="6">
      <w:start w:val="1"/>
      <w:numFmt w:val="bullet"/>
      <w:lvlText w:val="•"/>
      <w:lvlJc w:val="left"/>
      <w:pPr>
        <w:ind w:left="2880" w:hanging="360"/>
      </w:pPr>
      <w:rPr>
        <w:rFonts w:ascii="Arial" w:eastAsia="Arial" w:hAnsi="Arial" w:cs="Arial"/>
      </w:rPr>
    </w:lvl>
    <w:lvl w:ilvl="7">
      <w:start w:val="1"/>
      <w:numFmt w:val="bullet"/>
      <w:lvlText w:val="◦"/>
      <w:lvlJc w:val="left"/>
      <w:pPr>
        <w:ind w:left="3240" w:hanging="360"/>
      </w:pPr>
      <w:rPr>
        <w:rFonts w:ascii="Arial" w:eastAsia="Arial" w:hAnsi="Arial" w:cs="Arial"/>
      </w:rPr>
    </w:lvl>
    <w:lvl w:ilvl="8">
      <w:start w:val="1"/>
      <w:numFmt w:val="bullet"/>
      <w:lvlText w:val="▪"/>
      <w:lvlJc w:val="left"/>
      <w:pPr>
        <w:ind w:left="3600" w:hanging="360"/>
      </w:pPr>
      <w:rPr>
        <w:rFonts w:ascii="Arial" w:eastAsia="Arial" w:hAnsi="Arial" w:cs="Arial"/>
      </w:rPr>
    </w:lvl>
  </w:abstractNum>
  <w:num w:numId="1" w16cid:durableId="1968007685">
    <w:abstractNumId w:val="1"/>
  </w:num>
  <w:num w:numId="2" w16cid:durableId="1060707719">
    <w:abstractNumId w:val="4"/>
  </w:num>
  <w:num w:numId="3" w16cid:durableId="471798094">
    <w:abstractNumId w:val="0"/>
  </w:num>
  <w:num w:numId="4" w16cid:durableId="453449695">
    <w:abstractNumId w:val="2"/>
  </w:num>
  <w:num w:numId="5" w16cid:durableId="4406903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B60"/>
    <w:rsid w:val="00176530"/>
    <w:rsid w:val="003D08C1"/>
    <w:rsid w:val="005D0E94"/>
    <w:rsid w:val="007335DF"/>
    <w:rsid w:val="00735244"/>
    <w:rsid w:val="007974EC"/>
    <w:rsid w:val="008C65AA"/>
    <w:rsid w:val="00AD23A8"/>
    <w:rsid w:val="00C37707"/>
    <w:rsid w:val="00C7676A"/>
    <w:rsid w:val="00C8367C"/>
    <w:rsid w:val="00CB0162"/>
    <w:rsid w:val="00CC4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BB511"/>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sz w:val="22"/>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rPr>
  </w:style>
  <w:style w:type="table" w:customStyle="1" w:styleId="a">
    <w:basedOn w:val="TableNormal0"/>
    <w:tblPr>
      <w:tblStyleRowBandSize w:val="1"/>
      <w:tblStyleColBandSize w:val="1"/>
      <w:tblCellMar>
        <w:top w:w="55" w:type="dxa"/>
        <w:left w:w="54" w:type="dxa"/>
        <w:bottom w:w="55" w:type="dxa"/>
        <w:right w:w="55" w:type="dxa"/>
      </w:tblCellMar>
    </w:tblPr>
  </w:style>
  <w:style w:type="table" w:customStyle="1" w:styleId="a0">
    <w:basedOn w:val="TableNormal0"/>
    <w:tblPr>
      <w:tblStyleRowBandSize w:val="1"/>
      <w:tblStyleColBandSize w:val="1"/>
      <w:tblCellMar>
        <w:top w:w="55" w:type="dxa"/>
        <w:left w:w="54" w:type="dxa"/>
        <w:bottom w:w="55" w:type="dxa"/>
        <w:right w:w="55" w:type="dxa"/>
      </w:tblCellMar>
    </w:tbl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5"/>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466</Words>
  <Characters>2310</Characters>
  <Application>Microsoft Office Word</Application>
  <DocSecurity>0</DocSecurity>
  <Lines>53</Lines>
  <Paragraphs>29</Paragraphs>
  <ScaleCrop>false</ScaleCrop>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Velocity curve part 1 observations</dc:title>
  <dc:description/>
  <cp:lastModifiedBy>Dylan Gormley</cp:lastModifiedBy>
  <cp:revision>5</cp:revision>
  <dcterms:created xsi:type="dcterms:W3CDTF">2026-09-26T23:52:00Z</dcterms:created>
  <dcterms:modified xsi:type="dcterms:W3CDTF">2026-09-27T00:42:00Z</dcterms:modified>
</cp:coreProperties>
</file>