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26A2" w14:textId="77777777" w:rsidR="00DF776B" w:rsidRDefault="00422D62">
      <w:pPr>
        <w:pStyle w:val="Title"/>
        <w:keepNext/>
      </w:pPr>
      <w:r>
        <w:t>Horn telescope discussion guide</w:t>
      </w:r>
    </w:p>
    <w:p w14:paraId="01B6D9B7" w14:textId="77777777" w:rsidR="00DF776B" w:rsidRDefault="00422D62">
      <w:pPr>
        <w:pStyle w:val="Subtitle"/>
        <w:keepNext/>
      </w:pPr>
      <w:r>
        <w:t>Teacher reference</w:t>
      </w:r>
    </w:p>
    <w:p w14:paraId="5ECAF22F" w14:textId="77777777" w:rsidR="00DF776B" w:rsidRDefault="00422D62">
      <w:r>
        <w:t>a. What is the telescope detecting?</w:t>
      </w:r>
    </w:p>
    <w:p w14:paraId="2AB9D177" w14:textId="77777777" w:rsidR="00DF776B" w:rsidRDefault="00422D62">
      <w:r>
        <w:t>Radio waves</w:t>
      </w:r>
    </w:p>
    <w:p w14:paraId="35A58B49" w14:textId="77777777" w:rsidR="00DF776B" w:rsidRDefault="00422D62">
      <w:r>
        <w:t>b. What is the source of these radio waves? How do we know?</w:t>
      </w:r>
    </w:p>
    <w:p w14:paraId="2ADD4D2E" w14:textId="77777777" w:rsidR="00DF776B" w:rsidRDefault="00422D62">
      <w:pPr>
        <w:pStyle w:val="ListBullet"/>
      </w:pPr>
      <w:r>
        <w:t xml:space="preserve"> The signals come from outside the earth </w:t>
      </w:r>
    </w:p>
    <w:p w14:paraId="06E6B980" w14:textId="77777777" w:rsidR="00DF776B" w:rsidRDefault="00422D62">
      <w:r>
        <w:t xml:space="preserve">→ If we point the telescope at different likely sources on earth, e.g. buildings, radio </w:t>
      </w:r>
    </w:p>
    <w:p w14:paraId="5C672A88" w14:textId="77777777" w:rsidR="00DF776B" w:rsidRDefault="00422D62">
      <w:r>
        <w:t>towers, other man-made structures, the “peaks” we observed do not show up. Also, the peak signals are strongest from “empty” sky, and the signal does not vary  significantly over a large range of sky.</w:t>
      </w:r>
    </w:p>
    <w:p w14:paraId="7CD784BC" w14:textId="77777777" w:rsidR="00DF776B" w:rsidRDefault="00422D62">
      <w:pPr>
        <w:pStyle w:val="ListBullet"/>
      </w:pPr>
      <w:r>
        <w:t xml:space="preserve"> The signals are radio waves </w:t>
      </w:r>
    </w:p>
    <w:p w14:paraId="730C1EA0" w14:textId="77777777" w:rsidR="00DF776B" w:rsidRDefault="00422D62">
      <w:r>
        <w:t>→ The telescope consists of an antenna (the wire in the can) and a low-noise amplifier</w:t>
      </w:r>
    </w:p>
    <w:p w14:paraId="32FFC38E" w14:textId="77777777" w:rsidR="00DF776B" w:rsidRDefault="00422D62">
      <w:r>
        <w:t>(LNA) designed to magnify and filter signals for the specific frequency 1420  MHz, which is in the radio frequency range.</w:t>
      </w:r>
    </w:p>
    <w:p w14:paraId="18FDF9ED" w14:textId="77777777" w:rsidR="00DF776B" w:rsidRDefault="00422D62">
      <w:r>
        <w:t>c. Horn telescope diagram</w:t>
      </w:r>
    </w:p>
    <w:p w14:paraId="6269BCAE" w14:textId="77777777" w:rsidR="00DF776B" w:rsidRDefault="00422D62">
      <w:pPr>
        <w:spacing w:before="100" w:after="160"/>
        <w:jc w:val="center"/>
      </w:pPr>
      <w:r>
        <w:rPr>
          <w:noProof/>
        </w:rPr>
        <w:drawing>
          <wp:inline distT="0" distB="0" distL="0" distR="0" wp14:anchorId="6947A5B8" wp14:editId="7CAD77D4">
            <wp:extent cx="4660900" cy="1523170"/>
            <wp:effectExtent l="0" t="0" r="0" b="0"/>
            <wp:docPr id="1" name="Picture 1" descr="Horn telescope discussion guide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rn-introduction-answer-key-1-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152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85946" w14:textId="77777777" w:rsidR="00DF776B" w:rsidRDefault="00422D62">
      <w:r>
        <w:t>i. Hardware</w:t>
      </w:r>
    </w:p>
    <w:p w14:paraId="5D0581C8" w14:textId="77777777" w:rsidR="00DF776B" w:rsidRDefault="00422D62">
      <w:pPr>
        <w:pStyle w:val="ListBullet"/>
      </w:pPr>
      <w:r>
        <w:t>horn &amp; tin can</w:t>
      </w:r>
    </w:p>
    <w:p w14:paraId="3750CE11" w14:textId="77777777" w:rsidR="00DF776B" w:rsidRDefault="00422D62">
      <w:pPr>
        <w:pStyle w:val="ListBullet"/>
      </w:pPr>
      <w:r>
        <w:t>metal wire</w:t>
      </w:r>
    </w:p>
    <w:p w14:paraId="31FE380B" w14:textId="77777777" w:rsidR="00DF776B" w:rsidRDefault="00422D62">
      <w:pPr>
        <w:pStyle w:val="ListBullet"/>
      </w:pPr>
      <w:r>
        <w:t>cables</w:t>
      </w:r>
    </w:p>
    <w:p w14:paraId="00B8DDFC" w14:textId="77777777" w:rsidR="00DF776B" w:rsidRDefault="00422D62">
      <w:pPr>
        <w:pStyle w:val="ListBullet"/>
      </w:pPr>
      <w:r>
        <w:t>amplifier</w:t>
      </w:r>
    </w:p>
    <w:p w14:paraId="4F28B3CF" w14:textId="77777777" w:rsidR="00DF776B" w:rsidRDefault="00422D62">
      <w:pPr>
        <w:pStyle w:val="ListBullet"/>
      </w:pPr>
      <w:r>
        <w:t>dongle</w:t>
      </w:r>
    </w:p>
    <w:p w14:paraId="6786ECEE" w14:textId="77777777" w:rsidR="00DF776B" w:rsidRDefault="00422D62">
      <w:pPr>
        <w:pStyle w:val="ListBullet"/>
      </w:pPr>
      <w:r>
        <w:t>computer</w:t>
      </w:r>
    </w:p>
    <w:p w14:paraId="3E3C5EDF" w14:textId="77777777" w:rsidR="00DF776B" w:rsidRDefault="00422D62">
      <w:r>
        <w:t>ii. Software</w:t>
      </w:r>
    </w:p>
    <w:p w14:paraId="2D1066E2" w14:textId="77777777" w:rsidR="00DF776B" w:rsidRDefault="00422D62">
      <w:pPr>
        <w:pStyle w:val="ListBullet"/>
      </w:pPr>
      <w:r>
        <w:t>GNU Radio – open source software defined radio program</w:t>
      </w:r>
    </w:p>
    <w:sectPr w:rsidR="00DF776B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8D6A6" w14:textId="77777777" w:rsidR="00362A7D" w:rsidRDefault="00362A7D">
      <w:pPr>
        <w:spacing w:after="0" w:line="240" w:lineRule="auto"/>
      </w:pPr>
      <w:r>
        <w:separator/>
      </w:r>
    </w:p>
  </w:endnote>
  <w:endnote w:type="continuationSeparator" w:id="0">
    <w:p w14:paraId="204943DC" w14:textId="77777777" w:rsidR="00362A7D" w:rsidRDefault="0036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461B" w14:textId="77777777" w:rsidR="00D2426A" w:rsidRDefault="00D242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588C" w14:textId="77777777" w:rsidR="00422D62" w:rsidRDefault="00422D62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D6BB" w14:textId="77777777" w:rsidR="00D2426A" w:rsidRDefault="00D24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B50CF" w14:textId="77777777" w:rsidR="00362A7D" w:rsidRDefault="00362A7D">
      <w:pPr>
        <w:spacing w:after="0" w:line="240" w:lineRule="auto"/>
      </w:pPr>
      <w:r>
        <w:separator/>
      </w:r>
    </w:p>
  </w:footnote>
  <w:footnote w:type="continuationSeparator" w:id="0">
    <w:p w14:paraId="4C070E85" w14:textId="77777777" w:rsidR="00362A7D" w:rsidRDefault="00362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98D3" w14:textId="77777777" w:rsidR="00D2426A" w:rsidRDefault="00D242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D61C2" w14:textId="77777777" w:rsidR="00422D62" w:rsidRDefault="00422D62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D27B9" w14:textId="77777777" w:rsidR="00D2426A" w:rsidRDefault="00D242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8092017">
    <w:abstractNumId w:val="8"/>
  </w:num>
  <w:num w:numId="2" w16cid:durableId="561216658">
    <w:abstractNumId w:val="6"/>
  </w:num>
  <w:num w:numId="3" w16cid:durableId="1660578352">
    <w:abstractNumId w:val="5"/>
  </w:num>
  <w:num w:numId="4" w16cid:durableId="1484548241">
    <w:abstractNumId w:val="4"/>
  </w:num>
  <w:num w:numId="5" w16cid:durableId="1025909199">
    <w:abstractNumId w:val="7"/>
  </w:num>
  <w:num w:numId="6" w16cid:durableId="1098911741">
    <w:abstractNumId w:val="3"/>
  </w:num>
  <w:num w:numId="7" w16cid:durableId="1528059737">
    <w:abstractNumId w:val="2"/>
  </w:num>
  <w:num w:numId="8" w16cid:durableId="1884709941">
    <w:abstractNumId w:val="1"/>
  </w:num>
  <w:num w:numId="9" w16cid:durableId="113883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1C2"/>
    <w:rsid w:val="00034616"/>
    <w:rsid w:val="0006063C"/>
    <w:rsid w:val="0015074B"/>
    <w:rsid w:val="00176530"/>
    <w:rsid w:val="001C7B08"/>
    <w:rsid w:val="0029639D"/>
    <w:rsid w:val="00326F90"/>
    <w:rsid w:val="00362A7D"/>
    <w:rsid w:val="00422D62"/>
    <w:rsid w:val="005D0E94"/>
    <w:rsid w:val="006C3B08"/>
    <w:rsid w:val="00735244"/>
    <w:rsid w:val="007974EC"/>
    <w:rsid w:val="00895A48"/>
    <w:rsid w:val="00AA1D8D"/>
    <w:rsid w:val="00B47730"/>
    <w:rsid w:val="00CB0664"/>
    <w:rsid w:val="00D2426A"/>
    <w:rsid w:val="00DB0D91"/>
    <w:rsid w:val="00DF77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FBAB34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747</Characters>
  <Application>Microsoft Office Word</Application>
  <DocSecurity>0</DocSecurity>
  <Lines>32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Horn telescope discussion guide</dc:title>
  <dc:subject>Teacher reference</dc:subject>
  <dc:creator>WVU DSPIRA</dc:creator>
  <cp:keywords/>
  <dc:description/>
  <cp:lastModifiedBy>Dylan Gormley</cp:lastModifiedBy>
  <cp:revision>5</cp:revision>
  <dcterms:created xsi:type="dcterms:W3CDTF">2026-09-26T00:00:00Z</dcterms:created>
  <dcterms:modified xsi:type="dcterms:W3CDTF">2026-09-27T00:42:00Z</dcterms:modified>
  <cp:category/>
</cp:coreProperties>
</file>