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14A42" w14:textId="77777777" w:rsidR="001C3593" w:rsidRDefault="00F53150">
      <w:pPr>
        <w:pStyle w:val="Title"/>
      </w:pPr>
      <w:r>
        <w:t>The electromagnetic spectrum</w:t>
      </w:r>
    </w:p>
    <w:p w14:paraId="1A1A81EC" w14:textId="77777777" w:rsidR="001C3593" w:rsidRDefault="00F53150">
      <w:pPr>
        <w:pStyle w:val="Subtitle"/>
      </w:pPr>
      <w:r>
        <w:t>Student worksheet</w:t>
      </w:r>
    </w:p>
    <w:p w14:paraId="05F6FA34" w14:textId="77777777" w:rsidR="001C3593" w:rsidRDefault="00F53150">
      <w:r>
        <w:t>Describe wave properties and calculate wavelengths relevant to radio astronomy. Show your reasoning and include units in each answer.</w:t>
      </w:r>
    </w:p>
    <w:p w14:paraId="6EE94A98" w14:textId="77777777" w:rsidR="001C3593" w:rsidRDefault="00F53150">
      <w:r>
        <w:t>Name ______________________________   Date __________________</w:t>
      </w:r>
    </w:p>
    <w:p w14:paraId="06DFA1C8" w14:textId="77777777" w:rsidR="001C3593" w:rsidRDefault="00F53150">
      <w:pPr>
        <w:pStyle w:val="Heading1"/>
      </w:pPr>
      <w:r>
        <w:t>Wave properties</w:t>
      </w:r>
    </w:p>
    <w:p w14:paraId="4C4E332C" w14:textId="77777777" w:rsidR="001C3593" w:rsidRDefault="00F53150">
      <w:r>
        <w:t>Mechanical waves need a medium, such as air or water. Electromagnetic waves can travel through a vacuum. Radio waves, microwaves, infrared, visible light, ultraviolet, X-rays, and gamma rays are all electromagnetic waves.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136"/>
      </w:tblGrid>
      <w:tr w:rsidR="00B41A45" w14:paraId="4232D60D" w14:textId="77777777">
        <w:trPr>
          <w:cantSplit/>
          <w:tblHeader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DFDB1" w14:textId="77777777" w:rsidR="001C3593" w:rsidRDefault="00F53150">
            <w:pPr>
              <w:spacing w:after="0"/>
            </w:pPr>
            <w:r>
              <w:rPr>
                <w:b/>
                <w:color w:val="FFFFFF"/>
              </w:rPr>
              <w:t>Property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A5FEC" w14:textId="77777777" w:rsidR="001C3593" w:rsidRDefault="00F53150">
            <w:pPr>
              <w:spacing w:after="0"/>
            </w:pPr>
            <w:r>
              <w:rPr>
                <w:b/>
                <w:color w:val="FFFFFF"/>
              </w:rPr>
              <w:t>Meaning</w:t>
            </w:r>
          </w:p>
        </w:tc>
      </w:tr>
      <w:tr w:rsidR="001C3593" w14:paraId="52D670D6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E9483" w14:textId="77777777" w:rsidR="001C3593" w:rsidRDefault="00F53150">
            <w:pPr>
              <w:spacing w:after="0"/>
            </w:pPr>
            <w:r>
              <w:t>Period T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42CC6" w14:textId="77777777" w:rsidR="001C3593" w:rsidRDefault="00F53150">
            <w:pPr>
              <w:spacing w:after="0"/>
            </w:pPr>
            <w:r>
              <w:t>Time for one oscillation, measured in seconds.</w:t>
            </w:r>
          </w:p>
        </w:tc>
      </w:tr>
      <w:tr w:rsidR="001C3593" w14:paraId="51BFDE9F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39178" w14:textId="77777777" w:rsidR="001C3593" w:rsidRDefault="00F53150">
            <w:pPr>
              <w:spacing w:after="0"/>
            </w:pPr>
            <w:r>
              <w:t>Frequency f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06643" w14:textId="77777777" w:rsidR="001C3593" w:rsidRDefault="00F53150">
            <w:pPr>
              <w:spacing w:after="0"/>
            </w:pPr>
            <w:r>
              <w:t>Oscillations per second, measured in hertz.</w:t>
            </w:r>
          </w:p>
        </w:tc>
      </w:tr>
      <w:tr w:rsidR="001C3593" w14:paraId="4B3D2194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C6223" w14:textId="77777777" w:rsidR="001C3593" w:rsidRDefault="00F53150">
            <w:pPr>
              <w:spacing w:after="0"/>
            </w:pPr>
            <w:r>
              <w:t>Amplitude A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DB387" w14:textId="77777777" w:rsidR="001C3593" w:rsidRDefault="00F53150">
            <w:pPr>
              <w:spacing w:after="0"/>
            </w:pPr>
            <w:r>
              <w:t>Maximum size of the disturbance relative to equilibrium.</w:t>
            </w:r>
          </w:p>
        </w:tc>
      </w:tr>
      <w:tr w:rsidR="001C3593" w14:paraId="1A15266E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DF4F3" w14:textId="77777777" w:rsidR="001C3593" w:rsidRDefault="00F53150">
            <w:pPr>
              <w:spacing w:after="0"/>
            </w:pPr>
            <w:r>
              <w:t>Wavelength λ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ABB02" w14:textId="77777777" w:rsidR="001C3593" w:rsidRDefault="00F53150">
            <w:pPr>
              <w:spacing w:after="0"/>
            </w:pPr>
            <w:r>
              <w:t>Distance between repeating points, measured in meters.</w:t>
            </w:r>
          </w:p>
        </w:tc>
      </w:tr>
      <w:tr w:rsidR="001C3593" w14:paraId="76BCD360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00754" w14:textId="77777777" w:rsidR="001C3593" w:rsidRDefault="00F53150">
            <w:pPr>
              <w:spacing w:after="0"/>
            </w:pPr>
            <w:r>
              <w:t>Wave speed v</w:t>
            </w:r>
          </w:p>
        </w:tc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5F24A" w14:textId="77777777" w:rsidR="001C3593" w:rsidRDefault="00F53150">
            <w:pPr>
              <w:spacing w:after="0"/>
            </w:pPr>
            <w:r>
              <w:t>Speed at which the disturbance travels.</w:t>
            </w:r>
          </w:p>
        </w:tc>
      </w:tr>
    </w:tbl>
    <w:p w14:paraId="4506098E" w14:textId="77777777" w:rsidR="001C3593" w:rsidRDefault="00F53150">
      <w:pPr>
        <w:pStyle w:val="Heading1"/>
      </w:pPr>
      <w:r>
        <w:t>Describe a wave</w:t>
      </w:r>
    </w:p>
    <w:p w14:paraId="13A953D9" w14:textId="77777777" w:rsidR="001C3593" w:rsidRDefault="00F53150">
      <w:r>
        <w:t>1. How are frequency and period related? Write an equation and explain its meaning.</w:t>
      </w:r>
    </w:p>
    <w:p w14:paraId="62025557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0E90DC93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666AB171" w14:textId="77777777" w:rsidR="001C3593" w:rsidRDefault="00F53150">
      <w:r>
        <w:t>2. Label the amplitude and wavelength on this snapshot of a wave. Mark the equilibrium level.</w:t>
      </w:r>
    </w:p>
    <w:p w14:paraId="2626252D" w14:textId="77777777" w:rsidR="001C3593" w:rsidRDefault="00F53150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5212080" cy="926064"/>
            <wp:effectExtent l="0" t="0" r="0" b="0"/>
            <wp:docPr id="1" name="Picture 1" descr="A wave shown as a function of posi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92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D031F" w14:textId="77777777" w:rsidR="001C3593" w:rsidRDefault="00F53150">
      <w:pPr>
        <w:pStyle w:val="Caption"/>
        <w:jc w:val="center"/>
      </w:pPr>
      <w:r>
        <w:t>A wave shown as a function of position.</w:t>
      </w:r>
    </w:p>
    <w:p w14:paraId="111D7297" w14:textId="77777777" w:rsidR="001C3593" w:rsidRDefault="00F53150">
      <w:pPr>
        <w:pStyle w:val="Heading1"/>
      </w:pPr>
      <w:r>
        <w:t>Connect speed and wavelength</w:t>
      </w:r>
    </w:p>
    <w:p w14:paraId="31C1B26B" w14:textId="77777777" w:rsidR="001C3593" w:rsidRDefault="00F53150">
      <w:r>
        <w:t>Wave speed satisfies v = fλ. In a vacuum, electromagnetic waves travel at c = 3.00 × 10⁸ m/s. Therefore c = fλ. Higher frequency means shorter wavelength at the same speed.</w:t>
      </w:r>
    </w:p>
    <w:p w14:paraId="6EE6891C" w14:textId="77777777" w:rsidR="001C3593" w:rsidRDefault="00F53150">
      <w:pPr>
        <w:pStyle w:val="Heading1"/>
        <w:pageBreakBefore/>
      </w:pPr>
      <w:r>
        <w:lastRenderedPageBreak/>
        <w:t>Calculate and compare wavelengths</w:t>
      </w:r>
    </w:p>
    <w:p w14:paraId="1D26FA00" w14:textId="77777777" w:rsidR="001C3593" w:rsidRDefault="00F53150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5852160" cy="2755756"/>
            <wp:effectExtent l="0" t="0" r="0" b="0"/>
            <wp:docPr id="2" name="Picture 2" descr="The electromagnetic spectrum spans a wide range of wavelength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75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18B2B" w14:textId="77777777" w:rsidR="001C3593" w:rsidRDefault="00F53150">
      <w:pPr>
        <w:pStyle w:val="Caption"/>
        <w:jc w:val="center"/>
      </w:pPr>
      <w:r>
        <w:t>The electromagnetic spectrum spans a wide range of wavelengths.</w:t>
      </w:r>
    </w:p>
    <w:p w14:paraId="0254E12B" w14:textId="77777777" w:rsidR="001C3593" w:rsidRDefault="00F53150">
      <w:pPr>
        <w:pStyle w:val="Heading1"/>
      </w:pPr>
      <w:r>
        <w:t>Hydrogen emission</w:t>
      </w:r>
    </w:p>
    <w:p w14:paraId="0D4EDB82" w14:textId="77777777" w:rsidR="001C3593" w:rsidRDefault="00F53150">
      <w:r>
        <w:t>3. The horn telescope detects neutral hydrogen near 1420.4 MHz. Calculate the wavelength and express your answer in centimeters.</w:t>
      </w:r>
    </w:p>
    <w:p w14:paraId="2547B624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4B23381E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212CB892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4BB176C8" w14:textId="77777777" w:rsidR="001C3593" w:rsidRDefault="00F53150">
      <w:pPr>
        <w:pStyle w:val="Heading1"/>
      </w:pPr>
      <w:r>
        <w:t>A radio frequency range</w:t>
      </w:r>
    </w:p>
    <w:p w14:paraId="7226A3E8" w14:textId="77777777" w:rsidR="001C3593" w:rsidRDefault="00F53150">
      <w:r>
        <w:t>4. Consider signals from 87 MHz to 107 MHz. Calculate their wavelength range in meters. Which frequency has the longer wavelength?</w:t>
      </w:r>
    </w:p>
    <w:p w14:paraId="4F6ADF89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520E661B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0D7003C3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1D4CFD2D" w14:textId="77777777" w:rsidR="001C3593" w:rsidRDefault="00F53150">
      <w:pPr>
        <w:pStyle w:val="Heading1"/>
      </w:pPr>
      <w:r>
        <w:t>An atomic scale</w:t>
      </w:r>
    </w:p>
    <w:p w14:paraId="2D9956B4" w14:textId="77777777" w:rsidR="001C3593" w:rsidRDefault="00F53150">
      <w:r>
        <w:t>5. X-ray wavelengths can be comparable to atomic dimensions. Choose a reasonable atomic diameter or radius and give its value in meters. Calculate the frequency of light with that wavelength. Record your source for the atomic size.</w:t>
      </w:r>
    </w:p>
    <w:p w14:paraId="6EA0096F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0C96E38F" w14:textId="77777777" w:rsidR="001C3593" w:rsidRDefault="00F53150">
      <w:r>
        <w:rPr>
          <w:color w:val="7F7F7F"/>
        </w:rPr>
        <w:t>________________________________________________________________________</w:t>
      </w:r>
    </w:p>
    <w:p w14:paraId="13A49EB9" w14:textId="77777777" w:rsidR="001C3593" w:rsidRDefault="00F53150">
      <w:r>
        <w:rPr>
          <w:color w:val="7F7F7F"/>
        </w:rPr>
        <w:t>________________________________________________________________________</w:t>
      </w:r>
    </w:p>
    <w:sectPr w:rsidR="001C3593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A858" w14:textId="77777777" w:rsidR="00F53150" w:rsidRDefault="00F53150">
      <w:pPr>
        <w:spacing w:after="0" w:line="240" w:lineRule="auto"/>
      </w:pPr>
      <w:r>
        <w:separator/>
      </w:r>
    </w:p>
  </w:endnote>
  <w:endnote w:type="continuationSeparator" w:id="0">
    <w:p w14:paraId="5BEFB0FD" w14:textId="77777777" w:rsidR="00F53150" w:rsidRDefault="00F5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E7A7" w14:textId="77777777" w:rsidR="00F53150" w:rsidRDefault="00F53150">
      <w:pPr>
        <w:spacing w:after="0" w:line="240" w:lineRule="auto"/>
      </w:pPr>
      <w:r>
        <w:separator/>
      </w:r>
    </w:p>
  </w:footnote>
  <w:footnote w:type="continuationSeparator" w:id="0">
    <w:p w14:paraId="0AE1EFBE" w14:textId="77777777" w:rsidR="00F53150" w:rsidRDefault="00F5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15074B"/>
    <w:rsid w:val="001C3593"/>
    <w:rsid w:val="00253185"/>
    <w:rsid w:val="0029639D"/>
    <w:rsid w:val="002D5602"/>
    <w:rsid w:val="00326F90"/>
    <w:rsid w:val="004B48EE"/>
    <w:rsid w:val="006B203A"/>
    <w:rsid w:val="00A32A81"/>
    <w:rsid w:val="00A46503"/>
    <w:rsid w:val="00AA1D8D"/>
    <w:rsid w:val="00AE6A63"/>
    <w:rsid w:val="00B41A45"/>
    <w:rsid w:val="00B47730"/>
    <w:rsid w:val="00C04066"/>
    <w:rsid w:val="00CB0664"/>
    <w:rsid w:val="00DE4EEC"/>
    <w:rsid w:val="00E77189"/>
    <w:rsid w:val="00F531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C849E2B9-0EA8-412E-B5F3-B89F1198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electromagnetic spectrum</dc:title>
  <dc:subject>Radio astronomy and Galactic rotation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2026-09-27T04:00:00Z</dcterms:modified>
  <cp:category/>
</cp:coreProperties>
</file>