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F2FC6" w14:textId="77777777" w:rsidR="00D0260B" w:rsidRDefault="00C6121F">
      <w:pPr>
        <w:pStyle w:val="Title"/>
        <w:keepNext/>
      </w:pPr>
      <w:r>
        <w:t>Filters</w:t>
      </w:r>
    </w:p>
    <w:p w14:paraId="19A885F7" w14:textId="77777777" w:rsidR="00D0260B" w:rsidRDefault="00C6121F">
      <w:pPr>
        <w:pStyle w:val="Subtitle"/>
        <w:keepNext/>
      </w:pPr>
      <w:r>
        <w:t>Student activity</w:t>
      </w:r>
    </w:p>
    <w:p w14:paraId="71280FB2" w14:textId="77777777" w:rsidR="00D0260B" w:rsidRDefault="00C6121F">
      <w:r>
        <w:t>Name ______________________________    Date __________________</w:t>
      </w:r>
    </w:p>
    <w:p w14:paraId="28EF1DFF" w14:textId="77777777" w:rsidR="00D0260B" w:rsidRDefault="00C6121F">
      <w:r>
        <w:t xml:space="preserve">In this activity you will use your multiple waveform signal source from Lesson 2 and add different types of  filters to see their effect on the output. </w:t>
      </w:r>
    </w:p>
    <w:p w14:paraId="785E7CB3" w14:textId="77777777" w:rsidR="00D0260B" w:rsidRDefault="00C6121F">
      <w:pPr>
        <w:pStyle w:val="Heading1"/>
      </w:pPr>
      <w:r>
        <w:t>Low-Pass Filter</w:t>
      </w:r>
    </w:p>
    <w:p w14:paraId="5BE2E0A7" w14:textId="77777777" w:rsidR="00D0260B" w:rsidRDefault="00C6121F">
      <w:r>
        <w:t xml:space="preserve">Ideally, a low-pass filter allows signals with frequencies from 0 Hz to the "cutoff" frequency to pass through  unchanged, and it chops out signals above the cutoff frequency. You can think of it as a multiplier function  that multiplies the signal by 1 for signals below the cutoff frequency, and multiplies by 0 for signals above  the cutoff frequency. An analogy with liquids would be how a coffee filter works, allowing particles smaller  than a certain size to pass through, and particles greater than a certain size are filtered out and don’t pass  through.  </w:t>
      </w:r>
    </w:p>
    <w:p w14:paraId="29D149CD" w14:textId="77777777" w:rsidR="00D0260B" w:rsidRDefault="00C6121F">
      <w:r>
        <w:t xml:space="preserve">Real filters are unable to suddenly cutoff a signal from a multiplier of 1 to a multiplier of 0 at a single  frequency. The range of frequencies over which the multiplier changes from 1 to 0 is defined by the  </w:t>
      </w:r>
      <w:r>
        <w:rPr>
          <w:b/>
          <w:i/>
        </w:rPr>
        <w:t>transition width</w:t>
      </w:r>
      <w:r>
        <w:t xml:space="preserve">, as illustrated below: </w:t>
      </w:r>
    </w:p>
    <w:p w14:paraId="5D08FCDC" w14:textId="77777777" w:rsidR="00D0260B" w:rsidRDefault="00C6121F">
      <w:pPr>
        <w:spacing w:before="100" w:after="160"/>
        <w:jc w:val="center"/>
      </w:pPr>
      <w:r>
        <w:rPr>
          <w:noProof/>
        </w:rPr>
        <w:drawing>
          <wp:inline distT="0" distB="0" distL="0" distR="0" wp14:anchorId="781FAD23" wp14:editId="7242137E">
            <wp:extent cx="4980432" cy="2042160"/>
            <wp:effectExtent l="0" t="0" r="0" b="0"/>
            <wp:docPr id="1" name="Picture 1" descr="Filters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filters-1-2.png"/>
                    <pic:cNvPicPr/>
                  </pic:nvPicPr>
                  <pic:blipFill>
                    <a:blip r:embed="rId8"/>
                    <a:stretch>
                      <a:fillRect/>
                    </a:stretch>
                  </pic:blipFill>
                  <pic:spPr>
                    <a:xfrm>
                      <a:off x="0" y="0"/>
                      <a:ext cx="4980432" cy="2042160"/>
                    </a:xfrm>
                    <a:prstGeom prst="rect">
                      <a:avLst/>
                    </a:prstGeom>
                  </pic:spPr>
                </pic:pic>
              </a:graphicData>
            </a:graphic>
          </wp:inline>
        </w:drawing>
      </w:r>
    </w:p>
    <w:p w14:paraId="3CD97763" w14:textId="77777777" w:rsidR="00D0260B" w:rsidRDefault="00C6121F">
      <w:pPr>
        <w:pStyle w:val="ListBullet"/>
      </w:pPr>
      <w:r>
        <w:t xml:space="preserve">  Open your 6 function signal generator from Lesson 2. </w:t>
      </w:r>
    </w:p>
    <w:p w14:paraId="7DC5E747" w14:textId="77777777" w:rsidR="00D0260B" w:rsidRDefault="00C6121F">
      <w:pPr>
        <w:pStyle w:val="ListBullet"/>
      </w:pPr>
      <w:r>
        <w:t xml:space="preserve">  Save as . . .  using a new file name. </w:t>
      </w:r>
    </w:p>
    <w:p w14:paraId="2C469896" w14:textId="77777777" w:rsidR="00D0260B" w:rsidRDefault="00C6121F">
      <w:pPr>
        <w:pStyle w:val="ListBullet"/>
      </w:pPr>
      <w:r>
        <w:t xml:space="preserve">  Add a </w:t>
      </w:r>
      <w:r>
        <w:rPr>
          <w:b/>
          <w:i/>
        </w:rPr>
        <w:t>Low Pass Filter</w:t>
      </w:r>
      <w:r>
        <w:t xml:space="preserve"> block to the canvas, and connect it after the </w:t>
      </w:r>
      <w:r>
        <w:rPr>
          <w:b/>
          <w:i/>
        </w:rPr>
        <w:t>Add</w:t>
      </w:r>
      <w:r>
        <w:t xml:space="preserve"> block. </w:t>
      </w:r>
    </w:p>
    <w:p w14:paraId="2B588DD5" w14:textId="77777777" w:rsidR="00D0260B" w:rsidRDefault="00C6121F">
      <w:pPr>
        <w:pStyle w:val="ListBullet"/>
      </w:pPr>
      <w:r>
        <w:t xml:space="preserve">  Open this block and change the </w:t>
      </w:r>
      <w:r>
        <w:rPr>
          <w:i/>
        </w:rPr>
        <w:t>FIR type</w:t>
      </w:r>
      <w:r>
        <w:t xml:space="preserve"> to "Float → Float (Decimating)". This block should look  like the following: </w:t>
      </w:r>
    </w:p>
    <w:p w14:paraId="7F45E7F6" w14:textId="77777777" w:rsidR="00D0260B" w:rsidRDefault="00C6121F">
      <w:pPr>
        <w:spacing w:before="100" w:after="160"/>
        <w:jc w:val="center"/>
      </w:pPr>
      <w:r>
        <w:rPr>
          <w:noProof/>
        </w:rPr>
        <w:lastRenderedPageBreak/>
        <w:drawing>
          <wp:inline distT="0" distB="0" distL="0" distR="0" wp14:anchorId="6BF2CBAC" wp14:editId="5C7C6BE9">
            <wp:extent cx="3115055" cy="2596895"/>
            <wp:effectExtent l="0" t="0" r="0" b="0"/>
            <wp:docPr id="2" name="Picture 2" descr="Filters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filters-1-1.png"/>
                    <pic:cNvPicPr/>
                  </pic:nvPicPr>
                  <pic:blipFill>
                    <a:blip r:embed="rId9"/>
                    <a:stretch>
                      <a:fillRect/>
                    </a:stretch>
                  </pic:blipFill>
                  <pic:spPr>
                    <a:xfrm>
                      <a:off x="0" y="0"/>
                      <a:ext cx="3115055" cy="2596895"/>
                    </a:xfrm>
                    <a:prstGeom prst="rect">
                      <a:avLst/>
                    </a:prstGeom>
                  </pic:spPr>
                </pic:pic>
              </a:graphicData>
            </a:graphic>
          </wp:inline>
        </w:drawing>
      </w:r>
    </w:p>
    <w:p w14:paraId="37E0C26D" w14:textId="77777777" w:rsidR="00D0260B" w:rsidRDefault="00C6121F">
      <w:pPr>
        <w:pStyle w:val="ListBullet"/>
      </w:pPr>
      <w:r>
        <w:t xml:space="preserve">  Start with a </w:t>
      </w:r>
      <w:r>
        <w:rPr>
          <w:i/>
        </w:rPr>
        <w:t>Cutoff Freq</w:t>
      </w:r>
      <w:r>
        <w:t xml:space="preserve"> of 1000 and a </w:t>
      </w:r>
      <w:r>
        <w:rPr>
          <w:i/>
        </w:rPr>
        <w:t>Transition Width</w:t>
      </w:r>
      <w:r>
        <w:t xml:space="preserve"> of 50. The frequency values are in </w:t>
      </w:r>
      <w:r>
        <w:rPr>
          <w:i/>
        </w:rPr>
        <w:t>Hz</w:t>
      </w:r>
      <w:r>
        <w:t xml:space="preserve">. </w:t>
      </w:r>
    </w:p>
    <w:p w14:paraId="448FA564" w14:textId="77777777" w:rsidR="00D0260B" w:rsidRDefault="00C6121F">
      <w:pPr>
        <w:pStyle w:val="ListBullet"/>
      </w:pPr>
      <w:r>
        <w:t xml:space="preserve">  Run the program. Adjust the frequencies of the signal sources, with some above and some below the  cutoff frequency. </w:t>
      </w:r>
    </w:p>
    <w:p w14:paraId="55C8C658" w14:textId="77777777" w:rsidR="00D0260B" w:rsidRDefault="00C6121F">
      <w:r>
        <w:t>The frequency graph uses a logarithmic decibel (dB) scale. A 20 dB drop reduces amplitude to 1/10. A signal at -40 dB has 1/100 the amplitude of a signal at 0 dB.</w:t>
      </w:r>
    </w:p>
    <w:p w14:paraId="126DEFB8" w14:textId="77777777" w:rsidR="00D0260B" w:rsidRDefault="00C6121F">
      <w:pPr>
        <w:pStyle w:val="ListBullet"/>
      </w:pPr>
      <w:r>
        <w:t xml:space="preserve">  The Time Domain graph might be more convincing. Set several of the frequencies below the cutoff  frequency. Then increase them one by one to values way above the cutoff frequency. When only one  signal remains with a frequency below the cutoff, the time graph should look like a single sinusoidal  graph at that frequency. </w:t>
      </w:r>
    </w:p>
    <w:p w14:paraId="1E921FD7" w14:textId="77777777" w:rsidR="00D0260B" w:rsidRDefault="00C6121F">
      <w:pPr>
        <w:pStyle w:val="ListBullet"/>
      </w:pPr>
      <w:r>
        <w:t xml:space="preserve">  Explore different </w:t>
      </w:r>
      <w:r>
        <w:rPr>
          <w:i/>
        </w:rPr>
        <w:t>Cutoff Freq’s</w:t>
      </w:r>
      <w:r>
        <w:t xml:space="preserve"> and </w:t>
      </w:r>
      <w:r>
        <w:rPr>
          <w:i/>
        </w:rPr>
        <w:t>Transition Widths</w:t>
      </w:r>
      <w:r>
        <w:t xml:space="preserve"> as well as different source frequencies. </w:t>
      </w:r>
    </w:p>
    <w:p w14:paraId="66DC4535" w14:textId="77777777" w:rsidR="00D0260B" w:rsidRDefault="00C6121F">
      <w:pPr>
        <w:pStyle w:val="ListBullet"/>
        <w:spacing w:after="582"/>
      </w:pPr>
      <w:r>
        <w:t xml:space="preserve">  Does the output behave as you would expect according to the simple model of a low-pass filter? </w:t>
      </w:r>
    </w:p>
    <w:p w14:paraId="2B57F4BF" w14:textId="77777777" w:rsidR="00D0260B" w:rsidRDefault="00C6121F">
      <w:pPr>
        <w:pStyle w:val="Heading1"/>
      </w:pPr>
      <w:r>
        <w:t>High-Pass Filter</w:t>
      </w:r>
    </w:p>
    <w:p w14:paraId="68550BD7" w14:textId="77777777" w:rsidR="00D0260B" w:rsidRDefault="00C6121F">
      <w:r>
        <w:t xml:space="preserve">Ideally, a high-pass filter allows signals with frequencies above the cutoff frequency to pass through  unchanged, and it chops out signals below the cutoff frequency. As with a low-pass filter, there is also a  transition width associated with a real high-pass filter. A schematic diagram of the profile of a high-pass filter  is illustrated below: </w:t>
      </w:r>
    </w:p>
    <w:p w14:paraId="21B429BF" w14:textId="77777777" w:rsidR="00D0260B" w:rsidRDefault="00C6121F">
      <w:pPr>
        <w:spacing w:before="100" w:after="160"/>
        <w:jc w:val="center"/>
      </w:pPr>
      <w:r>
        <w:rPr>
          <w:noProof/>
        </w:rPr>
        <w:lastRenderedPageBreak/>
        <w:drawing>
          <wp:inline distT="0" distB="0" distL="0" distR="0" wp14:anchorId="2C44AF2D" wp14:editId="6201098B">
            <wp:extent cx="5541264" cy="2048256"/>
            <wp:effectExtent l="0" t="0" r="0" b="0"/>
            <wp:docPr id="3" name="Picture 3" descr="Filters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filters-2-1.png"/>
                    <pic:cNvPicPr/>
                  </pic:nvPicPr>
                  <pic:blipFill>
                    <a:blip r:embed="rId10"/>
                    <a:stretch>
                      <a:fillRect/>
                    </a:stretch>
                  </pic:blipFill>
                  <pic:spPr>
                    <a:xfrm>
                      <a:off x="0" y="0"/>
                      <a:ext cx="5541264" cy="2048256"/>
                    </a:xfrm>
                    <a:prstGeom prst="rect">
                      <a:avLst/>
                    </a:prstGeom>
                  </pic:spPr>
                </pic:pic>
              </a:graphicData>
            </a:graphic>
          </wp:inline>
        </w:drawing>
      </w:r>
    </w:p>
    <w:p w14:paraId="17B25AC8" w14:textId="77777777" w:rsidR="00D0260B" w:rsidRDefault="00C6121F">
      <w:pPr>
        <w:pStyle w:val="ListBullet"/>
      </w:pPr>
      <w:r>
        <w:t xml:space="preserve">  Replace the Low Pass Filter with a High Pass Filter block. </w:t>
      </w:r>
    </w:p>
    <w:p w14:paraId="30516EB1" w14:textId="77777777" w:rsidR="00D0260B" w:rsidRDefault="00C6121F">
      <w:pPr>
        <w:pStyle w:val="ListBullet"/>
      </w:pPr>
      <w:r>
        <w:t xml:space="preserve">  Explore different </w:t>
      </w:r>
      <w:r>
        <w:rPr>
          <w:i/>
        </w:rPr>
        <w:t>Cutoff Freq’s</w:t>
      </w:r>
      <w:r>
        <w:t xml:space="preserve"> and </w:t>
      </w:r>
      <w:r>
        <w:rPr>
          <w:i/>
        </w:rPr>
        <w:t>Transition Widths</w:t>
      </w:r>
      <w:r>
        <w:t xml:space="preserve"> as well as different source frequencies, similar  to what you did for the low-pass filter. </w:t>
      </w:r>
    </w:p>
    <w:p w14:paraId="3F105371" w14:textId="77777777" w:rsidR="00D0260B" w:rsidRDefault="00C6121F">
      <w:pPr>
        <w:pStyle w:val="ListBullet"/>
        <w:spacing w:after="780"/>
      </w:pPr>
      <w:r>
        <w:t xml:space="preserve">  Does the output behave as you would expect according to the simple model of a high-pass filter? </w:t>
      </w:r>
    </w:p>
    <w:p w14:paraId="705DF967" w14:textId="77777777" w:rsidR="00D0260B" w:rsidRDefault="00C6121F">
      <w:pPr>
        <w:pStyle w:val="Heading1"/>
      </w:pPr>
      <w:r>
        <w:t>Band-Pass Filter</w:t>
      </w:r>
    </w:p>
    <w:p w14:paraId="6035DF13" w14:textId="77777777" w:rsidR="00D0260B" w:rsidRDefault="00C6121F">
      <w:r>
        <w:t xml:space="preserve">Ideally, a band-pass filter allows signals with frequencies above the “low cutoff” frequency to pass through  unchanged, and it chops out signals above the high cutoff frequency. A schematic diagram of the profile of an  ideal high-pass filter is illustrated below: </w:t>
      </w:r>
    </w:p>
    <w:p w14:paraId="0DBBC315" w14:textId="77777777" w:rsidR="00D0260B" w:rsidRDefault="00C6121F">
      <w:pPr>
        <w:spacing w:before="100" w:after="160"/>
        <w:jc w:val="center"/>
      </w:pPr>
      <w:r>
        <w:rPr>
          <w:noProof/>
        </w:rPr>
        <w:drawing>
          <wp:inline distT="0" distB="0" distL="0" distR="0" wp14:anchorId="5CD7FC2D" wp14:editId="64F22CA7">
            <wp:extent cx="3724655" cy="2218943"/>
            <wp:effectExtent l="0" t="0" r="0" b="0"/>
            <wp:docPr id="4" name="Picture 4" descr="Filters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filters-3-1.png"/>
                    <pic:cNvPicPr/>
                  </pic:nvPicPr>
                  <pic:blipFill>
                    <a:blip r:embed="rId11"/>
                    <a:stretch>
                      <a:fillRect/>
                    </a:stretch>
                  </pic:blipFill>
                  <pic:spPr>
                    <a:xfrm>
                      <a:off x="0" y="0"/>
                      <a:ext cx="3724655" cy="2218943"/>
                    </a:xfrm>
                    <a:prstGeom prst="rect">
                      <a:avLst/>
                    </a:prstGeom>
                  </pic:spPr>
                </pic:pic>
              </a:graphicData>
            </a:graphic>
          </wp:inline>
        </w:drawing>
      </w:r>
    </w:p>
    <w:p w14:paraId="7737B4AC" w14:textId="77777777" w:rsidR="00D0260B" w:rsidRDefault="00C6121F">
      <w:pPr>
        <w:pStyle w:val="ListBullet"/>
      </w:pPr>
      <w:r>
        <w:t xml:space="preserve">  Real band-pass filters have transition widths, as discussed with the other filters above. </w:t>
      </w:r>
    </w:p>
    <w:p w14:paraId="2F1B2598" w14:textId="77777777" w:rsidR="00D0260B" w:rsidRDefault="00C6121F">
      <w:pPr>
        <w:pStyle w:val="ListBullet"/>
      </w:pPr>
      <w:r>
        <w:t xml:space="preserve">  Replace the High Pass Filter with a Band Pass Filter block. </w:t>
      </w:r>
    </w:p>
    <w:p w14:paraId="3F7DFC7B" w14:textId="77777777" w:rsidR="00D0260B" w:rsidRDefault="00C6121F">
      <w:pPr>
        <w:pStyle w:val="ListBullet"/>
      </w:pPr>
      <w:r>
        <w:t xml:space="preserve">  Explore different </w:t>
      </w:r>
      <w:r>
        <w:rPr>
          <w:i/>
        </w:rPr>
        <w:t>Cutoff Freq’s</w:t>
      </w:r>
      <w:r>
        <w:t xml:space="preserve"> and </w:t>
      </w:r>
      <w:r>
        <w:rPr>
          <w:i/>
        </w:rPr>
        <w:t>Transition Widths</w:t>
      </w:r>
      <w:r>
        <w:t xml:space="preserve"> as well as different source frequencies, similar  to what you did for the other filters. </w:t>
      </w:r>
    </w:p>
    <w:p w14:paraId="5F4BC05E" w14:textId="77777777" w:rsidR="00D0260B" w:rsidRDefault="00C6121F">
      <w:pPr>
        <w:spacing w:after="780"/>
      </w:pPr>
      <w:r>
        <w:t xml:space="preserve">In general, filters are used extensively in DSP. For instance, a spectrometer might be designed to detect a  certain frequency range. An appropriate band-pass filter could be used to remove much of the noise occuring  at frequencies above and below the desired range. </w:t>
      </w:r>
    </w:p>
    <w:sectPr w:rsidR="00D0260B" w:rsidSect="00034616">
      <w:headerReference w:type="even" r:id="rId12"/>
      <w:headerReference w:type="default" r:id="rId13"/>
      <w:footerReference w:type="even" r:id="rId14"/>
      <w:footerReference w:type="default" r:id="rId15"/>
      <w:headerReference w:type="first" r:id="rId16"/>
      <w:footerReference w:type="first" r:id="rId17"/>
      <w:pgSz w:w="12240" w:h="15840"/>
      <w:pgMar w:top="1512" w:right="1080" w:bottom="1080" w:left="108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71FCD" w14:textId="77777777" w:rsidR="001C40DA" w:rsidRDefault="001C40DA">
      <w:pPr>
        <w:spacing w:after="0" w:line="240" w:lineRule="auto"/>
      </w:pPr>
      <w:r>
        <w:separator/>
      </w:r>
    </w:p>
  </w:endnote>
  <w:endnote w:type="continuationSeparator" w:id="0">
    <w:p w14:paraId="08A8628C" w14:textId="77777777" w:rsidR="001C40DA" w:rsidRDefault="001C40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965A8" w14:textId="77777777" w:rsidR="00E92A36" w:rsidRDefault="00E92A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CED63" w14:textId="77777777" w:rsidR="00C6121F" w:rsidRDefault="00C6121F">
    <w:pPr>
      <w:pStyle w:val="Footer"/>
      <w:tabs>
        <w:tab w:val="right" w:pos="10080"/>
      </w:tabs>
    </w:pPr>
    <w:r>
      <w:t>wvurail.org/dspira</w:t>
    </w:r>
    <w:r>
      <w:tab/>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A20D6" w14:textId="77777777" w:rsidR="00E92A36" w:rsidRDefault="00E92A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29BFD" w14:textId="77777777" w:rsidR="001C40DA" w:rsidRDefault="001C40DA">
      <w:pPr>
        <w:spacing w:after="0" w:line="240" w:lineRule="auto"/>
      </w:pPr>
      <w:r>
        <w:separator/>
      </w:r>
    </w:p>
  </w:footnote>
  <w:footnote w:type="continuationSeparator" w:id="0">
    <w:p w14:paraId="56CCF1B7" w14:textId="77777777" w:rsidR="001C40DA" w:rsidRDefault="001C40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08384" w14:textId="77777777" w:rsidR="00E92A36" w:rsidRDefault="00E92A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8AB66" w14:textId="77777777" w:rsidR="00C6121F" w:rsidRDefault="00C6121F">
    <w:pPr>
      <w:pStyle w:val="Header"/>
      <w:pBdr>
        <w:bottom w:val="single" w:sz="16" w:space="0" w:color="EEAA00"/>
      </w:pBdr>
      <w:shd w:val="clear" w:color="auto" w:fill="002855"/>
      <w:tabs>
        <w:tab w:val="right" w:pos="9821"/>
      </w:tabs>
      <w:spacing w:line="600" w:lineRule="exact"/>
    </w:pPr>
    <w:r>
      <w:rPr>
        <w:b/>
        <w:color w:val="FFFFFF"/>
        <w:sz w:val="32"/>
      </w:rPr>
      <w:t xml:space="preserve">  WVU DSPIRA</w:t>
    </w:r>
    <w:r>
      <w:rPr>
        <w:color w:val="FFFFFF"/>
        <w:sz w:val="18"/>
      </w:rPr>
      <w:tab/>
      <w:t>WEST VIRGINIA UNIVERSITY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713EF" w14:textId="77777777" w:rsidR="00E92A36" w:rsidRDefault="00E92A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2899862">
    <w:abstractNumId w:val="8"/>
  </w:num>
  <w:num w:numId="2" w16cid:durableId="1303389899">
    <w:abstractNumId w:val="6"/>
  </w:num>
  <w:num w:numId="3" w16cid:durableId="1676768173">
    <w:abstractNumId w:val="5"/>
  </w:num>
  <w:num w:numId="4" w16cid:durableId="1126388101">
    <w:abstractNumId w:val="4"/>
  </w:num>
  <w:num w:numId="5" w16cid:durableId="606694410">
    <w:abstractNumId w:val="7"/>
  </w:num>
  <w:num w:numId="6" w16cid:durableId="1502893599">
    <w:abstractNumId w:val="3"/>
  </w:num>
  <w:num w:numId="7" w16cid:durableId="318655303">
    <w:abstractNumId w:val="2"/>
  </w:num>
  <w:num w:numId="8" w16cid:durableId="606229995">
    <w:abstractNumId w:val="1"/>
  </w:num>
  <w:num w:numId="9" w16cid:durableId="4058114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464CC"/>
    <w:rsid w:val="0015074B"/>
    <w:rsid w:val="00176530"/>
    <w:rsid w:val="001C40DA"/>
    <w:rsid w:val="0029639D"/>
    <w:rsid w:val="00326F90"/>
    <w:rsid w:val="00351A52"/>
    <w:rsid w:val="00456F82"/>
    <w:rsid w:val="005D0E94"/>
    <w:rsid w:val="00735244"/>
    <w:rsid w:val="00780D5E"/>
    <w:rsid w:val="007974EC"/>
    <w:rsid w:val="00AA1D8D"/>
    <w:rsid w:val="00B47730"/>
    <w:rsid w:val="00C6121F"/>
    <w:rsid w:val="00CB0664"/>
    <w:rsid w:val="00D0260B"/>
    <w:rsid w:val="00E92A36"/>
    <w:rsid w:val="00EA5E9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E46AF6"/>
  <w14:defaultImageDpi w14:val="300"/>
  <w15:docId w15:val="{4BE67615-61EF-405D-A854-276253D24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4" w:lineRule="auto"/>
    </w:pPr>
    <w:rPr>
      <w:color w:val="000000"/>
    </w:rPr>
  </w:style>
  <w:style w:type="paragraph" w:styleId="Heading1">
    <w:name w:val="heading 1"/>
    <w:basedOn w:val="Normal"/>
    <w:next w:val="Normal"/>
    <w:link w:val="Heading1Char"/>
    <w:uiPriority w:val="9"/>
    <w:qFormat/>
    <w:rsid w:val="00FC693F"/>
    <w:pPr>
      <w:keepNext/>
      <w:keepLines/>
      <w:spacing w:before="240"/>
      <w:outlineLvl w:val="0"/>
    </w:pPr>
    <w:rPr>
      <w:b/>
      <w:bCs/>
      <w:sz w:val="30"/>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rPr>
      <w:rFonts w:ascii="Arial" w:eastAsia="Arial" w:hAnsi="Arial" w:cs="Arial"/>
    </w:rPr>
  </w:style>
  <w:style w:type="paragraph" w:styleId="Footer">
    <w:name w:val="footer"/>
    <w:basedOn w:val="Normal"/>
    <w:link w:val="FooterChar"/>
    <w:uiPriority w:val="99"/>
    <w:unhideWhenUsed/>
    <w:rsid w:val="00E618BF"/>
    <w:pPr>
      <w:spacing w:after="0" w:line="240" w:lineRule="auto"/>
    </w:pPr>
    <w:rPr>
      <w:sz w:val="18"/>
    </w:rPr>
  </w:style>
  <w:style w:type="character" w:customStyle="1" w:styleId="FooterChar">
    <w:name w:val="Footer Char"/>
    <w:basedOn w:val="DefaultParagraphFont"/>
    <w:link w:val="Footer"/>
    <w:uiPriority w:val="99"/>
    <w:rsid w:val="00E618BF"/>
    <w:rPr>
      <w:rFonts w:ascii="Arial" w:eastAsia="Arial" w:hAnsi="Arial" w:cs="Arial"/>
    </w:rPr>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b/>
      <w:bCs/>
      <w:color w:val="000000"/>
      <w:sz w:val="30"/>
      <w:szCs w:val="28"/>
    </w:rPr>
  </w:style>
  <w:style w:type="character" w:customStyle="1" w:styleId="Heading2Char">
    <w:name w:val="Heading 2 Char"/>
    <w:basedOn w:val="DefaultParagraphFont"/>
    <w:link w:val="Heading2"/>
    <w:uiPriority w:val="9"/>
    <w:rsid w:val="00FC693F"/>
    <w:rPr>
      <w:b/>
      <w:bCs/>
      <w:color w:val="000000"/>
      <w:sz w:val="24"/>
      <w:szCs w:val="26"/>
    </w:rPr>
  </w:style>
  <w:style w:type="character" w:customStyle="1" w:styleId="Heading3Char">
    <w:name w:val="Heading 3 Char"/>
    <w:basedOn w:val="DefaultParagraphFont"/>
    <w:link w:val="Heading3"/>
    <w:uiPriority w:val="9"/>
    <w:rsid w:val="00FC693F"/>
    <w:rPr>
      <w:b/>
      <w:bCs/>
      <w:color w:val="000000"/>
    </w:rPr>
  </w:style>
  <w:style w:type="paragraph" w:styleId="Title">
    <w:name w:val="Title"/>
    <w:basedOn w:val="Normal"/>
    <w:next w:val="Normal"/>
    <w:link w:val="TitleChar"/>
    <w:uiPriority w:val="10"/>
    <w:qFormat/>
    <w:rsid w:val="00FC693F"/>
    <w:pPr>
      <w:spacing w:after="160" w:line="240" w:lineRule="auto"/>
      <w:contextualSpacing/>
    </w:pPr>
    <w:rPr>
      <w:kern w:val="28"/>
      <w:sz w:val="48"/>
      <w:szCs w:val="52"/>
    </w:rPr>
  </w:style>
  <w:style w:type="character" w:customStyle="1" w:styleId="TitleChar">
    <w:name w:val="Title Char"/>
    <w:basedOn w:val="DefaultParagraphFont"/>
    <w:link w:val="Title"/>
    <w:uiPriority w:val="10"/>
    <w:rsid w:val="00FC693F"/>
    <w:rPr>
      <w:color w:val="000000"/>
      <w:kern w:val="28"/>
      <w:sz w:val="48"/>
      <w:szCs w:val="52"/>
    </w:rPr>
  </w:style>
  <w:style w:type="paragraph" w:styleId="Subtitle">
    <w:name w:val="Subtitle"/>
    <w:basedOn w:val="Normal"/>
    <w:next w:val="Normal"/>
    <w:link w:val="SubtitleChar"/>
    <w:uiPriority w:val="11"/>
    <w:qFormat/>
    <w:rsid w:val="00FC693F"/>
    <w:pPr>
      <w:numPr>
        <w:ilvl w:val="1"/>
      </w:numPr>
      <w:spacing w:after="160"/>
    </w:pPr>
    <w:rPr>
      <w:iCs/>
      <w:szCs w:val="24"/>
    </w:rPr>
  </w:style>
  <w:style w:type="character" w:customStyle="1" w:styleId="SubtitleChar">
    <w:name w:val="Subtitle Char"/>
    <w:basedOn w:val="DefaultParagraphFont"/>
    <w:link w:val="Subtitle"/>
    <w:uiPriority w:val="11"/>
    <w:rsid w:val="00FC693F"/>
    <w:rPr>
      <w:iCs/>
      <w:color w:val="000000"/>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rFonts w:ascii="Arial" w:eastAsia="Arial" w:hAnsi="Arial" w:cs="Arial"/>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rFonts w:ascii="Arial" w:eastAsia="Arial" w:hAnsi="Arial" w:cs="Arial"/>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rFonts w:ascii="Arial" w:eastAsia="Arial" w:hAnsi="Arial" w:cs="Arial"/>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sz w:val="20"/>
      <w:szCs w:val="20"/>
    </w:rPr>
  </w:style>
  <w:style w:type="character" w:customStyle="1" w:styleId="MacroTextChar">
    <w:name w:val="Macro Text Char"/>
    <w:basedOn w:val="DefaultParagraphFont"/>
    <w:link w:val="MacroText"/>
    <w:uiPriority w:val="99"/>
    <w:rsid w:val="0029639D"/>
    <w:rPr>
      <w:rFonts w:ascii="Arial" w:eastAsia="Arial" w:hAnsi="Arial" w:cs="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rFonts w:ascii="Arial" w:eastAsia="Arial" w:hAnsi="Arial" w:cs="Arial"/>
      <w:i/>
      <w:iCs/>
      <w:color w:val="000000" w:themeColor="text1"/>
    </w:rPr>
  </w:style>
  <w:style w:type="character" w:customStyle="1" w:styleId="Heading4Char">
    <w:name w:val="Heading 4 Char"/>
    <w:basedOn w:val="DefaultParagraphFont"/>
    <w:link w:val="Heading4"/>
    <w:uiPriority w:val="9"/>
    <w:semiHidden/>
    <w:rsid w:val="00FC693F"/>
    <w:rPr>
      <w:rFonts w:ascii="Arial" w:eastAsia="Arial" w:hAnsi="Arial" w:cs="Arial"/>
      <w:b/>
      <w:bCs/>
      <w:i/>
      <w:iCs/>
      <w:color w:val="4F81BD" w:themeColor="accent1"/>
    </w:rPr>
  </w:style>
  <w:style w:type="character" w:customStyle="1" w:styleId="Heading5Char">
    <w:name w:val="Heading 5 Char"/>
    <w:basedOn w:val="DefaultParagraphFont"/>
    <w:link w:val="Heading5"/>
    <w:uiPriority w:val="9"/>
    <w:semiHidden/>
    <w:rsid w:val="00FC693F"/>
    <w:rPr>
      <w:rFonts w:ascii="Arial" w:eastAsia="Arial" w:hAnsi="Arial" w:cs="Arial"/>
      <w:color w:val="243F60" w:themeColor="accent1" w:themeShade="7F"/>
    </w:rPr>
  </w:style>
  <w:style w:type="character" w:customStyle="1" w:styleId="Heading6Char">
    <w:name w:val="Heading 6 Char"/>
    <w:basedOn w:val="DefaultParagraphFont"/>
    <w:link w:val="Heading6"/>
    <w:uiPriority w:val="9"/>
    <w:semiHidden/>
    <w:rsid w:val="00FC693F"/>
    <w:rPr>
      <w:rFonts w:ascii="Arial" w:eastAsia="Arial" w:hAnsi="Arial" w:cs="Arial"/>
      <w:i/>
      <w:iCs/>
      <w:color w:val="243F60" w:themeColor="accent1" w:themeShade="7F"/>
    </w:rPr>
  </w:style>
  <w:style w:type="character" w:customStyle="1" w:styleId="Heading7Char">
    <w:name w:val="Heading 7 Char"/>
    <w:basedOn w:val="DefaultParagraphFont"/>
    <w:link w:val="Heading7"/>
    <w:uiPriority w:val="9"/>
    <w:semiHidden/>
    <w:rsid w:val="00FC693F"/>
    <w:rPr>
      <w:rFonts w:ascii="Arial" w:eastAsia="Arial" w:hAnsi="Arial" w:cs="Arial"/>
      <w:i/>
      <w:iCs/>
      <w:color w:val="404040" w:themeColor="text1" w:themeTint="BF"/>
    </w:rPr>
  </w:style>
  <w:style w:type="character" w:customStyle="1" w:styleId="Heading8Char">
    <w:name w:val="Heading 8 Char"/>
    <w:basedOn w:val="DefaultParagraphFont"/>
    <w:link w:val="Heading8"/>
    <w:uiPriority w:val="9"/>
    <w:semiHidden/>
    <w:rsid w:val="00FC693F"/>
    <w:rPr>
      <w:rFonts w:ascii="Arial" w:eastAsia="Arial" w:hAnsi="Arial" w:cs="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eastAsia="Arial" w:hAnsi="Arial" w:cs="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Cs/>
      <w:sz w:val="20"/>
      <w:szCs w:val="18"/>
    </w:rPr>
  </w:style>
  <w:style w:type="character" w:styleId="Strong">
    <w:name w:val="Strong"/>
    <w:basedOn w:val="DefaultParagraphFont"/>
    <w:uiPriority w:val="22"/>
    <w:qFormat/>
    <w:rsid w:val="00FC693F"/>
    <w:rPr>
      <w:rFonts w:ascii="Arial" w:eastAsia="Arial" w:hAnsi="Arial" w:cs="Arial"/>
      <w:b/>
      <w:bCs/>
    </w:rPr>
  </w:style>
  <w:style w:type="character" w:styleId="Emphasis">
    <w:name w:val="Emphasis"/>
    <w:basedOn w:val="DefaultParagraphFont"/>
    <w:uiPriority w:val="20"/>
    <w:qFormat/>
    <w:rsid w:val="00FC693F"/>
    <w:rPr>
      <w:rFonts w:ascii="Arial" w:eastAsia="Arial" w:hAnsi="Arial" w:cs="Arial"/>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rFonts w:ascii="Arial" w:eastAsia="Arial" w:hAnsi="Arial" w:cs="Arial"/>
      <w:b/>
      <w:bCs/>
      <w:i/>
      <w:iCs/>
      <w:color w:val="4F81BD" w:themeColor="accent1"/>
    </w:rPr>
  </w:style>
  <w:style w:type="character" w:styleId="SubtleEmphasis">
    <w:name w:val="Subtle Emphasis"/>
    <w:basedOn w:val="DefaultParagraphFont"/>
    <w:uiPriority w:val="19"/>
    <w:qFormat/>
    <w:rsid w:val="00FC693F"/>
    <w:rPr>
      <w:rFonts w:ascii="Arial" w:eastAsia="Arial" w:hAnsi="Arial" w:cs="Arial"/>
      <w:i/>
      <w:iCs/>
      <w:color w:val="808080" w:themeColor="text1" w:themeTint="7F"/>
    </w:rPr>
  </w:style>
  <w:style w:type="character" w:styleId="IntenseEmphasis">
    <w:name w:val="Intense Emphasis"/>
    <w:basedOn w:val="DefaultParagraphFont"/>
    <w:uiPriority w:val="21"/>
    <w:qFormat/>
    <w:rsid w:val="00FC693F"/>
    <w:rPr>
      <w:rFonts w:ascii="Arial" w:eastAsia="Arial" w:hAnsi="Arial" w:cs="Arial"/>
      <w:b/>
      <w:bCs/>
      <w:i/>
      <w:iCs/>
      <w:color w:val="4F81BD" w:themeColor="accent1"/>
    </w:rPr>
  </w:style>
  <w:style w:type="character" w:styleId="SubtleReference">
    <w:name w:val="Subtle Reference"/>
    <w:basedOn w:val="DefaultParagraphFont"/>
    <w:uiPriority w:val="31"/>
    <w:qFormat/>
    <w:rsid w:val="00FC693F"/>
    <w:rPr>
      <w:rFonts w:ascii="Arial" w:eastAsia="Arial" w:hAnsi="Arial" w:cs="Arial"/>
      <w:smallCaps/>
      <w:color w:val="C0504D" w:themeColor="accent2"/>
      <w:u w:val="single"/>
    </w:rPr>
  </w:style>
  <w:style w:type="character" w:styleId="IntenseReference">
    <w:name w:val="Intense Reference"/>
    <w:basedOn w:val="DefaultParagraphFont"/>
    <w:uiPriority w:val="32"/>
    <w:qFormat/>
    <w:rsid w:val="00FC693F"/>
    <w:rPr>
      <w:rFonts w:ascii="Arial" w:eastAsia="Arial" w:hAnsi="Arial" w:cs="Arial"/>
      <w:b/>
      <w:bCs/>
      <w:smallCaps/>
      <w:color w:val="C0504D" w:themeColor="accent2"/>
      <w:spacing w:val="5"/>
      <w:u w:val="single"/>
    </w:rPr>
  </w:style>
  <w:style w:type="character" w:styleId="BookTitle">
    <w:name w:val="Book Title"/>
    <w:basedOn w:val="DefaultParagraphFont"/>
    <w:uiPriority w:val="33"/>
    <w:qFormat/>
    <w:rsid w:val="00FC693F"/>
    <w:rPr>
      <w:rFonts w:ascii="Arial" w:eastAsia="Arial" w:hAnsi="Arial" w:cs="Arial"/>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rFonts w:ascii="Arial" w:eastAsia="Arial" w:hAnsi="Arial" w:cs="Arial"/>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rFonts w:ascii="Arial" w:eastAsia="Arial" w:hAnsi="Arial" w:cs="Arial"/>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rFonts w:ascii="Arial" w:eastAsia="Arial" w:hAnsi="Arial" w:cs="Arial"/>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rFonts w:ascii="Arial" w:eastAsia="Arial" w:hAnsi="Arial" w:cs="Arial"/>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rFonts w:ascii="Arial" w:eastAsia="Arial" w:hAnsi="Arial" w:cs="Arial"/>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rFonts w:ascii="Arial" w:eastAsia="Arial" w:hAnsi="Arial" w:cs="Arial"/>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rFonts w:ascii="Arial" w:eastAsia="Arial" w:hAnsi="Arial" w:cs="Arial"/>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rFonts w:ascii="Arial" w:eastAsia="Arial" w:hAnsi="Arial" w:cs="Arial"/>
        <w:b/>
        <w:bCs/>
        <w:color w:val="FFFFFF" w:themeColor="background1"/>
      </w:rPr>
      <w:tblPr/>
      <w:tcPr>
        <w:shd w:val="clear" w:color="auto" w:fill="000000" w:themeFill="text1"/>
      </w:tcPr>
    </w:tblStylePr>
    <w:tblStylePr w:type="lastRow">
      <w:pPr>
        <w:spacing w:before="0" w:after="0" w:line="240" w:lineRule="auto"/>
      </w:pPr>
      <w:rPr>
        <w:rFonts w:ascii="Arial" w:eastAsia="Arial" w:hAnsi="Arial" w:cs="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rFonts w:ascii="Arial" w:eastAsia="Arial" w:hAnsi="Arial" w:cs="Arial"/>
        <w:b/>
        <w:bCs/>
        <w:color w:val="FFFFFF" w:themeColor="background1"/>
      </w:rPr>
      <w:tblPr/>
      <w:tcPr>
        <w:shd w:val="clear" w:color="auto" w:fill="4F81BD" w:themeFill="accent1"/>
      </w:tcPr>
    </w:tblStylePr>
    <w:tblStylePr w:type="lastRow">
      <w:pPr>
        <w:spacing w:before="0" w:after="0" w:line="240" w:lineRule="auto"/>
      </w:pPr>
      <w:rPr>
        <w:rFonts w:ascii="Arial" w:eastAsia="Arial" w:hAnsi="Arial" w:cs="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rFonts w:ascii="Arial" w:eastAsia="Arial" w:hAnsi="Arial" w:cs="Arial"/>
        <w:b/>
        <w:bCs/>
        <w:color w:val="FFFFFF" w:themeColor="background1"/>
      </w:rPr>
      <w:tblPr/>
      <w:tcPr>
        <w:shd w:val="clear" w:color="auto" w:fill="C0504D" w:themeFill="accent2"/>
      </w:tcPr>
    </w:tblStylePr>
    <w:tblStylePr w:type="lastRow">
      <w:pPr>
        <w:spacing w:before="0" w:after="0" w:line="240" w:lineRule="auto"/>
      </w:pPr>
      <w:rPr>
        <w:rFonts w:ascii="Arial" w:eastAsia="Arial" w:hAnsi="Arial" w:cs="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rFonts w:ascii="Arial" w:eastAsia="Arial" w:hAnsi="Arial" w:cs="Arial"/>
        <w:b/>
        <w:bCs/>
        <w:color w:val="FFFFFF" w:themeColor="background1"/>
      </w:rPr>
      <w:tblPr/>
      <w:tcPr>
        <w:shd w:val="clear" w:color="auto" w:fill="9BBB59" w:themeFill="accent3"/>
      </w:tcPr>
    </w:tblStylePr>
    <w:tblStylePr w:type="lastRow">
      <w:pPr>
        <w:spacing w:before="0" w:after="0" w:line="240" w:lineRule="auto"/>
      </w:pPr>
      <w:rPr>
        <w:rFonts w:ascii="Arial" w:eastAsia="Arial" w:hAnsi="Arial" w:cs="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rFonts w:ascii="Arial" w:eastAsia="Arial" w:hAnsi="Arial" w:cs="Arial"/>
        <w:b/>
        <w:bCs/>
        <w:color w:val="FFFFFF" w:themeColor="background1"/>
      </w:rPr>
      <w:tblPr/>
      <w:tcPr>
        <w:shd w:val="clear" w:color="auto" w:fill="8064A2" w:themeFill="accent4"/>
      </w:tcPr>
    </w:tblStylePr>
    <w:tblStylePr w:type="lastRow">
      <w:pPr>
        <w:spacing w:before="0" w:after="0" w:line="240" w:lineRule="auto"/>
      </w:pPr>
      <w:rPr>
        <w:rFonts w:ascii="Arial" w:eastAsia="Arial" w:hAnsi="Arial" w:cs="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rFonts w:ascii="Arial" w:eastAsia="Arial" w:hAnsi="Arial" w:cs="Arial"/>
        <w:b/>
        <w:bCs/>
        <w:color w:val="FFFFFF" w:themeColor="background1"/>
      </w:rPr>
      <w:tblPr/>
      <w:tcPr>
        <w:shd w:val="clear" w:color="auto" w:fill="4BACC6" w:themeFill="accent5"/>
      </w:tcPr>
    </w:tblStylePr>
    <w:tblStylePr w:type="lastRow">
      <w:pPr>
        <w:spacing w:before="0" w:after="0" w:line="240" w:lineRule="auto"/>
      </w:pPr>
      <w:rPr>
        <w:rFonts w:ascii="Arial" w:eastAsia="Arial" w:hAnsi="Arial" w:cs="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rFonts w:ascii="Arial" w:eastAsia="Arial" w:hAnsi="Arial" w:cs="Arial"/>
        <w:b/>
        <w:bCs/>
        <w:color w:val="FFFFFF" w:themeColor="background1"/>
      </w:rPr>
      <w:tblPr/>
      <w:tcPr>
        <w:shd w:val="clear" w:color="auto" w:fill="F79646" w:themeFill="accent6"/>
      </w:tcPr>
    </w:tblStylePr>
    <w:tblStylePr w:type="lastRow">
      <w:pPr>
        <w:spacing w:before="0" w:after="0" w:line="240" w:lineRule="auto"/>
      </w:pPr>
      <w:rPr>
        <w:rFonts w:ascii="Arial" w:eastAsia="Arial" w:hAnsi="Arial" w:cs="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Arial" w:eastAsia="Arial" w:hAnsi="Arial" w:cs="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eastAsia="Arial" w:hAnsi="Arial" w:cs="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Arial" w:eastAsia="Arial" w:hAnsi="Arial" w:cs="Arial"/>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eastAsia="Arial" w:hAnsi="Arial" w:cs="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Arial" w:eastAsia="Arial" w:hAnsi="Arial" w:cs="Arial"/>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eastAsia="Arial" w:hAnsi="Arial" w:cs="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Arial" w:eastAsia="Arial" w:hAnsi="Arial" w:cs="Arial"/>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eastAsia="Arial" w:hAnsi="Arial" w:cs="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Arial" w:eastAsia="Arial" w:hAnsi="Arial" w:cs="Arial"/>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eastAsia="Arial" w:hAnsi="Arial" w:cs="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Arial" w:eastAsia="Arial" w:hAnsi="Arial" w:cs="Arial"/>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eastAsia="Arial" w:hAnsi="Arial" w:cs="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Arial" w:eastAsia="Arial" w:hAnsi="Arial" w:cs="Arial"/>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eastAsia="Arial" w:hAnsi="Arial" w:cs="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rFonts w:ascii="Arial" w:eastAsia="Arial" w:hAnsi="Arial" w:cs="Arial"/>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rFonts w:ascii="Arial" w:eastAsia="Arial" w:hAnsi="Arial" w:cs="Arial"/>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rFonts w:ascii="Arial" w:eastAsia="Arial" w:hAnsi="Arial" w:cs="Arial"/>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rFonts w:ascii="Arial" w:eastAsia="Arial" w:hAnsi="Arial" w:cs="Arial"/>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rFonts w:ascii="Arial" w:eastAsia="Arial" w:hAnsi="Arial" w:cs="Arial"/>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rFonts w:ascii="Arial" w:eastAsia="Arial" w:hAnsi="Arial" w:cs="Arial"/>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rFonts w:ascii="Arial" w:eastAsia="Arial" w:hAnsi="Arial" w:cs="Arial"/>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Arial" w:eastAsia="Arial" w:hAnsi="Arial" w:cs="Arial"/>
      </w:rPr>
      <w:tblPr/>
      <w:tcPr>
        <w:tcBorders>
          <w:top w:val="nil"/>
          <w:bottom w:val="single" w:sz="8" w:space="0" w:color="000000" w:themeColor="text1"/>
        </w:tcBorders>
      </w:tcPr>
    </w:tblStylePr>
    <w:tblStylePr w:type="lastRow">
      <w:rPr>
        <w:rFonts w:ascii="Arial" w:eastAsia="Arial" w:hAnsi="Arial" w:cs="Arial"/>
        <w:b/>
        <w:bCs/>
        <w:color w:val="1F497D" w:themeColor="text2"/>
      </w:rPr>
      <w:tblPr/>
      <w:tcPr>
        <w:tcBorders>
          <w:top w:val="single" w:sz="8" w:space="0" w:color="000000" w:themeColor="text1"/>
          <w:bottom w:val="single" w:sz="8" w:space="0" w:color="000000" w:themeColor="text1"/>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Arial" w:eastAsia="Arial" w:hAnsi="Arial" w:cs="Arial"/>
      </w:rPr>
      <w:tblPr/>
      <w:tcPr>
        <w:tcBorders>
          <w:top w:val="nil"/>
          <w:bottom w:val="single" w:sz="8" w:space="0" w:color="4F81BD" w:themeColor="accent1"/>
        </w:tcBorders>
      </w:tcPr>
    </w:tblStylePr>
    <w:tblStylePr w:type="lastRow">
      <w:rPr>
        <w:rFonts w:ascii="Arial" w:eastAsia="Arial" w:hAnsi="Arial" w:cs="Arial"/>
        <w:b/>
        <w:bCs/>
        <w:color w:val="1F497D" w:themeColor="text2"/>
      </w:rPr>
      <w:tblPr/>
      <w:tcPr>
        <w:tcBorders>
          <w:top w:val="single" w:sz="8" w:space="0" w:color="4F81BD" w:themeColor="accent1"/>
          <w:bottom w:val="single" w:sz="8" w:space="0" w:color="4F81BD" w:themeColor="accent1"/>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Arial" w:eastAsia="Arial" w:hAnsi="Arial" w:cs="Arial"/>
      </w:rPr>
      <w:tblPr/>
      <w:tcPr>
        <w:tcBorders>
          <w:top w:val="nil"/>
          <w:bottom w:val="single" w:sz="8" w:space="0" w:color="C0504D" w:themeColor="accent2"/>
        </w:tcBorders>
      </w:tcPr>
    </w:tblStylePr>
    <w:tblStylePr w:type="lastRow">
      <w:rPr>
        <w:rFonts w:ascii="Arial" w:eastAsia="Arial" w:hAnsi="Arial" w:cs="Arial"/>
        <w:b/>
        <w:bCs/>
        <w:color w:val="1F497D" w:themeColor="text2"/>
      </w:rPr>
      <w:tblPr/>
      <w:tcPr>
        <w:tcBorders>
          <w:top w:val="single" w:sz="8" w:space="0" w:color="C0504D" w:themeColor="accent2"/>
          <w:bottom w:val="single" w:sz="8" w:space="0" w:color="C0504D" w:themeColor="accent2"/>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Arial" w:eastAsia="Arial" w:hAnsi="Arial" w:cs="Arial"/>
      </w:rPr>
      <w:tblPr/>
      <w:tcPr>
        <w:tcBorders>
          <w:top w:val="nil"/>
          <w:bottom w:val="single" w:sz="8" w:space="0" w:color="9BBB59" w:themeColor="accent3"/>
        </w:tcBorders>
      </w:tcPr>
    </w:tblStylePr>
    <w:tblStylePr w:type="lastRow">
      <w:rPr>
        <w:rFonts w:ascii="Arial" w:eastAsia="Arial" w:hAnsi="Arial" w:cs="Arial"/>
        <w:b/>
        <w:bCs/>
        <w:color w:val="1F497D" w:themeColor="text2"/>
      </w:rPr>
      <w:tblPr/>
      <w:tcPr>
        <w:tcBorders>
          <w:top w:val="single" w:sz="8" w:space="0" w:color="9BBB59" w:themeColor="accent3"/>
          <w:bottom w:val="single" w:sz="8" w:space="0" w:color="9BBB59" w:themeColor="accent3"/>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Arial" w:eastAsia="Arial" w:hAnsi="Arial" w:cs="Arial"/>
      </w:rPr>
      <w:tblPr/>
      <w:tcPr>
        <w:tcBorders>
          <w:top w:val="nil"/>
          <w:bottom w:val="single" w:sz="8" w:space="0" w:color="8064A2" w:themeColor="accent4"/>
        </w:tcBorders>
      </w:tcPr>
    </w:tblStylePr>
    <w:tblStylePr w:type="lastRow">
      <w:rPr>
        <w:rFonts w:ascii="Arial" w:eastAsia="Arial" w:hAnsi="Arial" w:cs="Arial"/>
        <w:b/>
        <w:bCs/>
        <w:color w:val="1F497D" w:themeColor="text2"/>
      </w:rPr>
      <w:tblPr/>
      <w:tcPr>
        <w:tcBorders>
          <w:top w:val="single" w:sz="8" w:space="0" w:color="8064A2" w:themeColor="accent4"/>
          <w:bottom w:val="single" w:sz="8" w:space="0" w:color="8064A2" w:themeColor="accent4"/>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Arial" w:eastAsia="Arial" w:hAnsi="Arial" w:cs="Arial"/>
      </w:rPr>
      <w:tblPr/>
      <w:tcPr>
        <w:tcBorders>
          <w:top w:val="nil"/>
          <w:bottom w:val="single" w:sz="8" w:space="0" w:color="4BACC6" w:themeColor="accent5"/>
        </w:tcBorders>
      </w:tcPr>
    </w:tblStylePr>
    <w:tblStylePr w:type="lastRow">
      <w:rPr>
        <w:rFonts w:ascii="Arial" w:eastAsia="Arial" w:hAnsi="Arial" w:cs="Arial"/>
        <w:b/>
        <w:bCs/>
        <w:color w:val="1F497D" w:themeColor="text2"/>
      </w:rPr>
      <w:tblPr/>
      <w:tcPr>
        <w:tcBorders>
          <w:top w:val="single" w:sz="8" w:space="0" w:color="4BACC6" w:themeColor="accent5"/>
          <w:bottom w:val="single" w:sz="8" w:space="0" w:color="4BACC6" w:themeColor="accent5"/>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Arial" w:eastAsia="Arial" w:hAnsi="Arial" w:cs="Arial"/>
      </w:rPr>
      <w:tblPr/>
      <w:tcPr>
        <w:tcBorders>
          <w:top w:val="nil"/>
          <w:bottom w:val="single" w:sz="8" w:space="0" w:color="F79646" w:themeColor="accent6"/>
        </w:tcBorders>
      </w:tcPr>
    </w:tblStylePr>
    <w:tblStylePr w:type="lastRow">
      <w:rPr>
        <w:rFonts w:ascii="Arial" w:eastAsia="Arial" w:hAnsi="Arial" w:cs="Arial"/>
        <w:b/>
        <w:bCs/>
        <w:color w:val="1F497D" w:themeColor="text2"/>
      </w:rPr>
      <w:tblPr/>
      <w:tcPr>
        <w:tcBorders>
          <w:top w:val="single" w:sz="8" w:space="0" w:color="F79646" w:themeColor="accent6"/>
          <w:bottom w:val="single" w:sz="8" w:space="0" w:color="F79646" w:themeColor="accent6"/>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rFonts w:ascii="Arial" w:eastAsia="Arial" w:hAnsi="Arial" w:cs="Arial"/>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rFonts w:ascii="Arial" w:eastAsia="Arial" w:hAnsi="Arial" w:cs="Arial"/>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rFonts w:ascii="Arial" w:eastAsia="Arial" w:hAnsi="Arial" w:cs="Arial"/>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rFonts w:ascii="Arial" w:eastAsia="Arial" w:hAnsi="Arial" w:cs="Arial"/>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rFonts w:ascii="Arial" w:eastAsia="Arial" w:hAnsi="Arial" w:cs="Arial"/>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rFonts w:ascii="Arial" w:eastAsia="Arial" w:hAnsi="Arial" w:cs="Arial"/>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rFonts w:ascii="Arial" w:eastAsia="Arial" w:hAnsi="Arial" w:cs="Arial"/>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404040" w:themeColor="text1"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7BA0CD" w:themeColor="accent1"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CF7B79" w:themeColor="accent2"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B3CC82" w:themeColor="accent3"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9F8AB9" w:themeColor="accent4"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78C0D4" w:themeColor="accent5"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F9B074" w:themeColor="accent6"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rFonts w:ascii="Arial" w:eastAsia="Arial" w:hAnsi="Arial" w:cs="Arial"/>
        <w:b/>
        <w:bCs/>
        <w:color w:val="000000" w:themeColor="text1"/>
      </w:rPr>
      <w:tblPr/>
      <w:tcPr>
        <w:shd w:val="clear" w:color="auto" w:fill="E6E6E6" w:themeFill="text1"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rFonts w:ascii="Arial" w:eastAsia="Arial" w:hAnsi="Arial" w:cs="Arial"/>
        <w:b/>
        <w:bCs/>
        <w:color w:val="000000" w:themeColor="text1"/>
      </w:rPr>
      <w:tblPr/>
      <w:tcPr>
        <w:shd w:val="clear" w:color="auto" w:fill="EDF2F8" w:themeFill="accent1"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rFonts w:ascii="Arial" w:eastAsia="Arial" w:hAnsi="Arial" w:cs="Arial"/>
        <w:b/>
        <w:bCs/>
        <w:color w:val="000000" w:themeColor="text1"/>
      </w:rPr>
      <w:tblPr/>
      <w:tcPr>
        <w:shd w:val="clear" w:color="auto" w:fill="F8EDED" w:themeFill="accent2"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rFonts w:ascii="Arial" w:eastAsia="Arial" w:hAnsi="Arial" w:cs="Arial"/>
        <w:b/>
        <w:bCs/>
        <w:color w:val="000000" w:themeColor="text1"/>
      </w:rPr>
      <w:tblPr/>
      <w:tcPr>
        <w:shd w:val="clear" w:color="auto" w:fill="F5F8EE" w:themeFill="accent3"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rFonts w:ascii="Arial" w:eastAsia="Arial" w:hAnsi="Arial" w:cs="Arial"/>
        <w:b/>
        <w:bCs/>
        <w:color w:val="000000" w:themeColor="text1"/>
      </w:rPr>
      <w:tblPr/>
      <w:tcPr>
        <w:shd w:val="clear" w:color="auto" w:fill="F2EFF6" w:themeFill="accent4"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rFonts w:ascii="Arial" w:eastAsia="Arial" w:hAnsi="Arial" w:cs="Arial"/>
        <w:b/>
        <w:bCs/>
        <w:color w:val="000000" w:themeColor="text1"/>
      </w:rPr>
      <w:tblPr/>
      <w:tcPr>
        <w:shd w:val="clear" w:color="auto" w:fill="EDF6F9" w:themeFill="accent5"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rFonts w:ascii="Arial" w:eastAsia="Arial" w:hAnsi="Arial" w:cs="Arial"/>
        <w:b/>
        <w:bCs/>
        <w:color w:val="000000" w:themeColor="text1"/>
      </w:rPr>
      <w:tblPr/>
      <w:tcPr>
        <w:shd w:val="clear" w:color="auto" w:fill="FEF4EC" w:themeFill="accent6"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rFonts w:ascii="Arial" w:eastAsia="Arial" w:hAnsi="Arial" w:cs="Arial"/>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000000" w:themeFill="text1"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rFonts w:ascii="Arial" w:eastAsia="Arial" w:hAnsi="Arial" w:cs="Arial"/>
        <w:color w:val="000000" w:themeColor="text1"/>
      </w:rPr>
    </w:tblStylePr>
    <w:tblStylePr w:type="nwCell">
      <w:rPr>
        <w:rFonts w:ascii="Arial" w:eastAsia="Arial" w:hAnsi="Arial" w:cs="Arial"/>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rFonts w:ascii="Arial" w:eastAsia="Arial" w:hAnsi="Arial" w:cs="Arial"/>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2C4C74" w:themeFill="accent1"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rFonts w:ascii="Arial" w:eastAsia="Arial" w:hAnsi="Arial" w:cs="Arial"/>
        <w:color w:val="000000" w:themeColor="text1"/>
      </w:rPr>
    </w:tblStylePr>
    <w:tblStylePr w:type="nwCell">
      <w:rPr>
        <w:rFonts w:ascii="Arial" w:eastAsia="Arial" w:hAnsi="Arial" w:cs="Arial"/>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rFonts w:ascii="Arial" w:eastAsia="Arial" w:hAnsi="Arial" w:cs="Arial"/>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772C2A" w:themeFill="accent2"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rFonts w:ascii="Arial" w:eastAsia="Arial" w:hAnsi="Arial" w:cs="Arial"/>
        <w:color w:val="000000" w:themeColor="text1"/>
      </w:rPr>
    </w:tblStylePr>
    <w:tblStylePr w:type="nwCell">
      <w:rPr>
        <w:rFonts w:ascii="Arial" w:eastAsia="Arial" w:hAnsi="Arial" w:cs="Arial"/>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rFonts w:ascii="Arial" w:eastAsia="Arial" w:hAnsi="Arial" w:cs="Arial"/>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5E7530" w:themeFill="accent3"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rFonts w:ascii="Arial" w:eastAsia="Arial" w:hAnsi="Arial" w:cs="Arial"/>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4C3B62" w:themeFill="accent4"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rFonts w:ascii="Arial" w:eastAsia="Arial" w:hAnsi="Arial" w:cs="Arial"/>
        <w:color w:val="000000" w:themeColor="text1"/>
      </w:rPr>
    </w:tblStylePr>
    <w:tblStylePr w:type="nwCell">
      <w:rPr>
        <w:rFonts w:ascii="Arial" w:eastAsia="Arial" w:hAnsi="Arial" w:cs="Arial"/>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rFonts w:ascii="Arial" w:eastAsia="Arial" w:hAnsi="Arial" w:cs="Arial"/>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276A7C" w:themeFill="accent5"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rFonts w:ascii="Arial" w:eastAsia="Arial" w:hAnsi="Arial" w:cs="Arial"/>
        <w:color w:val="000000" w:themeColor="text1"/>
      </w:rPr>
    </w:tblStylePr>
    <w:tblStylePr w:type="nwCell">
      <w:rPr>
        <w:rFonts w:ascii="Arial" w:eastAsia="Arial" w:hAnsi="Arial" w:cs="Arial"/>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rFonts w:ascii="Arial" w:eastAsia="Arial" w:hAnsi="Arial" w:cs="Arial"/>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B65608" w:themeFill="accent6"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rFonts w:ascii="Arial" w:eastAsia="Arial" w:hAnsi="Arial" w:cs="Arial"/>
        <w:color w:val="000000" w:themeColor="text1"/>
      </w:rPr>
    </w:tblStylePr>
    <w:tblStylePr w:type="nwCell">
      <w:rPr>
        <w:rFonts w:ascii="Arial" w:eastAsia="Arial" w:hAnsi="Arial" w:cs="Arial"/>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ascii="Arial" w:eastAsia="Arial" w:hAnsi="Arial" w:cs="Arial"/>
        <w:b/>
        <w:bCs/>
        <w:color w:val="9E3A38" w:themeColor="accent2"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ascii="Arial" w:eastAsia="Arial" w:hAnsi="Arial" w:cs="Arial"/>
        <w:b/>
        <w:bCs/>
        <w:color w:val="9E3A38" w:themeColor="accent2"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ascii="Arial" w:eastAsia="Arial" w:hAnsi="Arial" w:cs="Arial"/>
        <w:b/>
        <w:bCs/>
        <w:color w:val="9E3A38" w:themeColor="accent2"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rFonts w:ascii="Arial" w:eastAsia="Arial" w:hAnsi="Arial" w:cs="Arial"/>
        <w:b/>
        <w:bCs/>
        <w:color w:val="664E82" w:themeColor="accent4"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rFonts w:ascii="Arial" w:eastAsia="Arial" w:hAnsi="Arial" w:cs="Arial"/>
        <w:b/>
        <w:bCs/>
        <w:color w:val="7E9C40" w:themeColor="accent3"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rFonts w:ascii="Arial" w:eastAsia="Arial" w:hAnsi="Arial" w:cs="Arial"/>
        <w:b/>
        <w:bCs/>
        <w:color w:val="F2730A" w:themeColor="accent6"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rFonts w:ascii="Arial" w:eastAsia="Arial" w:hAnsi="Arial" w:cs="Arial"/>
        <w:b/>
        <w:bCs/>
        <w:color w:val="348DA5" w:themeColor="accent5"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rFonts w:ascii="Arial" w:eastAsia="Arial" w:hAnsi="Arial" w:cs="Arial"/>
        <w:b/>
        <w:bCs/>
      </w:rPr>
      <w:tblPr/>
      <w:tcPr>
        <w:shd w:val="clear" w:color="auto" w:fill="999999" w:themeFill="text1" w:themeFillTint="66"/>
      </w:tcPr>
    </w:tblStylePr>
    <w:tblStylePr w:type="lastRow">
      <w:rPr>
        <w:rFonts w:ascii="Arial" w:eastAsia="Arial" w:hAnsi="Arial" w:cs="Arial"/>
        <w:b/>
        <w:bCs/>
        <w:color w:val="000000" w:themeColor="text1"/>
      </w:rPr>
      <w:tblPr/>
      <w:tcPr>
        <w:shd w:val="clear" w:color="auto" w:fill="999999" w:themeFill="text1" w:themeFillTint="66"/>
      </w:tcPr>
    </w:tblStylePr>
    <w:tblStylePr w:type="firstCol">
      <w:rPr>
        <w:rFonts w:ascii="Arial" w:eastAsia="Arial" w:hAnsi="Arial" w:cs="Arial"/>
        <w:color w:val="FFFFFF" w:themeColor="background1"/>
      </w:rPr>
      <w:tblPr/>
      <w:tcPr>
        <w:shd w:val="clear" w:color="auto" w:fill="000000" w:themeFill="text1" w:themeFillShade="BF"/>
      </w:tcPr>
    </w:tblStylePr>
    <w:tblStylePr w:type="lastCol">
      <w:rPr>
        <w:rFonts w:ascii="Arial" w:eastAsia="Arial" w:hAnsi="Arial" w:cs="Arial"/>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rFonts w:ascii="Arial" w:eastAsia="Arial" w:hAnsi="Arial" w:cs="Arial"/>
        <w:b/>
        <w:bCs/>
      </w:rPr>
      <w:tblPr/>
      <w:tcPr>
        <w:shd w:val="clear" w:color="auto" w:fill="B8CCE4" w:themeFill="accent1" w:themeFillTint="66"/>
      </w:tcPr>
    </w:tblStylePr>
    <w:tblStylePr w:type="lastRow">
      <w:rPr>
        <w:rFonts w:ascii="Arial" w:eastAsia="Arial" w:hAnsi="Arial" w:cs="Arial"/>
        <w:b/>
        <w:bCs/>
        <w:color w:val="000000" w:themeColor="text1"/>
      </w:rPr>
      <w:tblPr/>
      <w:tcPr>
        <w:shd w:val="clear" w:color="auto" w:fill="B8CCE4" w:themeFill="accent1" w:themeFillTint="66"/>
      </w:tcPr>
    </w:tblStylePr>
    <w:tblStylePr w:type="firstCol">
      <w:rPr>
        <w:rFonts w:ascii="Arial" w:eastAsia="Arial" w:hAnsi="Arial" w:cs="Arial"/>
        <w:color w:val="FFFFFF" w:themeColor="background1"/>
      </w:rPr>
      <w:tblPr/>
      <w:tcPr>
        <w:shd w:val="clear" w:color="auto" w:fill="365F91" w:themeFill="accent1" w:themeFillShade="BF"/>
      </w:tcPr>
    </w:tblStylePr>
    <w:tblStylePr w:type="lastCol">
      <w:rPr>
        <w:rFonts w:ascii="Arial" w:eastAsia="Arial" w:hAnsi="Arial" w:cs="Arial"/>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rFonts w:ascii="Arial" w:eastAsia="Arial" w:hAnsi="Arial" w:cs="Arial"/>
        <w:b/>
        <w:bCs/>
      </w:rPr>
      <w:tblPr/>
      <w:tcPr>
        <w:shd w:val="clear" w:color="auto" w:fill="E5B8B7" w:themeFill="accent2" w:themeFillTint="66"/>
      </w:tcPr>
    </w:tblStylePr>
    <w:tblStylePr w:type="lastRow">
      <w:rPr>
        <w:rFonts w:ascii="Arial" w:eastAsia="Arial" w:hAnsi="Arial" w:cs="Arial"/>
        <w:b/>
        <w:bCs/>
        <w:color w:val="000000" w:themeColor="text1"/>
      </w:rPr>
      <w:tblPr/>
      <w:tcPr>
        <w:shd w:val="clear" w:color="auto" w:fill="E5B8B7" w:themeFill="accent2" w:themeFillTint="66"/>
      </w:tcPr>
    </w:tblStylePr>
    <w:tblStylePr w:type="firstCol">
      <w:rPr>
        <w:rFonts w:ascii="Arial" w:eastAsia="Arial" w:hAnsi="Arial" w:cs="Arial"/>
        <w:color w:val="FFFFFF" w:themeColor="background1"/>
      </w:rPr>
      <w:tblPr/>
      <w:tcPr>
        <w:shd w:val="clear" w:color="auto" w:fill="943634" w:themeFill="accent2" w:themeFillShade="BF"/>
      </w:tcPr>
    </w:tblStylePr>
    <w:tblStylePr w:type="lastCol">
      <w:rPr>
        <w:rFonts w:ascii="Arial" w:eastAsia="Arial" w:hAnsi="Arial" w:cs="Arial"/>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rFonts w:ascii="Arial" w:eastAsia="Arial" w:hAnsi="Arial" w:cs="Arial"/>
        <w:b/>
        <w:bCs/>
      </w:rPr>
      <w:tblPr/>
      <w:tcPr>
        <w:shd w:val="clear" w:color="auto" w:fill="D6E3BC" w:themeFill="accent3" w:themeFillTint="66"/>
      </w:tcPr>
    </w:tblStylePr>
    <w:tblStylePr w:type="lastRow">
      <w:rPr>
        <w:rFonts w:ascii="Arial" w:eastAsia="Arial" w:hAnsi="Arial" w:cs="Arial"/>
        <w:b/>
        <w:bCs/>
        <w:color w:val="000000" w:themeColor="text1"/>
      </w:rPr>
      <w:tblPr/>
      <w:tcPr>
        <w:shd w:val="clear" w:color="auto" w:fill="D6E3BC" w:themeFill="accent3" w:themeFillTint="66"/>
      </w:tcPr>
    </w:tblStylePr>
    <w:tblStylePr w:type="firstCol">
      <w:rPr>
        <w:rFonts w:ascii="Arial" w:eastAsia="Arial" w:hAnsi="Arial" w:cs="Arial"/>
        <w:color w:val="FFFFFF" w:themeColor="background1"/>
      </w:rPr>
      <w:tblPr/>
      <w:tcPr>
        <w:shd w:val="clear" w:color="auto" w:fill="76923C" w:themeFill="accent3" w:themeFillShade="BF"/>
      </w:tcPr>
    </w:tblStylePr>
    <w:tblStylePr w:type="lastCol">
      <w:rPr>
        <w:rFonts w:ascii="Arial" w:eastAsia="Arial" w:hAnsi="Arial" w:cs="Arial"/>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rFonts w:ascii="Arial" w:eastAsia="Arial" w:hAnsi="Arial" w:cs="Arial"/>
        <w:b/>
        <w:bCs/>
      </w:rPr>
      <w:tblPr/>
      <w:tcPr>
        <w:shd w:val="clear" w:color="auto" w:fill="CCC0D9" w:themeFill="accent4" w:themeFillTint="66"/>
      </w:tcPr>
    </w:tblStylePr>
    <w:tblStylePr w:type="lastRow">
      <w:rPr>
        <w:rFonts w:ascii="Arial" w:eastAsia="Arial" w:hAnsi="Arial" w:cs="Arial"/>
        <w:b/>
        <w:bCs/>
        <w:color w:val="000000" w:themeColor="text1"/>
      </w:rPr>
      <w:tblPr/>
      <w:tcPr>
        <w:shd w:val="clear" w:color="auto" w:fill="CCC0D9" w:themeFill="accent4" w:themeFillTint="66"/>
      </w:tcPr>
    </w:tblStylePr>
    <w:tblStylePr w:type="firstCol">
      <w:rPr>
        <w:rFonts w:ascii="Arial" w:eastAsia="Arial" w:hAnsi="Arial" w:cs="Arial"/>
        <w:color w:val="FFFFFF" w:themeColor="background1"/>
      </w:rPr>
      <w:tblPr/>
      <w:tcPr>
        <w:shd w:val="clear" w:color="auto" w:fill="5F497A" w:themeFill="accent4" w:themeFillShade="BF"/>
      </w:tcPr>
    </w:tblStylePr>
    <w:tblStylePr w:type="lastCol">
      <w:rPr>
        <w:rFonts w:ascii="Arial" w:eastAsia="Arial" w:hAnsi="Arial" w:cs="Arial"/>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rFonts w:ascii="Arial" w:eastAsia="Arial" w:hAnsi="Arial" w:cs="Arial"/>
        <w:b/>
        <w:bCs/>
      </w:rPr>
      <w:tblPr/>
      <w:tcPr>
        <w:shd w:val="clear" w:color="auto" w:fill="B6DDE8" w:themeFill="accent5" w:themeFillTint="66"/>
      </w:tcPr>
    </w:tblStylePr>
    <w:tblStylePr w:type="lastRow">
      <w:rPr>
        <w:rFonts w:ascii="Arial" w:eastAsia="Arial" w:hAnsi="Arial" w:cs="Arial"/>
        <w:b/>
        <w:bCs/>
        <w:color w:val="000000" w:themeColor="text1"/>
      </w:rPr>
      <w:tblPr/>
      <w:tcPr>
        <w:shd w:val="clear" w:color="auto" w:fill="B6DDE8" w:themeFill="accent5" w:themeFillTint="66"/>
      </w:tcPr>
    </w:tblStylePr>
    <w:tblStylePr w:type="firstCol">
      <w:rPr>
        <w:rFonts w:ascii="Arial" w:eastAsia="Arial" w:hAnsi="Arial" w:cs="Arial"/>
        <w:color w:val="FFFFFF" w:themeColor="background1"/>
      </w:rPr>
      <w:tblPr/>
      <w:tcPr>
        <w:shd w:val="clear" w:color="auto" w:fill="31849B" w:themeFill="accent5" w:themeFillShade="BF"/>
      </w:tcPr>
    </w:tblStylePr>
    <w:tblStylePr w:type="lastCol">
      <w:rPr>
        <w:rFonts w:ascii="Arial" w:eastAsia="Arial" w:hAnsi="Arial" w:cs="Arial"/>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rFonts w:ascii="Arial" w:eastAsia="Arial" w:hAnsi="Arial" w:cs="Arial"/>
        <w:b/>
        <w:bCs/>
      </w:rPr>
      <w:tblPr/>
      <w:tcPr>
        <w:shd w:val="clear" w:color="auto" w:fill="FBD4B4" w:themeFill="accent6" w:themeFillTint="66"/>
      </w:tcPr>
    </w:tblStylePr>
    <w:tblStylePr w:type="lastRow">
      <w:rPr>
        <w:rFonts w:ascii="Arial" w:eastAsia="Arial" w:hAnsi="Arial" w:cs="Arial"/>
        <w:b/>
        <w:bCs/>
        <w:color w:val="000000" w:themeColor="text1"/>
      </w:rPr>
      <w:tblPr/>
      <w:tcPr>
        <w:shd w:val="clear" w:color="auto" w:fill="FBD4B4" w:themeFill="accent6" w:themeFillTint="66"/>
      </w:tcPr>
    </w:tblStylePr>
    <w:tblStylePr w:type="firstCol">
      <w:rPr>
        <w:rFonts w:ascii="Arial" w:eastAsia="Arial" w:hAnsi="Arial" w:cs="Arial"/>
        <w:color w:val="FFFFFF" w:themeColor="background1"/>
      </w:rPr>
      <w:tblPr/>
      <w:tcPr>
        <w:shd w:val="clear" w:color="auto" w:fill="E36C0A" w:themeFill="accent6" w:themeFillShade="BF"/>
      </w:tcPr>
    </w:tblStylePr>
    <w:tblStylePr w:type="lastCol">
      <w:rPr>
        <w:rFonts w:ascii="Arial" w:eastAsia="Arial" w:hAnsi="Arial" w:cs="Arial"/>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664</Words>
  <Characters>3152</Characters>
  <Application>Microsoft Office Word</Application>
  <DocSecurity>0</DocSecurity>
  <Lines>58</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Filters</dc:title>
  <dc:subject>Student activity</dc:subject>
  <dc:creator>WVU DSPIRA</dc:creator>
  <cp:keywords/>
  <dc:description/>
  <cp:lastModifiedBy>Dylan Gormley</cp:lastModifiedBy>
  <cp:revision>5</cp:revision>
  <dcterms:created xsi:type="dcterms:W3CDTF">2026-09-26T00:00:00Z</dcterms:created>
  <dcterms:modified xsi:type="dcterms:W3CDTF">2026-09-27T00:41:00Z</dcterms:modified>
  <cp:category/>
</cp:coreProperties>
</file>