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F5A6D" w14:textId="77777777" w:rsidR="00DE28FA" w:rsidRDefault="00346BA9">
      <w:pPr>
        <w:pStyle w:val="Title"/>
        <w:keepNext/>
      </w:pPr>
      <w:r>
        <w:t>The FFT block</w:t>
      </w:r>
    </w:p>
    <w:p w14:paraId="1D1CD1DB" w14:textId="77777777" w:rsidR="00DE28FA" w:rsidRDefault="00346BA9">
      <w:pPr>
        <w:pStyle w:val="Subtitle"/>
        <w:keepNext/>
      </w:pPr>
      <w:r>
        <w:t>Student activity</w:t>
      </w:r>
    </w:p>
    <w:p w14:paraId="75AB7242" w14:textId="77777777" w:rsidR="00DE28FA" w:rsidRDefault="00346BA9">
      <w:r>
        <w:t>Name ______________________________    Date __________________</w:t>
      </w:r>
    </w:p>
    <w:p w14:paraId="4D4B348E" w14:textId="77777777" w:rsidR="00DE28FA" w:rsidRDefault="00346BA9">
      <w:r>
        <w:t xml:space="preserve">In this activity you will demonstrate how the FFT block in GNU Radio works. The FFT (Fast Fourier Transform)  determines the frequencies and amplitudes of the sine and cosine functions that make up the Fourier series of a  signal input to the FFT block. This block utilizes some mathematics that are beyond the scope of this  presentation; it uses vectors and complex numbers to complete its computations. Several of the blocks will have  inputs and outputs that are complex.    </w:t>
      </w:r>
      <w:r>
        <w:rPr>
          <w:b/>
        </w:rPr>
        <w:t xml:space="preserve">Using An FFT Block </w:t>
      </w:r>
    </w:p>
    <w:p w14:paraId="592BF8B0" w14:textId="77777777" w:rsidR="00DE28FA" w:rsidRDefault="00346BA9">
      <w:pPr>
        <w:pStyle w:val="ListBullet"/>
      </w:pPr>
      <w:r>
        <w:t xml:space="preserve">  Open your 6 function signal generator from Lesson 2. </w:t>
      </w:r>
    </w:p>
    <w:p w14:paraId="06F04E42" w14:textId="77777777" w:rsidR="00DE28FA" w:rsidRDefault="00346BA9">
      <w:pPr>
        <w:pStyle w:val="ListBullet"/>
      </w:pPr>
      <w:r>
        <w:t xml:space="preserve">  </w:t>
      </w:r>
      <w:r>
        <w:rPr>
          <w:b/>
        </w:rPr>
        <w:t>Save as . . .</w:t>
      </w:r>
      <w:r>
        <w:t xml:space="preserve">  using a new file name. </w:t>
      </w:r>
    </w:p>
    <w:p w14:paraId="4BF6F70B" w14:textId="77777777" w:rsidR="00DE28FA" w:rsidRDefault="00346BA9">
      <w:pPr>
        <w:pStyle w:val="ListBullet"/>
      </w:pPr>
      <w:r>
        <w:t xml:space="preserve">  Delete all of the blocks in the sequence after the </w:t>
      </w:r>
      <w:r>
        <w:rPr>
          <w:b/>
          <w:i/>
        </w:rPr>
        <w:t>Add</w:t>
      </w:r>
      <w:r>
        <w:t xml:space="preserve"> block. </w:t>
      </w:r>
    </w:p>
    <w:p w14:paraId="5C703C42" w14:textId="77777777" w:rsidR="00DE28FA" w:rsidRDefault="00346BA9">
      <w:pPr>
        <w:pStyle w:val="ListBullet"/>
      </w:pPr>
      <w:r>
        <w:t xml:space="preserve">  Import the blocks that are shown in the diagram below after the </w:t>
      </w:r>
      <w:r>
        <w:rPr>
          <w:b/>
          <w:i/>
        </w:rPr>
        <w:t>Add</w:t>
      </w:r>
      <w:r>
        <w:t xml:space="preserve"> block: </w:t>
      </w:r>
    </w:p>
    <w:p w14:paraId="58C492F5" w14:textId="77777777" w:rsidR="00DE28FA" w:rsidRDefault="00346BA9">
      <w:pPr>
        <w:spacing w:before="100" w:after="160"/>
        <w:jc w:val="center"/>
      </w:pPr>
      <w:r>
        <w:rPr>
          <w:noProof/>
        </w:rPr>
        <w:drawing>
          <wp:inline distT="0" distB="0" distL="0" distR="0" wp14:anchorId="3060B401" wp14:editId="08E64E1A">
            <wp:extent cx="5580887" cy="3060191"/>
            <wp:effectExtent l="0" t="0" r="0" b="0"/>
            <wp:docPr id="1" name="Picture 1" descr="The FFT block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fft-1-1.png"/>
                    <pic:cNvPicPr/>
                  </pic:nvPicPr>
                  <pic:blipFill>
                    <a:blip r:embed="rId8"/>
                    <a:stretch>
                      <a:fillRect/>
                    </a:stretch>
                  </pic:blipFill>
                  <pic:spPr>
                    <a:xfrm>
                      <a:off x="0" y="0"/>
                      <a:ext cx="5580887" cy="3060191"/>
                    </a:xfrm>
                    <a:prstGeom prst="rect">
                      <a:avLst/>
                    </a:prstGeom>
                  </pic:spPr>
                </pic:pic>
              </a:graphicData>
            </a:graphic>
          </wp:inline>
        </w:drawing>
      </w:r>
    </w:p>
    <w:p w14:paraId="084698D3" w14:textId="77777777" w:rsidR="00DE28FA" w:rsidRDefault="00346BA9">
      <w:pPr>
        <w:pStyle w:val="ListBullet"/>
      </w:pPr>
      <w:r>
        <w:t xml:space="preserve">  Open each block and change their settings as described below: </w:t>
      </w:r>
    </w:p>
    <w:p w14:paraId="176185A3" w14:textId="77777777" w:rsidR="00DE28FA" w:rsidRDefault="00346BA9">
      <w:pPr>
        <w:pStyle w:val="ListBullet"/>
      </w:pPr>
      <w:r>
        <w:rPr>
          <w:b/>
          <w:i/>
        </w:rPr>
        <w:t>Throttle</w:t>
      </w:r>
      <w:r>
        <w:t xml:space="preserve"> – This regulates the flow rate of the signal through the sequence; it has no effect on the </w:t>
      </w:r>
    </w:p>
    <w:p w14:paraId="13506D6C" w14:textId="77777777" w:rsidR="00DE28FA" w:rsidRDefault="00346BA9">
      <w:r>
        <w:t xml:space="preserve">output. In the previous lessons the speaker regulated the flow of the data through the blocks. As  no speaker is used in this program, the </w:t>
      </w:r>
      <w:r>
        <w:rPr>
          <w:b/>
          <w:i/>
        </w:rPr>
        <w:t>Throttle</w:t>
      </w:r>
      <w:r>
        <w:t xml:space="preserve"> block keeps the flow regulated. </w:t>
      </w:r>
    </w:p>
    <w:p w14:paraId="0F828C59" w14:textId="77777777" w:rsidR="00DE28FA" w:rsidRDefault="00346BA9">
      <w:pPr>
        <w:spacing w:before="100" w:after="160"/>
        <w:jc w:val="center"/>
      </w:pPr>
      <w:r>
        <w:rPr>
          <w:noProof/>
        </w:rPr>
        <w:lastRenderedPageBreak/>
        <w:drawing>
          <wp:inline distT="0" distB="0" distL="0" distR="0" wp14:anchorId="064EF6B8" wp14:editId="1E5B97F5">
            <wp:extent cx="3438144" cy="1789176"/>
            <wp:effectExtent l="0" t="0" r="0" b="0"/>
            <wp:docPr id="2" name="Picture 2" descr="The FFT block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fft-1-2.png"/>
                    <pic:cNvPicPr/>
                  </pic:nvPicPr>
                  <pic:blipFill>
                    <a:blip r:embed="rId9"/>
                    <a:stretch>
                      <a:fillRect/>
                    </a:stretch>
                  </pic:blipFill>
                  <pic:spPr>
                    <a:xfrm>
                      <a:off x="0" y="0"/>
                      <a:ext cx="3438144" cy="1789176"/>
                    </a:xfrm>
                    <a:prstGeom prst="rect">
                      <a:avLst/>
                    </a:prstGeom>
                  </pic:spPr>
                </pic:pic>
              </a:graphicData>
            </a:graphic>
          </wp:inline>
        </w:drawing>
      </w:r>
    </w:p>
    <w:p w14:paraId="1E4EEA15" w14:textId="77777777" w:rsidR="00DE28FA" w:rsidRDefault="00346BA9">
      <w:pPr>
        <w:pStyle w:val="ListBullet"/>
      </w:pPr>
      <w:r>
        <w:rPr>
          <w:b/>
          <w:i/>
        </w:rPr>
        <w:t>Stream to Vector</w:t>
      </w:r>
      <w:r>
        <w:t xml:space="preserve"> – This changes the signal source to a vector to be analyzed by the FFT. </w:t>
      </w:r>
    </w:p>
    <w:p w14:paraId="5476E080" w14:textId="77777777" w:rsidR="00DE28FA" w:rsidRDefault="00346BA9">
      <w:pPr>
        <w:spacing w:before="100" w:after="160"/>
        <w:jc w:val="center"/>
      </w:pPr>
      <w:r>
        <w:rPr>
          <w:noProof/>
        </w:rPr>
        <w:drawing>
          <wp:inline distT="0" distB="0" distL="0" distR="0" wp14:anchorId="3AE164CD" wp14:editId="73E4DB4B">
            <wp:extent cx="3112008" cy="1331976"/>
            <wp:effectExtent l="0" t="0" r="0" b="0"/>
            <wp:docPr id="3" name="Picture 3" descr="The FFT block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fft-2-1.png"/>
                    <pic:cNvPicPr/>
                  </pic:nvPicPr>
                  <pic:blipFill>
                    <a:blip r:embed="rId10"/>
                    <a:stretch>
                      <a:fillRect/>
                    </a:stretch>
                  </pic:blipFill>
                  <pic:spPr>
                    <a:xfrm>
                      <a:off x="0" y="0"/>
                      <a:ext cx="3112008" cy="1331976"/>
                    </a:xfrm>
                    <a:prstGeom prst="rect">
                      <a:avLst/>
                    </a:prstGeom>
                  </pic:spPr>
                </pic:pic>
              </a:graphicData>
            </a:graphic>
          </wp:inline>
        </w:drawing>
      </w:r>
    </w:p>
    <w:p w14:paraId="6F8F632B" w14:textId="77777777" w:rsidR="00DE28FA" w:rsidRDefault="00346BA9">
      <w:pPr>
        <w:pStyle w:val="ListBullet"/>
      </w:pPr>
      <w:r>
        <w:rPr>
          <w:b/>
          <w:i/>
        </w:rPr>
        <w:t>FFT</w:t>
      </w:r>
      <w:r>
        <w:t xml:space="preserve"> – This is where the magic is done. </w:t>
      </w:r>
    </w:p>
    <w:p w14:paraId="6ADC4C33" w14:textId="77777777" w:rsidR="00DE28FA" w:rsidRDefault="00346BA9">
      <w:pPr>
        <w:spacing w:before="100" w:after="160"/>
        <w:jc w:val="center"/>
      </w:pPr>
      <w:r>
        <w:rPr>
          <w:noProof/>
        </w:rPr>
        <w:drawing>
          <wp:inline distT="0" distB="0" distL="0" distR="0" wp14:anchorId="2DBDCFBF" wp14:editId="65D7A3D5">
            <wp:extent cx="3112008" cy="1746504"/>
            <wp:effectExtent l="0" t="0" r="0" b="0"/>
            <wp:docPr id="4" name="Picture 4" descr="The FFT block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fft-2-2.png"/>
                    <pic:cNvPicPr/>
                  </pic:nvPicPr>
                  <pic:blipFill>
                    <a:blip r:embed="rId11"/>
                    <a:stretch>
                      <a:fillRect/>
                    </a:stretch>
                  </pic:blipFill>
                  <pic:spPr>
                    <a:xfrm>
                      <a:off x="0" y="0"/>
                      <a:ext cx="3112008" cy="1746504"/>
                    </a:xfrm>
                    <a:prstGeom prst="rect">
                      <a:avLst/>
                    </a:prstGeom>
                  </pic:spPr>
                </pic:pic>
              </a:graphicData>
            </a:graphic>
          </wp:inline>
        </w:drawing>
      </w:r>
    </w:p>
    <w:p w14:paraId="206429CE" w14:textId="77777777" w:rsidR="00DE28FA" w:rsidRDefault="00346BA9">
      <w:pPr>
        <w:pStyle w:val="ListBullet"/>
      </w:pPr>
      <w:r>
        <w:rPr>
          <w:b/>
          <w:i/>
        </w:rPr>
        <w:t>Multiply Conjugate</w:t>
      </w:r>
      <w:r>
        <w:t xml:space="preserve"> – The output of the FFT block is a complex number. This block calculates a </w:t>
      </w:r>
    </w:p>
    <w:p w14:paraId="3DA47F41" w14:textId="77777777" w:rsidR="00DE28FA" w:rsidRDefault="00346BA9">
      <w:r>
        <w:t xml:space="preserve">number that represents the magnitude of output at each frequency. </w:t>
      </w:r>
    </w:p>
    <w:p w14:paraId="6AB2BC06" w14:textId="77777777" w:rsidR="00DE28FA" w:rsidRDefault="00346BA9">
      <w:pPr>
        <w:spacing w:before="100" w:after="160"/>
        <w:jc w:val="center"/>
      </w:pPr>
      <w:r>
        <w:rPr>
          <w:noProof/>
        </w:rPr>
        <w:drawing>
          <wp:inline distT="0" distB="0" distL="0" distR="0" wp14:anchorId="1CB50D3B" wp14:editId="68C944A8">
            <wp:extent cx="3115055" cy="996696"/>
            <wp:effectExtent l="0" t="0" r="0" b="0"/>
            <wp:docPr id="5" name="Picture 5" descr="The FFT block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fft-2-3.png"/>
                    <pic:cNvPicPr/>
                  </pic:nvPicPr>
                  <pic:blipFill>
                    <a:blip r:embed="rId12"/>
                    <a:stretch>
                      <a:fillRect/>
                    </a:stretch>
                  </pic:blipFill>
                  <pic:spPr>
                    <a:xfrm>
                      <a:off x="0" y="0"/>
                      <a:ext cx="3115055" cy="996696"/>
                    </a:xfrm>
                    <a:prstGeom prst="rect">
                      <a:avLst/>
                    </a:prstGeom>
                  </pic:spPr>
                </pic:pic>
              </a:graphicData>
            </a:graphic>
          </wp:inline>
        </w:drawing>
      </w:r>
    </w:p>
    <w:p w14:paraId="65E42318" w14:textId="77777777" w:rsidR="00DE28FA" w:rsidRDefault="00346BA9">
      <w:pPr>
        <w:pStyle w:val="ListBullet"/>
      </w:pPr>
      <w:r>
        <w:rPr>
          <w:b/>
          <w:i/>
        </w:rPr>
        <w:t>Complex to Real</w:t>
      </w:r>
      <w:r>
        <w:t xml:space="preserve"> - This converts the data stream back to a real number. </w:t>
      </w:r>
    </w:p>
    <w:p w14:paraId="7C2345A7" w14:textId="77777777" w:rsidR="00DE28FA" w:rsidRDefault="00346BA9">
      <w:pPr>
        <w:spacing w:before="100" w:after="160"/>
        <w:jc w:val="center"/>
      </w:pPr>
      <w:r>
        <w:rPr>
          <w:noProof/>
        </w:rPr>
        <w:lastRenderedPageBreak/>
        <w:drawing>
          <wp:inline distT="0" distB="0" distL="0" distR="0" wp14:anchorId="0C5BD207" wp14:editId="399506B9">
            <wp:extent cx="3115056" cy="1048512"/>
            <wp:effectExtent l="0" t="0" r="0" b="0"/>
            <wp:docPr id="6" name="Picture 6" descr="The FFT block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fft-2-4.png"/>
                    <pic:cNvPicPr/>
                  </pic:nvPicPr>
                  <pic:blipFill>
                    <a:blip r:embed="rId13"/>
                    <a:stretch>
                      <a:fillRect/>
                    </a:stretch>
                  </pic:blipFill>
                  <pic:spPr>
                    <a:xfrm>
                      <a:off x="0" y="0"/>
                      <a:ext cx="3115056" cy="1048512"/>
                    </a:xfrm>
                    <a:prstGeom prst="rect">
                      <a:avLst/>
                    </a:prstGeom>
                  </pic:spPr>
                </pic:pic>
              </a:graphicData>
            </a:graphic>
          </wp:inline>
        </w:drawing>
      </w:r>
    </w:p>
    <w:p w14:paraId="7034141F" w14:textId="77777777" w:rsidR="00DE28FA" w:rsidRDefault="00346BA9">
      <w:pPr>
        <w:pStyle w:val="ListBullet"/>
      </w:pPr>
      <w:r>
        <w:rPr>
          <w:b/>
          <w:i/>
        </w:rPr>
        <w:t>QT GUI Vector Sink</w:t>
      </w:r>
      <w:r>
        <w:t xml:space="preserve"> – This displays the output of the FFT graphically, showing the amplitudes </w:t>
      </w:r>
    </w:p>
    <w:p w14:paraId="18F4DE3A" w14:textId="77777777" w:rsidR="00DE28FA" w:rsidRDefault="00346BA9">
      <w:r>
        <w:t xml:space="preserve">of each frequency that makes up the signal that was the input to the FFT. </w:t>
      </w:r>
    </w:p>
    <w:p w14:paraId="04FE1F61" w14:textId="77777777" w:rsidR="00DE28FA" w:rsidRDefault="00346BA9">
      <w:pPr>
        <w:spacing w:before="100" w:after="160"/>
        <w:jc w:val="center"/>
      </w:pPr>
      <w:r>
        <w:rPr>
          <w:noProof/>
        </w:rPr>
        <w:drawing>
          <wp:inline distT="0" distB="0" distL="0" distR="0" wp14:anchorId="252FB92E" wp14:editId="32DFE89D">
            <wp:extent cx="3115056" cy="4687824"/>
            <wp:effectExtent l="0" t="0" r="0" b="0"/>
            <wp:docPr id="7" name="Picture 7" descr="The FFT block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fft-3-1.png"/>
                    <pic:cNvPicPr/>
                  </pic:nvPicPr>
                  <pic:blipFill>
                    <a:blip r:embed="rId14"/>
                    <a:stretch>
                      <a:fillRect/>
                    </a:stretch>
                  </pic:blipFill>
                  <pic:spPr>
                    <a:xfrm>
                      <a:off x="0" y="0"/>
                      <a:ext cx="3115056" cy="4687824"/>
                    </a:xfrm>
                    <a:prstGeom prst="rect">
                      <a:avLst/>
                    </a:prstGeom>
                  </pic:spPr>
                </pic:pic>
              </a:graphicData>
            </a:graphic>
          </wp:inline>
        </w:drawing>
      </w:r>
    </w:p>
    <w:p w14:paraId="24068A95" w14:textId="77777777" w:rsidR="00DE28FA" w:rsidRDefault="00346BA9">
      <w:pPr>
        <w:pStyle w:val="ListBullet"/>
      </w:pPr>
      <w:r>
        <w:t xml:space="preserve">The "X-Axis Start Value" and "X-Axis Step Value" formulas are needed for the Vector Sink to </w:t>
      </w:r>
    </w:p>
    <w:p w14:paraId="29FF2E67" w14:textId="77777777" w:rsidR="00DE28FA" w:rsidRDefault="00346BA9">
      <w:r>
        <w:t xml:space="preserve">interpret the frequencies correctly. </w:t>
      </w:r>
    </w:p>
    <w:p w14:paraId="3DA3E8B4" w14:textId="77777777" w:rsidR="00DE28FA" w:rsidRDefault="00346BA9">
      <w:pPr>
        <w:pStyle w:val="Heading1"/>
      </w:pPr>
      <w:r>
        <w:t>Test the FFT Block</w:t>
      </w:r>
    </w:p>
    <w:p w14:paraId="54231F93" w14:textId="77777777" w:rsidR="00DE28FA" w:rsidRDefault="00346BA9">
      <w:pPr>
        <w:pStyle w:val="ListBullet"/>
      </w:pPr>
      <w:r>
        <w:t xml:space="preserve">  Run the program. Choose different frequencies and amplitudes of sources 1-6. These can be adjusted using  the sliders or counters for each frequency and amplitude. </w:t>
      </w:r>
    </w:p>
    <w:p w14:paraId="627F309A" w14:textId="77777777" w:rsidR="00DE28FA" w:rsidRDefault="00346BA9">
      <w:pPr>
        <w:pStyle w:val="ListBullet"/>
      </w:pPr>
      <w:r>
        <w:t xml:space="preserve">  Notice how the output in the graph changes as the frequency and amplitude values are changed. </w:t>
      </w:r>
    </w:p>
    <w:p w14:paraId="44787ADB" w14:textId="77777777" w:rsidR="00DE28FA" w:rsidRDefault="00346BA9">
      <w:pPr>
        <w:pStyle w:val="ListBullet"/>
      </w:pPr>
      <w:r>
        <w:t xml:space="preserve">  Also, notice that the zero frequency on the x-axis is in the middle of the axis, and both positive and  negative frequencies are possible. This is an interesting possibility with SDR that we will not go into. </w:t>
      </w:r>
    </w:p>
    <w:p w14:paraId="5D0E0783" w14:textId="77777777" w:rsidR="00DE28FA" w:rsidRDefault="00346BA9">
      <w:pPr>
        <w:pStyle w:val="ListBullet"/>
      </w:pPr>
      <w:r>
        <w:lastRenderedPageBreak/>
        <w:t xml:space="preserve">  If all 6 frequencies set in the frequency </w:t>
      </w:r>
      <w:r>
        <w:rPr>
          <w:b/>
          <w:i/>
        </w:rPr>
        <w:t xml:space="preserve">QT GUI Range </w:t>
      </w:r>
      <w:r>
        <w:t xml:space="preserve">blocks are at different values, then there should be  12 different frequency values displayed - 6 corresponding to the positive values of these frequencies and 6  that are mirror images of these frequencies in the negative range. </w:t>
      </w:r>
    </w:p>
    <w:p w14:paraId="7E431244" w14:textId="77777777" w:rsidR="00DE28FA" w:rsidRDefault="00346BA9">
      <w:pPr>
        <w:pStyle w:val="ListBullet"/>
      </w:pPr>
      <w:r>
        <w:t xml:space="preserve">  By placing the cursor over a peak, its frequency can be read as the x-coordinate displayed. </w:t>
      </w:r>
    </w:p>
    <w:p w14:paraId="6E20A732" w14:textId="77777777" w:rsidR="00DE28FA" w:rsidRDefault="00346BA9">
      <w:pPr>
        <w:pStyle w:val="ListBullet"/>
      </w:pPr>
      <w:r>
        <w:t xml:space="preserve">  The peak heights are related to the Fourier coefficients of each frequency. The y-axis is not scaled on this  graph. </w:t>
      </w:r>
    </w:p>
    <w:p w14:paraId="75BB29F6" w14:textId="77777777" w:rsidR="00DE28FA" w:rsidRDefault="00346BA9">
      <w:pPr>
        <w:pStyle w:val="ListBullet"/>
        <w:spacing w:after="780"/>
      </w:pPr>
      <w:r>
        <w:t xml:space="preserve">  Set all of the volumes to 1. The peak heights should all be the same, or very similar. </w:t>
      </w:r>
    </w:p>
    <w:p w14:paraId="2845CBDD" w14:textId="77777777" w:rsidR="00DE28FA" w:rsidRDefault="00346BA9">
      <w:pPr>
        <w:pStyle w:val="ListBullet"/>
      </w:pPr>
      <w:r>
        <w:t xml:space="preserve">  Now change one of the signal volumes to 0.5. Notice that the corresponding peak height at this frequency  drops to approximately ¼ of its original height. This is because the </w:t>
      </w:r>
      <w:r>
        <w:rPr>
          <w:b/>
          <w:i/>
        </w:rPr>
        <w:t>Multiply Conjugate</w:t>
      </w:r>
      <w:r>
        <w:t xml:space="preserve"> block actually  calculates the power of the signal, which is proportional to the square of the Fourier coefficient. So  dropping the volume of one of the input frequencies to ½ results in a power at that frequency that is (½)</w:t>
      </w:r>
      <w:r>
        <w:rPr>
          <w:vertAlign w:val="superscript"/>
        </w:rPr>
        <w:t>2</w:t>
      </w:r>
      <w:r>
        <w:t xml:space="preserve"> =  ¼ of its original power. </w:t>
      </w:r>
    </w:p>
    <w:p w14:paraId="18AA9CC1" w14:textId="77777777" w:rsidR="00DE28FA" w:rsidRDefault="00346BA9">
      <w:r>
        <w:t xml:space="preserve">  This activity should give you an idea of what an FFT block can accomplish. Deciphering the frequencies  contained in a signal is a very important tool in DSP in general, as it is in radio astronomy. So the FFT block is at  the heart of the GNU Radio spectrometers we use.     </w:t>
      </w:r>
      <w:r>
        <w:rPr>
          <w:b/>
        </w:rPr>
        <w:t>Audio FFT</w:t>
      </w:r>
      <w:r>
        <w:t xml:space="preserve"> </w:t>
      </w:r>
    </w:p>
    <w:p w14:paraId="644C45D1" w14:textId="77777777" w:rsidR="00DE28FA" w:rsidRDefault="00346BA9">
      <w:pPr>
        <w:pStyle w:val="ListBullet"/>
      </w:pPr>
      <w:r>
        <w:t xml:space="preserve">  Save your progam with a new name (e.g. Lesson4_microphone). </w:t>
      </w:r>
    </w:p>
    <w:p w14:paraId="5D1F5B7C" w14:textId="77777777" w:rsidR="00DE28FA" w:rsidRDefault="00346BA9">
      <w:pPr>
        <w:pStyle w:val="ListBullet"/>
      </w:pPr>
      <w:r>
        <w:t xml:space="preserve">  Delete the six </w:t>
      </w:r>
      <w:r>
        <w:rPr>
          <w:b/>
          <w:i/>
        </w:rPr>
        <w:t>Signal Source</w:t>
      </w:r>
      <w:r>
        <w:t xml:space="preserve"> blocks and the </w:t>
      </w:r>
      <w:r>
        <w:rPr>
          <w:b/>
          <w:i/>
        </w:rPr>
        <w:t>Add</w:t>
      </w:r>
      <w:r>
        <w:t xml:space="preserve"> block. </w:t>
      </w:r>
    </w:p>
    <w:p w14:paraId="170587DB" w14:textId="77777777" w:rsidR="00DE28FA" w:rsidRDefault="00346BA9">
      <w:pPr>
        <w:pStyle w:val="ListBullet"/>
      </w:pPr>
      <w:r>
        <w:t xml:space="preserve">  Replace these with an </w:t>
      </w:r>
      <w:r>
        <w:rPr>
          <w:b/>
          <w:i/>
        </w:rPr>
        <w:t>Audio Source</w:t>
      </w:r>
      <w:r>
        <w:t xml:space="preserve"> block. </w:t>
      </w:r>
    </w:p>
    <w:p w14:paraId="4A398DF0" w14:textId="77777777" w:rsidR="00DE28FA" w:rsidRDefault="00346BA9">
      <w:pPr>
        <w:pStyle w:val="ListBullet"/>
      </w:pPr>
      <w:r>
        <w:t xml:space="preserve">  You will need to add a </w:t>
      </w:r>
      <w:r>
        <w:rPr>
          <w:b/>
          <w:i/>
        </w:rPr>
        <w:t>Stream to Vector</w:t>
      </w:r>
      <w:r>
        <w:t xml:space="preserve"> block. NOTE: Set the </w:t>
      </w:r>
      <w:r>
        <w:rPr>
          <w:i/>
        </w:rPr>
        <w:t>Num Items</w:t>
      </w:r>
      <w:r>
        <w:t xml:space="preserve"> to 1024, and the </w:t>
      </w:r>
      <w:r>
        <w:rPr>
          <w:i/>
        </w:rPr>
        <w:t>Vector Length</w:t>
      </w:r>
      <w:r>
        <w:t xml:space="preserve">  to 1 </w:t>
      </w:r>
    </w:p>
    <w:p w14:paraId="1D06FE91" w14:textId="77777777" w:rsidR="00DE28FA" w:rsidRDefault="00346BA9">
      <w:pPr>
        <w:pStyle w:val="ListBullet"/>
        <w:spacing w:after="780"/>
      </w:pPr>
      <w:r>
        <w:t xml:space="preserve">  Run and explore with different audio inputs. Have fun!   </w:t>
      </w:r>
    </w:p>
    <w:sectPr w:rsidR="00DE28FA" w:rsidSect="00034616">
      <w:headerReference w:type="even" r:id="rId15"/>
      <w:headerReference w:type="default" r:id="rId16"/>
      <w:footerReference w:type="even" r:id="rId17"/>
      <w:footerReference w:type="default" r:id="rId18"/>
      <w:headerReference w:type="first" r:id="rId19"/>
      <w:footerReference w:type="first" r:id="rId20"/>
      <w:pgSz w:w="12240" w:h="15840"/>
      <w:pgMar w:top="1512" w:right="1080" w:bottom="108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A24D2" w14:textId="77777777" w:rsidR="009743A3" w:rsidRDefault="009743A3">
      <w:pPr>
        <w:spacing w:after="0" w:line="240" w:lineRule="auto"/>
      </w:pPr>
      <w:r>
        <w:separator/>
      </w:r>
    </w:p>
  </w:endnote>
  <w:endnote w:type="continuationSeparator" w:id="0">
    <w:p w14:paraId="3A00BDF2" w14:textId="77777777" w:rsidR="009743A3" w:rsidRDefault="00974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5AB03" w14:textId="77777777" w:rsidR="00CE3593" w:rsidRDefault="00CE35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40A8" w14:textId="77777777" w:rsidR="00346BA9" w:rsidRDefault="00346BA9">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77207" w14:textId="77777777" w:rsidR="00CE3593" w:rsidRDefault="00CE35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86035" w14:textId="77777777" w:rsidR="009743A3" w:rsidRDefault="009743A3">
      <w:pPr>
        <w:spacing w:after="0" w:line="240" w:lineRule="auto"/>
      </w:pPr>
      <w:r>
        <w:separator/>
      </w:r>
    </w:p>
  </w:footnote>
  <w:footnote w:type="continuationSeparator" w:id="0">
    <w:p w14:paraId="64811117" w14:textId="77777777" w:rsidR="009743A3" w:rsidRDefault="00974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1CAF" w14:textId="77777777" w:rsidR="00CE3593" w:rsidRDefault="00CE3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893F9" w14:textId="77777777" w:rsidR="00346BA9" w:rsidRDefault="00346BA9">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D01A" w14:textId="77777777" w:rsidR="00CE3593" w:rsidRDefault="00CE35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7017558">
    <w:abstractNumId w:val="8"/>
  </w:num>
  <w:num w:numId="2" w16cid:durableId="991757543">
    <w:abstractNumId w:val="6"/>
  </w:num>
  <w:num w:numId="3" w16cid:durableId="718673872">
    <w:abstractNumId w:val="5"/>
  </w:num>
  <w:num w:numId="4" w16cid:durableId="737287348">
    <w:abstractNumId w:val="4"/>
  </w:num>
  <w:num w:numId="5" w16cid:durableId="1933468765">
    <w:abstractNumId w:val="7"/>
  </w:num>
  <w:num w:numId="6" w16cid:durableId="1156268002">
    <w:abstractNumId w:val="3"/>
  </w:num>
  <w:num w:numId="7" w16cid:durableId="2035883245">
    <w:abstractNumId w:val="2"/>
  </w:num>
  <w:num w:numId="8" w16cid:durableId="1375614474">
    <w:abstractNumId w:val="1"/>
  </w:num>
  <w:num w:numId="9" w16cid:durableId="1200975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6530"/>
    <w:rsid w:val="0029639D"/>
    <w:rsid w:val="002A4A60"/>
    <w:rsid w:val="00326F90"/>
    <w:rsid w:val="00346BA9"/>
    <w:rsid w:val="005D0E94"/>
    <w:rsid w:val="00735244"/>
    <w:rsid w:val="007974EC"/>
    <w:rsid w:val="008179D8"/>
    <w:rsid w:val="00936E19"/>
    <w:rsid w:val="009743A3"/>
    <w:rsid w:val="00AA1D8D"/>
    <w:rsid w:val="00B47730"/>
    <w:rsid w:val="00C73367"/>
    <w:rsid w:val="00CB0664"/>
    <w:rsid w:val="00CE3593"/>
    <w:rsid w:val="00DA52A0"/>
    <w:rsid w:val="00DE28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D8EC77"/>
  <w14:defaultImageDpi w14:val="300"/>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000000"/>
      <w:sz w:val="30"/>
      <w:szCs w:val="28"/>
    </w:rPr>
  </w:style>
  <w:style w:type="character" w:customStyle="1" w:styleId="Heading2Char">
    <w:name w:val="Heading 2 Char"/>
    <w:basedOn w:val="DefaultParagraphFont"/>
    <w:link w:val="Heading2"/>
    <w:uiPriority w:val="9"/>
    <w:rsid w:val="00FC693F"/>
    <w:rPr>
      <w:b/>
      <w:bCs/>
      <w:color w:val="000000"/>
      <w:sz w:val="24"/>
      <w:szCs w:val="26"/>
    </w:rPr>
  </w:style>
  <w:style w:type="character" w:customStyle="1" w:styleId="Heading3Char">
    <w:name w:val="Heading 3 Char"/>
    <w:basedOn w:val="DefaultParagraphFont"/>
    <w:link w:val="Heading3"/>
    <w:uiPriority w:val="9"/>
    <w:rsid w:val="00FC693F"/>
    <w:rPr>
      <w:b/>
      <w:bCs/>
      <w:color w:val="000000"/>
    </w:rPr>
  </w:style>
  <w:style w:type="paragraph" w:styleId="Title">
    <w:name w:val="Title"/>
    <w:basedOn w:val="Normal"/>
    <w:next w:val="Normal"/>
    <w:link w:val="TitleChar"/>
    <w:uiPriority w:val="10"/>
    <w:qFormat/>
    <w:rsid w:val="00FC693F"/>
    <w:pPr>
      <w:spacing w:after="160" w:line="240" w:lineRule="auto"/>
      <w:contextualSpacing/>
    </w:pPr>
    <w:rPr>
      <w:kern w:val="28"/>
      <w:sz w:val="48"/>
      <w:szCs w:val="52"/>
    </w:rPr>
  </w:style>
  <w:style w:type="character" w:customStyle="1" w:styleId="TitleChar">
    <w:name w:val="Title Char"/>
    <w:basedOn w:val="DefaultParagraphFont"/>
    <w:link w:val="Title"/>
    <w:uiPriority w:val="10"/>
    <w:rsid w:val="00FC693F"/>
    <w:rPr>
      <w:color w:val="000000"/>
      <w:kern w:val="28"/>
      <w:sz w:val="48"/>
      <w:szCs w:val="52"/>
    </w:rPr>
  </w:style>
  <w:style w:type="paragraph" w:styleId="Subtitle">
    <w:name w:val="Subtitle"/>
    <w:basedOn w:val="Normal"/>
    <w:next w:val="Normal"/>
    <w:link w:val="SubtitleChar"/>
    <w:uiPriority w:val="11"/>
    <w:qFormat/>
    <w:rsid w:val="00FC693F"/>
    <w:pPr>
      <w:numPr>
        <w:ilvl w:val="1"/>
      </w:numPr>
      <w:spacing w:after="160"/>
    </w:pPr>
    <w:rPr>
      <w:iCs/>
      <w:szCs w:val="24"/>
    </w:rPr>
  </w:style>
  <w:style w:type="character" w:customStyle="1" w:styleId="SubtitleChar">
    <w:name w:val="Subtitle Char"/>
    <w:basedOn w:val="DefaultParagraphFont"/>
    <w:link w:val="Subtitle"/>
    <w:uiPriority w:val="11"/>
    <w:rsid w:val="00FC693F"/>
    <w:rPr>
      <w:iCs/>
      <w:color w:val="000000"/>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sz w:val="20"/>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Arial" w:eastAsia="Arial" w:hAnsi="Arial" w:cs="Arial"/>
        <w:b/>
        <w:bCs/>
        <w:color w:val="FFFFFF" w:themeColor="background1"/>
      </w:rPr>
      <w:tblPr/>
      <w:tcPr>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Arial" w:eastAsia="Arial" w:hAnsi="Arial" w:cs="Arial"/>
        <w:b/>
        <w:bCs/>
        <w:color w:val="FFFFFF" w:themeColor="background1"/>
      </w:rPr>
      <w:tblPr/>
      <w:tcPr>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Arial" w:eastAsia="Arial" w:hAnsi="Arial" w:cs="Arial"/>
        <w:b/>
        <w:bCs/>
        <w:color w:val="FFFFFF" w:themeColor="background1"/>
      </w:rPr>
      <w:tblPr/>
      <w:tcPr>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Arial" w:eastAsia="Arial" w:hAnsi="Arial" w:cs="Arial"/>
        <w:b/>
        <w:bCs/>
        <w:color w:val="FFFFFF" w:themeColor="background1"/>
      </w:rPr>
      <w:tblPr/>
      <w:tcPr>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Arial" w:eastAsia="Arial" w:hAnsi="Arial" w:cs="Arial"/>
        <w:b/>
        <w:bCs/>
        <w:color w:val="FFFFFF" w:themeColor="background1"/>
      </w:rPr>
      <w:tblPr/>
      <w:tcPr>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Arial" w:eastAsia="Arial" w:hAnsi="Arial" w:cs="Arial"/>
        <w:b/>
        <w:bCs/>
        <w:color w:val="FFFFFF" w:themeColor="background1"/>
      </w:rPr>
      <w:tblPr/>
      <w:tcPr>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Arial" w:eastAsia="Arial" w:hAnsi="Arial" w:cs="Arial"/>
        <w:b/>
        <w:bCs/>
        <w:color w:val="FFFFFF" w:themeColor="background1"/>
      </w:rPr>
      <w:tblPr/>
      <w:tcPr>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Arial" w:hAnsi="Arial" w:cs="Arial"/>
      </w:rPr>
      <w:tblPr/>
      <w:tcPr>
        <w:tcBorders>
          <w:top w:val="nil"/>
          <w:bottom w:val="single" w:sz="8" w:space="0" w:color="000000" w:themeColor="text1"/>
        </w:tcBorders>
      </w:tcPr>
    </w:tblStylePr>
    <w:tblStylePr w:type="lastRow">
      <w:rPr>
        <w:rFonts w:ascii="Arial" w:eastAsia="Arial" w:hAnsi="Arial" w:cs="Arial"/>
        <w:b/>
        <w:bCs/>
        <w:color w:val="1F497D" w:themeColor="text2"/>
      </w:rPr>
      <w:tblPr/>
      <w:tcPr>
        <w:tcBorders>
          <w:top w:val="single" w:sz="8" w:space="0" w:color="000000" w:themeColor="text1"/>
          <w:bottom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Arial" w:hAnsi="Arial" w:cs="Arial"/>
      </w:rPr>
      <w:tblPr/>
      <w:tcPr>
        <w:tcBorders>
          <w:top w:val="nil"/>
          <w:bottom w:val="single" w:sz="8" w:space="0" w:color="4F81BD" w:themeColor="accent1"/>
        </w:tcBorders>
      </w:tcPr>
    </w:tblStylePr>
    <w:tblStylePr w:type="lastRow">
      <w:rPr>
        <w:rFonts w:ascii="Arial" w:eastAsia="Arial" w:hAnsi="Arial" w:cs="Arial"/>
        <w:b/>
        <w:bCs/>
        <w:color w:val="1F497D" w:themeColor="text2"/>
      </w:rPr>
      <w:tblPr/>
      <w:tcPr>
        <w:tcBorders>
          <w:top w:val="single" w:sz="8" w:space="0" w:color="4F81BD" w:themeColor="accent1"/>
          <w:bottom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Arial" w:hAnsi="Arial" w:cs="Arial"/>
      </w:rPr>
      <w:tblPr/>
      <w:tcPr>
        <w:tcBorders>
          <w:top w:val="nil"/>
          <w:bottom w:val="single" w:sz="8" w:space="0" w:color="C0504D" w:themeColor="accent2"/>
        </w:tcBorders>
      </w:tcPr>
    </w:tblStylePr>
    <w:tblStylePr w:type="lastRow">
      <w:rPr>
        <w:rFonts w:ascii="Arial" w:eastAsia="Arial" w:hAnsi="Arial" w:cs="Arial"/>
        <w:b/>
        <w:bCs/>
        <w:color w:val="1F497D" w:themeColor="text2"/>
      </w:rPr>
      <w:tblPr/>
      <w:tcPr>
        <w:tcBorders>
          <w:top w:val="single" w:sz="8" w:space="0" w:color="C0504D" w:themeColor="accent2"/>
          <w:bottom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Arial" w:hAnsi="Arial" w:cs="Arial"/>
      </w:rPr>
      <w:tblPr/>
      <w:tcPr>
        <w:tcBorders>
          <w:top w:val="nil"/>
          <w:bottom w:val="single" w:sz="8" w:space="0" w:color="9BBB59" w:themeColor="accent3"/>
        </w:tcBorders>
      </w:tcPr>
    </w:tblStylePr>
    <w:tblStylePr w:type="lastRow">
      <w:rPr>
        <w:rFonts w:ascii="Arial" w:eastAsia="Arial" w:hAnsi="Arial" w:cs="Arial"/>
        <w:b/>
        <w:bCs/>
        <w:color w:val="1F497D" w:themeColor="text2"/>
      </w:rPr>
      <w:tblPr/>
      <w:tcPr>
        <w:tcBorders>
          <w:top w:val="single" w:sz="8" w:space="0" w:color="9BBB59" w:themeColor="accent3"/>
          <w:bottom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Arial" w:hAnsi="Arial" w:cs="Arial"/>
      </w:rPr>
      <w:tblPr/>
      <w:tcPr>
        <w:tcBorders>
          <w:top w:val="nil"/>
          <w:bottom w:val="single" w:sz="8" w:space="0" w:color="8064A2" w:themeColor="accent4"/>
        </w:tcBorders>
      </w:tcPr>
    </w:tblStylePr>
    <w:tblStylePr w:type="lastRow">
      <w:rPr>
        <w:rFonts w:ascii="Arial" w:eastAsia="Arial" w:hAnsi="Arial" w:cs="Arial"/>
        <w:b/>
        <w:bCs/>
        <w:color w:val="1F497D" w:themeColor="text2"/>
      </w:rPr>
      <w:tblPr/>
      <w:tcPr>
        <w:tcBorders>
          <w:top w:val="single" w:sz="8" w:space="0" w:color="8064A2" w:themeColor="accent4"/>
          <w:bottom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Arial" w:hAnsi="Arial" w:cs="Arial"/>
      </w:rPr>
      <w:tblPr/>
      <w:tcPr>
        <w:tcBorders>
          <w:top w:val="nil"/>
          <w:bottom w:val="single" w:sz="8" w:space="0" w:color="4BACC6" w:themeColor="accent5"/>
        </w:tcBorders>
      </w:tcPr>
    </w:tblStylePr>
    <w:tblStylePr w:type="lastRow">
      <w:rPr>
        <w:rFonts w:ascii="Arial" w:eastAsia="Arial" w:hAnsi="Arial" w:cs="Arial"/>
        <w:b/>
        <w:bCs/>
        <w:color w:val="1F497D" w:themeColor="text2"/>
      </w:rPr>
      <w:tblPr/>
      <w:tcPr>
        <w:tcBorders>
          <w:top w:val="single" w:sz="8" w:space="0" w:color="4BACC6" w:themeColor="accent5"/>
          <w:bottom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Arial" w:hAnsi="Arial" w:cs="Arial"/>
      </w:rPr>
      <w:tblPr/>
      <w:tcPr>
        <w:tcBorders>
          <w:top w:val="nil"/>
          <w:bottom w:val="single" w:sz="8" w:space="0" w:color="F79646" w:themeColor="accent6"/>
        </w:tcBorders>
      </w:tcPr>
    </w:tblStylePr>
    <w:tblStylePr w:type="lastRow">
      <w:rPr>
        <w:rFonts w:ascii="Arial" w:eastAsia="Arial" w:hAnsi="Arial" w:cs="Arial"/>
        <w:b/>
        <w:bCs/>
        <w:color w:val="1F497D" w:themeColor="text2"/>
      </w:rPr>
      <w:tblPr/>
      <w:tcPr>
        <w:tcBorders>
          <w:top w:val="single" w:sz="8" w:space="0" w:color="F79646" w:themeColor="accent6"/>
          <w:bottom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Arial" w:eastAsia="Arial" w:hAnsi="Arial" w:cs="Arial"/>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Arial" w:eastAsia="Arial" w:hAnsi="Arial" w:cs="Arial"/>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Arial" w:eastAsia="Arial" w:hAnsi="Arial" w:cs="Arial"/>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Arial" w:eastAsia="Arial" w:hAnsi="Arial" w:cs="Arial"/>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Arial" w:eastAsia="Arial" w:hAnsi="Arial" w:cs="Arial"/>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Arial" w:eastAsia="Arial" w:hAnsi="Arial" w:cs="Arial"/>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Arial" w:eastAsia="Arial" w:hAnsi="Arial" w:cs="Arial"/>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404040" w:themeColor="tex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BA0CD" w:themeColor="accen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CF7B79" w:themeColor="accent2"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B3CC82" w:themeColor="accent3"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9F8AB9" w:themeColor="accent4"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8C0D4" w:themeColor="accent5"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F9B074" w:themeColor="accent6"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Arial" w:eastAsia="Arial" w:hAnsi="Arial" w:cs="Arial"/>
        <w:b/>
        <w:bCs/>
        <w:color w:val="000000" w:themeColor="text1"/>
      </w:rPr>
      <w:tblPr/>
      <w:tcPr>
        <w:shd w:val="clear" w:color="auto" w:fill="E6E6E6" w:themeFill="tex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Arial" w:eastAsia="Arial" w:hAnsi="Arial" w:cs="Arial"/>
        <w:b/>
        <w:bCs/>
        <w:color w:val="000000" w:themeColor="text1"/>
      </w:rPr>
      <w:tblPr/>
      <w:tcPr>
        <w:shd w:val="clear" w:color="auto" w:fill="EDF2F8" w:themeFill="accen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Arial" w:eastAsia="Arial" w:hAnsi="Arial" w:cs="Arial"/>
        <w:b/>
        <w:bCs/>
        <w:color w:val="000000" w:themeColor="text1"/>
      </w:rPr>
      <w:tblPr/>
      <w:tcPr>
        <w:shd w:val="clear" w:color="auto" w:fill="F8EDED" w:themeFill="accent2"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Arial" w:eastAsia="Arial" w:hAnsi="Arial" w:cs="Arial"/>
        <w:b/>
        <w:bCs/>
        <w:color w:val="000000" w:themeColor="text1"/>
      </w:rPr>
      <w:tblPr/>
      <w:tcPr>
        <w:shd w:val="clear" w:color="auto" w:fill="F5F8EE" w:themeFill="accent3"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Arial" w:eastAsia="Arial" w:hAnsi="Arial" w:cs="Arial"/>
        <w:b/>
        <w:bCs/>
        <w:color w:val="000000" w:themeColor="text1"/>
      </w:rPr>
      <w:tblPr/>
      <w:tcPr>
        <w:shd w:val="clear" w:color="auto" w:fill="F2EFF6" w:themeFill="accent4"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Arial" w:eastAsia="Arial" w:hAnsi="Arial" w:cs="Arial"/>
        <w:b/>
        <w:bCs/>
        <w:color w:val="000000" w:themeColor="text1"/>
      </w:rPr>
      <w:tblPr/>
      <w:tcPr>
        <w:shd w:val="clear" w:color="auto" w:fill="EDF6F9" w:themeFill="accent5"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Arial" w:eastAsia="Arial" w:hAnsi="Arial" w:cs="Arial"/>
        <w:b/>
        <w:bCs/>
        <w:color w:val="000000" w:themeColor="text1"/>
      </w:rPr>
      <w:tblPr/>
      <w:tcPr>
        <w:shd w:val="clear" w:color="auto" w:fill="FEF4EC" w:themeFill="accent6"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Arial" w:eastAsia="Arial" w:hAnsi="Arial" w:cs="Arial"/>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Arial" w:eastAsia="Arial" w:hAnsi="Arial" w:cs="Arial"/>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Arial" w:eastAsia="Arial" w:hAnsi="Arial" w:cs="Arial"/>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Arial" w:eastAsia="Arial" w:hAnsi="Arial" w:cs="Arial"/>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Arial" w:eastAsia="Arial" w:hAnsi="Arial" w:cs="Arial"/>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Arial" w:eastAsia="Arial" w:hAnsi="Arial" w:cs="Arial"/>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Arial" w:eastAsia="Arial" w:hAnsi="Arial" w:cs="Arial"/>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Arial" w:eastAsia="Arial" w:hAnsi="Arial" w:cs="Arial"/>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Arial" w:eastAsia="Arial" w:hAnsi="Arial" w:cs="Arial"/>
        <w:b/>
        <w:bCs/>
      </w:rPr>
      <w:tblPr/>
      <w:tcPr>
        <w:shd w:val="clear" w:color="auto" w:fill="999999" w:themeFill="text1" w:themeFillTint="66"/>
      </w:tcPr>
    </w:tblStylePr>
    <w:tblStylePr w:type="lastRow">
      <w:rPr>
        <w:rFonts w:ascii="Arial" w:eastAsia="Arial" w:hAnsi="Arial" w:cs="Arial"/>
        <w:b/>
        <w:bCs/>
        <w:color w:val="000000" w:themeColor="text1"/>
      </w:rPr>
      <w:tblPr/>
      <w:tcPr>
        <w:shd w:val="clear" w:color="auto" w:fill="999999" w:themeFill="text1" w:themeFillTint="66"/>
      </w:tcPr>
    </w:tblStylePr>
    <w:tblStylePr w:type="firstCol">
      <w:rPr>
        <w:rFonts w:ascii="Arial" w:eastAsia="Arial" w:hAnsi="Arial" w:cs="Arial"/>
        <w:color w:val="FFFFFF" w:themeColor="background1"/>
      </w:rPr>
      <w:tblPr/>
      <w:tcPr>
        <w:shd w:val="clear" w:color="auto" w:fill="000000" w:themeFill="text1" w:themeFillShade="BF"/>
      </w:tcPr>
    </w:tblStylePr>
    <w:tblStylePr w:type="lastCol">
      <w:rPr>
        <w:rFonts w:ascii="Arial" w:eastAsia="Arial" w:hAnsi="Arial" w:cs="Arial"/>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Arial" w:eastAsia="Arial" w:hAnsi="Arial" w:cs="Arial"/>
        <w:b/>
        <w:bCs/>
      </w:rPr>
      <w:tblPr/>
      <w:tcPr>
        <w:shd w:val="clear" w:color="auto" w:fill="B8CCE4" w:themeFill="accent1" w:themeFillTint="66"/>
      </w:tcPr>
    </w:tblStylePr>
    <w:tblStylePr w:type="lastRow">
      <w:rPr>
        <w:rFonts w:ascii="Arial" w:eastAsia="Arial" w:hAnsi="Arial" w:cs="Arial"/>
        <w:b/>
        <w:bCs/>
        <w:color w:val="000000" w:themeColor="text1"/>
      </w:rPr>
      <w:tblPr/>
      <w:tcPr>
        <w:shd w:val="clear" w:color="auto" w:fill="B8CCE4" w:themeFill="accent1" w:themeFillTint="66"/>
      </w:tcPr>
    </w:tblStylePr>
    <w:tblStylePr w:type="firstCol">
      <w:rPr>
        <w:rFonts w:ascii="Arial" w:eastAsia="Arial" w:hAnsi="Arial" w:cs="Arial"/>
        <w:color w:val="FFFFFF" w:themeColor="background1"/>
      </w:rPr>
      <w:tblPr/>
      <w:tcPr>
        <w:shd w:val="clear" w:color="auto" w:fill="365F91" w:themeFill="accent1" w:themeFillShade="BF"/>
      </w:tcPr>
    </w:tblStylePr>
    <w:tblStylePr w:type="lastCol">
      <w:rPr>
        <w:rFonts w:ascii="Arial" w:eastAsia="Arial" w:hAnsi="Arial" w:cs="Arial"/>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Arial" w:eastAsia="Arial" w:hAnsi="Arial" w:cs="Arial"/>
        <w:b/>
        <w:bCs/>
      </w:rPr>
      <w:tblPr/>
      <w:tcPr>
        <w:shd w:val="clear" w:color="auto" w:fill="E5B8B7" w:themeFill="accent2" w:themeFillTint="66"/>
      </w:tcPr>
    </w:tblStylePr>
    <w:tblStylePr w:type="lastRow">
      <w:rPr>
        <w:rFonts w:ascii="Arial" w:eastAsia="Arial" w:hAnsi="Arial" w:cs="Arial"/>
        <w:b/>
        <w:bCs/>
        <w:color w:val="000000" w:themeColor="text1"/>
      </w:rPr>
      <w:tblPr/>
      <w:tcPr>
        <w:shd w:val="clear" w:color="auto" w:fill="E5B8B7" w:themeFill="accent2" w:themeFillTint="66"/>
      </w:tcPr>
    </w:tblStylePr>
    <w:tblStylePr w:type="firstCol">
      <w:rPr>
        <w:rFonts w:ascii="Arial" w:eastAsia="Arial" w:hAnsi="Arial" w:cs="Arial"/>
        <w:color w:val="FFFFFF" w:themeColor="background1"/>
      </w:rPr>
      <w:tblPr/>
      <w:tcPr>
        <w:shd w:val="clear" w:color="auto" w:fill="943634" w:themeFill="accent2" w:themeFillShade="BF"/>
      </w:tcPr>
    </w:tblStylePr>
    <w:tblStylePr w:type="lastCol">
      <w:rPr>
        <w:rFonts w:ascii="Arial" w:eastAsia="Arial" w:hAnsi="Arial" w:cs="Arial"/>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Arial" w:eastAsia="Arial" w:hAnsi="Arial" w:cs="Arial"/>
        <w:b/>
        <w:bCs/>
      </w:rPr>
      <w:tblPr/>
      <w:tcPr>
        <w:shd w:val="clear" w:color="auto" w:fill="D6E3BC" w:themeFill="accent3" w:themeFillTint="66"/>
      </w:tcPr>
    </w:tblStylePr>
    <w:tblStylePr w:type="lastRow">
      <w:rPr>
        <w:rFonts w:ascii="Arial" w:eastAsia="Arial" w:hAnsi="Arial" w:cs="Arial"/>
        <w:b/>
        <w:bCs/>
        <w:color w:val="000000" w:themeColor="text1"/>
      </w:rPr>
      <w:tblPr/>
      <w:tcPr>
        <w:shd w:val="clear" w:color="auto" w:fill="D6E3BC" w:themeFill="accent3" w:themeFillTint="66"/>
      </w:tcPr>
    </w:tblStylePr>
    <w:tblStylePr w:type="firstCol">
      <w:rPr>
        <w:rFonts w:ascii="Arial" w:eastAsia="Arial" w:hAnsi="Arial" w:cs="Arial"/>
        <w:color w:val="FFFFFF" w:themeColor="background1"/>
      </w:rPr>
      <w:tblPr/>
      <w:tcPr>
        <w:shd w:val="clear" w:color="auto" w:fill="76923C" w:themeFill="accent3" w:themeFillShade="BF"/>
      </w:tcPr>
    </w:tblStylePr>
    <w:tblStylePr w:type="lastCol">
      <w:rPr>
        <w:rFonts w:ascii="Arial" w:eastAsia="Arial" w:hAnsi="Arial" w:cs="Arial"/>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Arial" w:eastAsia="Arial" w:hAnsi="Arial" w:cs="Arial"/>
        <w:b/>
        <w:bCs/>
      </w:rPr>
      <w:tblPr/>
      <w:tcPr>
        <w:shd w:val="clear" w:color="auto" w:fill="CCC0D9" w:themeFill="accent4" w:themeFillTint="66"/>
      </w:tcPr>
    </w:tblStylePr>
    <w:tblStylePr w:type="lastRow">
      <w:rPr>
        <w:rFonts w:ascii="Arial" w:eastAsia="Arial" w:hAnsi="Arial" w:cs="Arial"/>
        <w:b/>
        <w:bCs/>
        <w:color w:val="000000" w:themeColor="text1"/>
      </w:rPr>
      <w:tblPr/>
      <w:tcPr>
        <w:shd w:val="clear" w:color="auto" w:fill="CCC0D9" w:themeFill="accent4" w:themeFillTint="66"/>
      </w:tcPr>
    </w:tblStylePr>
    <w:tblStylePr w:type="firstCol">
      <w:rPr>
        <w:rFonts w:ascii="Arial" w:eastAsia="Arial" w:hAnsi="Arial" w:cs="Arial"/>
        <w:color w:val="FFFFFF" w:themeColor="background1"/>
      </w:rPr>
      <w:tblPr/>
      <w:tcPr>
        <w:shd w:val="clear" w:color="auto" w:fill="5F497A" w:themeFill="accent4" w:themeFillShade="BF"/>
      </w:tcPr>
    </w:tblStylePr>
    <w:tblStylePr w:type="lastCol">
      <w:rPr>
        <w:rFonts w:ascii="Arial" w:eastAsia="Arial" w:hAnsi="Arial" w:cs="Arial"/>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Arial" w:eastAsia="Arial" w:hAnsi="Arial" w:cs="Arial"/>
        <w:b/>
        <w:bCs/>
      </w:rPr>
      <w:tblPr/>
      <w:tcPr>
        <w:shd w:val="clear" w:color="auto" w:fill="B6DDE8" w:themeFill="accent5" w:themeFillTint="66"/>
      </w:tcPr>
    </w:tblStylePr>
    <w:tblStylePr w:type="lastRow">
      <w:rPr>
        <w:rFonts w:ascii="Arial" w:eastAsia="Arial" w:hAnsi="Arial" w:cs="Arial"/>
        <w:b/>
        <w:bCs/>
        <w:color w:val="000000" w:themeColor="text1"/>
      </w:rPr>
      <w:tblPr/>
      <w:tcPr>
        <w:shd w:val="clear" w:color="auto" w:fill="B6DDE8" w:themeFill="accent5" w:themeFillTint="66"/>
      </w:tcPr>
    </w:tblStylePr>
    <w:tblStylePr w:type="firstCol">
      <w:rPr>
        <w:rFonts w:ascii="Arial" w:eastAsia="Arial" w:hAnsi="Arial" w:cs="Arial"/>
        <w:color w:val="FFFFFF" w:themeColor="background1"/>
      </w:rPr>
      <w:tblPr/>
      <w:tcPr>
        <w:shd w:val="clear" w:color="auto" w:fill="31849B" w:themeFill="accent5" w:themeFillShade="BF"/>
      </w:tcPr>
    </w:tblStylePr>
    <w:tblStylePr w:type="lastCol">
      <w:rPr>
        <w:rFonts w:ascii="Arial" w:eastAsia="Arial" w:hAnsi="Arial" w:cs="Arial"/>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Arial" w:eastAsia="Arial" w:hAnsi="Arial" w:cs="Arial"/>
        <w:b/>
        <w:bCs/>
      </w:rPr>
      <w:tblPr/>
      <w:tcPr>
        <w:shd w:val="clear" w:color="auto" w:fill="FBD4B4" w:themeFill="accent6" w:themeFillTint="66"/>
      </w:tcPr>
    </w:tblStylePr>
    <w:tblStylePr w:type="lastRow">
      <w:rPr>
        <w:rFonts w:ascii="Arial" w:eastAsia="Arial" w:hAnsi="Arial" w:cs="Arial"/>
        <w:b/>
        <w:bCs/>
        <w:color w:val="000000" w:themeColor="text1"/>
      </w:rPr>
      <w:tblPr/>
      <w:tcPr>
        <w:shd w:val="clear" w:color="auto" w:fill="FBD4B4" w:themeFill="accent6" w:themeFillTint="66"/>
      </w:tcPr>
    </w:tblStylePr>
    <w:tblStylePr w:type="firstCol">
      <w:rPr>
        <w:rFonts w:ascii="Arial" w:eastAsia="Arial" w:hAnsi="Arial" w:cs="Arial"/>
        <w:color w:val="FFFFFF" w:themeColor="background1"/>
      </w:rPr>
      <w:tblPr/>
      <w:tcPr>
        <w:shd w:val="clear" w:color="auto" w:fill="E36C0A" w:themeFill="accent6" w:themeFillShade="BF"/>
      </w:tcPr>
    </w:tblStylePr>
    <w:tblStylePr w:type="lastCol">
      <w:rPr>
        <w:rFonts w:ascii="Arial" w:eastAsia="Arial" w:hAnsi="Arial" w:cs="Arial"/>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3377</Characters>
  <Application>Microsoft Office Word</Application>
  <DocSecurity>0</DocSecurity>
  <Lines>168</Lines>
  <Paragraphs>167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FFT block</dc:title>
  <dc:subject>Student activity</dc:subject>
  <dc:creator>WVU DSPIRA</dc:creator>
  <cp:keywords/>
  <dc:description/>
  <cp:lastModifiedBy>Dylan Gormley</cp:lastModifiedBy>
  <cp:revision>5</cp:revision>
  <dcterms:created xsi:type="dcterms:W3CDTF">2026-09-26T00:00:00Z</dcterms:created>
  <dcterms:modified xsi:type="dcterms:W3CDTF">2026-09-27T00:41:00Z</dcterms:modified>
  <cp:category/>
</cp:coreProperties>
</file>