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AE6D" w14:textId="77777777" w:rsidR="00431E66" w:rsidRDefault="00BD7B79">
      <w:pPr>
        <w:pStyle w:val="Title"/>
        <w:keepNext/>
      </w:pPr>
      <w:r>
        <w:t>Fourier series</w:t>
      </w:r>
    </w:p>
    <w:p w14:paraId="53A47313" w14:textId="77777777" w:rsidR="00431E66" w:rsidRDefault="00BD7B79">
      <w:pPr>
        <w:pStyle w:val="Subtitle"/>
        <w:keepNext/>
      </w:pPr>
      <w:r>
        <w:t>GNU Radio activity 3</w:t>
      </w:r>
    </w:p>
    <w:p w14:paraId="66DF73D2" w14:textId="77777777" w:rsidR="00431E66" w:rsidRDefault="00BD7B79">
      <w:r>
        <w:t>Build square and triangle wave approximations by combining six sine waves. Then explore how their amplitudes and frequencies affect the result.</w:t>
      </w:r>
    </w:p>
    <w:p w14:paraId="256B29EA" w14:textId="77777777" w:rsidR="00431E66" w:rsidRDefault="00BD7B79">
      <w:r>
        <w:t>This activity prepares you to use the fast Fourier transform in Activity 4.</w:t>
      </w:r>
    </w:p>
    <w:p w14:paraId="1B33BBB2" w14:textId="77777777" w:rsidR="00431E66" w:rsidRDefault="00BD7B79">
      <w:pPr>
        <w:pStyle w:val="Heading1"/>
      </w:pPr>
      <w:r>
        <w:t>Square wave</w:t>
      </w:r>
    </w:p>
    <w:p w14:paraId="2AB44C4B" w14:textId="77777777" w:rsidR="00431E66" w:rsidRDefault="00BD7B79">
      <w:pPr>
        <w:pStyle w:val="ListNumber"/>
      </w:pPr>
      <w:r>
        <w:t>Open your six-source signal generator from Activity 2.</w:t>
      </w:r>
    </w:p>
    <w:p w14:paraId="61DFAEAA" w14:textId="77777777" w:rsidR="00431E66" w:rsidRDefault="00BD7B79">
      <w:pPr>
        <w:pStyle w:val="ListNumber"/>
      </w:pPr>
      <w:r>
        <w:t>Save it with a new filename.</w:t>
      </w:r>
    </w:p>
    <w:p w14:paraId="5D3C8C4B" w14:textId="77777777" w:rsidR="00431E66" w:rsidRDefault="00BD7B79">
      <w:pPr>
        <w:pStyle w:val="ListNumber"/>
        <w:keepNext/>
      </w:pPr>
      <w:r>
        <w:t>Run the program. Enter the frequencies and amplitudes below.</w:t>
      </w:r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431E66" w14:paraId="605E5CC3" w14:textId="77777777">
        <w:trPr>
          <w:tblHeader/>
        </w:trPr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DEFF98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Signal source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006F11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Frequency (Hz)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B1BAF6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Amplitude</w:t>
            </w:r>
          </w:p>
        </w:tc>
      </w:tr>
      <w:tr w:rsidR="00431E66" w14:paraId="37DDF947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19862D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1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3D1DF4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100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B2D68F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1.000</w:t>
            </w:r>
          </w:p>
        </w:tc>
      </w:tr>
      <w:tr w:rsidR="00431E66" w14:paraId="4C3ED010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0DDA7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2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3426BB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300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BED6AE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0.333</w:t>
            </w:r>
          </w:p>
        </w:tc>
      </w:tr>
      <w:tr w:rsidR="00431E66" w14:paraId="041C17CD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C0E396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3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E7A8F1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500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48E8EA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0.200</w:t>
            </w:r>
          </w:p>
        </w:tc>
      </w:tr>
      <w:tr w:rsidR="00431E66" w14:paraId="1A9F6CA7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C9CF31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4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1E5BBA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700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B1A8A3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0.143</w:t>
            </w:r>
          </w:p>
        </w:tc>
      </w:tr>
      <w:tr w:rsidR="00431E66" w14:paraId="681EC9E1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80AAC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5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5E57AE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900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5676F8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0.111</w:t>
            </w:r>
          </w:p>
        </w:tc>
      </w:tr>
      <w:tr w:rsidR="00431E66" w14:paraId="5C23ECC2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33A904" w14:textId="77777777" w:rsidR="00431E66" w:rsidRDefault="00BD7B79" w:rsidP="00E67C0E">
            <w:pPr>
              <w:keepLines/>
              <w:spacing w:after="40" w:line="252" w:lineRule="auto"/>
            </w:pPr>
            <w:r>
              <w:t>6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E79D9F" w14:textId="77777777" w:rsidR="00431E66" w:rsidRDefault="00BD7B79" w:rsidP="00E67C0E">
            <w:pPr>
              <w:keepLines/>
              <w:spacing w:after="40" w:line="252" w:lineRule="auto"/>
            </w:pPr>
            <w:r>
              <w:t>1100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96CC2E" w14:textId="77777777" w:rsidR="00431E66" w:rsidRDefault="00BD7B79" w:rsidP="00E67C0E">
            <w:pPr>
              <w:keepLines/>
              <w:spacing w:after="40" w:line="252" w:lineRule="auto"/>
            </w:pPr>
            <w:r>
              <w:t>0.091</w:t>
            </w:r>
          </w:p>
        </w:tc>
      </w:tr>
    </w:tbl>
    <w:p w14:paraId="693EA577" w14:textId="77777777" w:rsidR="00431E66" w:rsidRDefault="00431E66"/>
    <w:p w14:paraId="235EC204" w14:textId="77777777" w:rsidR="00431E66" w:rsidRDefault="00BD7B79">
      <w:r>
        <w:t>Observe the Time Domain Display. The combined signal should resemble a square wave.</w:t>
      </w:r>
    </w:p>
    <w:p w14:paraId="0545C9A1" w14:textId="77777777" w:rsidR="00431E66" w:rsidRDefault="00BD7B79">
      <w:pPr>
        <w:pStyle w:val="Heading1"/>
      </w:pPr>
      <w:r>
        <w:t>Triangle wave</w:t>
      </w:r>
    </w:p>
    <w:p w14:paraId="6154E57A" w14:textId="77777777" w:rsidR="00431E66" w:rsidRDefault="00BD7B79">
      <w:pPr>
        <w:pStyle w:val="ListNumber"/>
      </w:pPr>
      <w:r>
        <w:t>In each amplitude QT GUI Range block, change the Start value from 0 to -1.</w:t>
      </w:r>
    </w:p>
    <w:p w14:paraId="10F457CF" w14:textId="77777777" w:rsidR="00431E66" w:rsidRDefault="00BD7B79">
      <w:pPr>
        <w:pStyle w:val="ListNumber"/>
        <w:keepNext/>
      </w:pPr>
      <w:r>
        <w:t>Enter the frequencies and amplitudes below.</w:t>
      </w:r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431E66" w14:paraId="31D5DB0D" w14:textId="77777777">
        <w:trPr>
          <w:tblHeader/>
        </w:trPr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D9558D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Signal source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B3C24A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Frequency (Hz)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314FF9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Amplitude</w:t>
            </w:r>
          </w:p>
        </w:tc>
      </w:tr>
      <w:tr w:rsidR="00431E66" w14:paraId="04A1308D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14228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1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9400D4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100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08813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-1.000</w:t>
            </w:r>
          </w:p>
        </w:tc>
      </w:tr>
      <w:tr w:rsidR="00431E66" w14:paraId="4FCB06AC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D03736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2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E2EFFA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300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1D3019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0.111</w:t>
            </w:r>
          </w:p>
        </w:tc>
      </w:tr>
      <w:tr w:rsidR="00431E66" w14:paraId="62544E4C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CBDB49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3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A86174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500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AF6221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-0.040</w:t>
            </w:r>
          </w:p>
        </w:tc>
      </w:tr>
      <w:tr w:rsidR="00431E66" w14:paraId="3F6B92E9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4CB04B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4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1422A9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700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27913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0.020</w:t>
            </w:r>
          </w:p>
        </w:tc>
      </w:tr>
      <w:tr w:rsidR="00431E66" w14:paraId="2BCBD23C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EFD9A6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5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7D8973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900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0ED9F1" w14:textId="77777777" w:rsidR="00431E66" w:rsidRDefault="00BD7B79" w:rsidP="00E67C0E">
            <w:pPr>
              <w:keepNext/>
              <w:keepLines/>
              <w:spacing w:after="40" w:line="252" w:lineRule="auto"/>
            </w:pPr>
            <w:r>
              <w:t>-0.012</w:t>
            </w:r>
          </w:p>
        </w:tc>
      </w:tr>
      <w:tr w:rsidR="00431E66" w14:paraId="04740720" w14:textId="77777777"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D1FEA" w14:textId="77777777" w:rsidR="00431E66" w:rsidRDefault="00BD7B79" w:rsidP="00E67C0E">
            <w:pPr>
              <w:keepLines/>
              <w:spacing w:after="40" w:line="252" w:lineRule="auto"/>
            </w:pPr>
            <w:r>
              <w:t>6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CE1EDD" w14:textId="77777777" w:rsidR="00431E66" w:rsidRDefault="00BD7B79" w:rsidP="00E67C0E">
            <w:pPr>
              <w:keepLines/>
              <w:spacing w:after="40" w:line="252" w:lineRule="auto"/>
            </w:pPr>
            <w:r>
              <w:t>1100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82C95F" w14:textId="77777777" w:rsidR="00431E66" w:rsidRDefault="00BD7B79" w:rsidP="00E67C0E">
            <w:pPr>
              <w:keepLines/>
              <w:spacing w:after="40" w:line="252" w:lineRule="auto"/>
            </w:pPr>
            <w:r>
              <w:t>0.008</w:t>
            </w:r>
          </w:p>
        </w:tc>
      </w:tr>
    </w:tbl>
    <w:p w14:paraId="72420048" w14:textId="77777777" w:rsidR="00431E66" w:rsidRDefault="00431E66"/>
    <w:p w14:paraId="6911CA0F" w14:textId="77777777" w:rsidR="00431E66" w:rsidRDefault="00BD7B79">
      <w:r>
        <w:lastRenderedPageBreak/>
        <w:t>Run the program and observe the Time Domain Display. The combined signal should resemble a triangle wave.</w:t>
      </w:r>
    </w:p>
    <w:p w14:paraId="6A817DAF" w14:textId="77777777" w:rsidR="00431E66" w:rsidRDefault="00BD7B79">
      <w:pPr>
        <w:pStyle w:val="Heading1"/>
      </w:pPr>
      <w:r>
        <w:t>Discussion</w:t>
      </w:r>
    </w:p>
    <w:p w14:paraId="04BF936C" w14:textId="77777777" w:rsidR="00431E66" w:rsidRDefault="00BD7B79">
      <w:r>
        <w:t>A Fourier series represents a periodic function as a sum of sine and cosine terms. These activities use six terms to approximate familiar waveforms.</w:t>
      </w:r>
    </w:p>
    <w:p w14:paraId="4487387A" w14:textId="77777777" w:rsidR="00431E66" w:rsidRDefault="00BD7B79">
      <w:r>
        <w:t>The square wave approximation is not an exact square wave. Adding more terms improves the approximation, although overshoot remains near a discontinuity.</w:t>
      </w:r>
    </w:p>
    <w:p w14:paraId="128E7A89" w14:textId="77777777" w:rsidR="00431E66" w:rsidRDefault="00BD7B79">
      <w:r>
        <w:t>Signal processing often reverses this process. We start with measured samples and determine their frequency content using a discrete Fourier transform.</w:t>
      </w:r>
    </w:p>
    <w:p w14:paraId="7EFFA7EB" w14:textId="77777777" w:rsidR="00431E66" w:rsidRDefault="00BD7B79">
      <w:r>
        <w:t>The fast Fourier transform, or FFT, computes that transform efficiently. Activity 4 uses an FFT block with your six-source generator.</w:t>
      </w:r>
    </w:p>
    <w:p w14:paraId="30D9CD85" w14:textId="77777777" w:rsidR="00431E66" w:rsidRDefault="00BD7B79">
      <w:pPr>
        <w:pStyle w:val="Heading1"/>
      </w:pPr>
      <w:r>
        <w:t>Explore</w:t>
      </w:r>
    </w:p>
    <w:p w14:paraId="2EAE3791" w14:textId="77777777" w:rsidR="00431E66" w:rsidRDefault="00BD7B79">
      <w:r>
        <w:t>Adjust the amplitudes and frequencies to create different wave patterns. Compare the resulting time and frequency displays.</w:t>
      </w:r>
    </w:p>
    <w:sectPr w:rsidR="00431E6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72165" w14:textId="77777777" w:rsidR="00F576F0" w:rsidRDefault="00F576F0">
      <w:pPr>
        <w:spacing w:after="0" w:line="240" w:lineRule="auto"/>
      </w:pPr>
      <w:r>
        <w:separator/>
      </w:r>
    </w:p>
  </w:endnote>
  <w:endnote w:type="continuationSeparator" w:id="0">
    <w:p w14:paraId="4964D08A" w14:textId="77777777" w:rsidR="00F576F0" w:rsidRDefault="00F57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A662" w14:textId="77777777" w:rsidR="00D76336" w:rsidRDefault="00D763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29D6B" w14:textId="77777777" w:rsidR="00BD7B79" w:rsidRDefault="00BD7B79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A026" w14:textId="77777777" w:rsidR="00D76336" w:rsidRDefault="00D76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C2D66" w14:textId="77777777" w:rsidR="00F576F0" w:rsidRDefault="00F576F0">
      <w:pPr>
        <w:spacing w:after="0" w:line="240" w:lineRule="auto"/>
      </w:pPr>
      <w:r>
        <w:separator/>
      </w:r>
    </w:p>
  </w:footnote>
  <w:footnote w:type="continuationSeparator" w:id="0">
    <w:p w14:paraId="0067EED6" w14:textId="77777777" w:rsidR="00F576F0" w:rsidRDefault="00F57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68FC6" w14:textId="77777777" w:rsidR="00D76336" w:rsidRDefault="00D763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BD669" w14:textId="77777777" w:rsidR="00BD7B79" w:rsidRDefault="00BD7B79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91CE" w14:textId="77777777" w:rsidR="00D76336" w:rsidRDefault="00D763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1023600">
    <w:abstractNumId w:val="8"/>
  </w:num>
  <w:num w:numId="2" w16cid:durableId="1970013198">
    <w:abstractNumId w:val="6"/>
  </w:num>
  <w:num w:numId="3" w16cid:durableId="1744600622">
    <w:abstractNumId w:val="5"/>
  </w:num>
  <w:num w:numId="4" w16cid:durableId="1384020469">
    <w:abstractNumId w:val="4"/>
  </w:num>
  <w:num w:numId="5" w16cid:durableId="1963222376">
    <w:abstractNumId w:val="7"/>
  </w:num>
  <w:num w:numId="6" w16cid:durableId="1246109726">
    <w:abstractNumId w:val="3"/>
  </w:num>
  <w:num w:numId="7" w16cid:durableId="1227834200">
    <w:abstractNumId w:val="2"/>
  </w:num>
  <w:num w:numId="8" w16cid:durableId="79299784">
    <w:abstractNumId w:val="1"/>
  </w:num>
  <w:num w:numId="9" w16cid:durableId="38117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6530"/>
    <w:rsid w:val="0029639D"/>
    <w:rsid w:val="00326F90"/>
    <w:rsid w:val="00406C54"/>
    <w:rsid w:val="00431E66"/>
    <w:rsid w:val="005D0E94"/>
    <w:rsid w:val="00735244"/>
    <w:rsid w:val="007974EC"/>
    <w:rsid w:val="00862DCC"/>
    <w:rsid w:val="00A91C0B"/>
    <w:rsid w:val="00AA1D8D"/>
    <w:rsid w:val="00B47730"/>
    <w:rsid w:val="00BD7B79"/>
    <w:rsid w:val="00CB0664"/>
    <w:rsid w:val="00CB42F7"/>
    <w:rsid w:val="00D271BD"/>
    <w:rsid w:val="00D76336"/>
    <w:rsid w:val="00E415E6"/>
    <w:rsid w:val="00E67C0E"/>
    <w:rsid w:val="00EF2A2D"/>
    <w:rsid w:val="00F576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95568D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1422</Characters>
  <Application>Microsoft Office Word</Application>
  <DocSecurity>0</DocSecurity>
  <Lines>29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Fourier series</dc:title>
  <dc:subject>GNU Radio activity 3</dc:subject>
  <dc:creator>WVU DSPIRA</dc:creator>
  <cp:keywords/>
  <dc:description/>
  <cp:lastModifiedBy>Dylan Gormley</cp:lastModifiedBy>
  <cp:revision>6</cp:revision>
  <dcterms:created xsi:type="dcterms:W3CDTF">2026-09-26T00:00:00Z</dcterms:created>
  <dcterms:modified xsi:type="dcterms:W3CDTF">2026-09-27T00:41:00Z</dcterms:modified>
  <cp:category/>
</cp:coreProperties>
</file>