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B332" w14:textId="77777777" w:rsidR="009622FB" w:rsidRDefault="005C69CB">
      <w:pPr>
        <w:pStyle w:val="Title"/>
        <w:keepNext/>
      </w:pPr>
      <w:r>
        <w:t>Multiple signal sources</w:t>
      </w:r>
    </w:p>
    <w:p w14:paraId="56FA3F4F" w14:textId="77777777" w:rsidR="009622FB" w:rsidRDefault="005C69CB">
      <w:pPr>
        <w:pStyle w:val="Subtitle"/>
        <w:keepNext/>
      </w:pPr>
      <w:r>
        <w:t>Student activity</w:t>
      </w:r>
    </w:p>
    <w:p w14:paraId="595B91BD" w14:textId="77777777" w:rsidR="009622FB" w:rsidRDefault="005C69CB">
      <w:r>
        <w:t>Name ______________________________    Date __________________</w:t>
      </w:r>
    </w:p>
    <w:p w14:paraId="28F2E9E9" w14:textId="77777777" w:rsidR="009622FB" w:rsidRDefault="005C69CB">
      <w:r>
        <w:t xml:space="preserve">  In this activity you will construct a program that is a signal generator comprised of multiple sine waveforms with  the ability to control their amplitudes and frequencies. These are added together to create a more complex output. </w:t>
      </w:r>
    </w:p>
    <w:p w14:paraId="0A0458DA" w14:textId="77777777" w:rsidR="009622FB" w:rsidRDefault="005C69CB">
      <w:pPr>
        <w:pStyle w:val="Heading1"/>
      </w:pPr>
      <w:r>
        <w:t>Build a Two Waveform Signal Generator</w:t>
      </w:r>
    </w:p>
    <w:p w14:paraId="63D1686D" w14:textId="77777777" w:rsidR="009622FB" w:rsidRDefault="005C69CB">
      <w:pPr>
        <w:pStyle w:val="ListBullet"/>
      </w:pPr>
      <w:r>
        <w:t xml:space="preserve">  Open your signal source frequency file from Lesson 1. </w:t>
      </w:r>
    </w:p>
    <w:p w14:paraId="73A01781" w14:textId="77777777" w:rsidR="009622FB" w:rsidRDefault="005C69CB">
      <w:pPr>
        <w:pStyle w:val="ListBullet"/>
      </w:pPr>
      <w:r>
        <w:t xml:space="preserve">  </w:t>
      </w:r>
      <w:r>
        <w:rPr>
          <w:b/>
        </w:rPr>
        <w:t>Save as . . .</w:t>
      </w:r>
      <w:r>
        <w:t xml:space="preserve">  using a new file name. </w:t>
      </w:r>
    </w:p>
    <w:p w14:paraId="5FB29E02" w14:textId="77777777" w:rsidR="009622FB" w:rsidRDefault="005C69CB">
      <w:r>
        <w:t xml:space="preserve">We will be working with sine waveforms.  </w:t>
      </w:r>
    </w:p>
    <w:p w14:paraId="62648D2A" w14:textId="77777777" w:rsidR="009622FB" w:rsidRDefault="005C69CB">
      <w:pPr>
        <w:pStyle w:val="ListBullet"/>
      </w:pPr>
      <w:r>
        <w:t xml:space="preserve">  In the </w:t>
      </w:r>
      <w:r>
        <w:rPr>
          <w:b/>
          <w:i/>
        </w:rPr>
        <w:t>Signal Source</w:t>
      </w:r>
      <w:r>
        <w:t xml:space="preserve"> block, change the </w:t>
      </w:r>
      <w:r>
        <w:rPr>
          <w:i/>
        </w:rPr>
        <w:t>Waveform</w:t>
      </w:r>
      <w:r>
        <w:t xml:space="preserve"> type to "Sine". Also change the name of </w:t>
      </w:r>
      <w:r>
        <w:rPr>
          <w:i/>
        </w:rPr>
        <w:t>Frequency</w:t>
      </w:r>
      <w:r>
        <w:t xml:space="preserve"> to  "frequency1" and </w:t>
      </w:r>
      <w:r>
        <w:rPr>
          <w:i/>
        </w:rPr>
        <w:t>Amplitude</w:t>
      </w:r>
      <w:r>
        <w:t xml:space="preserve"> to "amplitude1". </w:t>
      </w:r>
    </w:p>
    <w:p w14:paraId="46886750" w14:textId="77777777" w:rsidR="009622FB" w:rsidRDefault="005C69CB">
      <w:pPr>
        <w:pStyle w:val="ListBullet"/>
      </w:pPr>
      <w:r>
        <w:t xml:space="preserve">  In the </w:t>
      </w:r>
      <w:r>
        <w:rPr>
          <w:b/>
          <w:i/>
        </w:rPr>
        <w:t xml:space="preserve">QT GUI Range </w:t>
      </w:r>
      <w:r>
        <w:t xml:space="preserve">block for "frequency", change the </w:t>
      </w:r>
      <w:r>
        <w:rPr>
          <w:i/>
        </w:rPr>
        <w:t>ID</w:t>
      </w:r>
      <w:r>
        <w:t xml:space="preserve"> to "frequency1", and in the </w:t>
      </w:r>
      <w:r>
        <w:rPr>
          <w:b/>
          <w:i/>
        </w:rPr>
        <w:t xml:space="preserve">QT GUI Range </w:t>
      </w:r>
      <w:r>
        <w:t xml:space="preserve"> block for "amplitude", change the </w:t>
      </w:r>
      <w:r>
        <w:rPr>
          <w:i/>
        </w:rPr>
        <w:t>ID</w:t>
      </w:r>
      <w:r>
        <w:t xml:space="preserve"> to "amplitude1".  </w:t>
      </w:r>
    </w:p>
    <w:p w14:paraId="79F046D8" w14:textId="77777777" w:rsidR="009622FB" w:rsidRDefault="005C69CB">
      <w:pPr>
        <w:pStyle w:val="ListBullet"/>
      </w:pPr>
      <w:r>
        <w:t xml:space="preserve">  Add a second signal source by completing the following: </w:t>
      </w:r>
    </w:p>
    <w:p w14:paraId="11DAC40F" w14:textId="77777777" w:rsidR="009622FB" w:rsidRDefault="005C69CB">
      <w:pPr>
        <w:pStyle w:val="ListBullet"/>
      </w:pPr>
      <w:r>
        <w:t xml:space="preserve"> Copy the frequency1 </w:t>
      </w:r>
      <w:r>
        <w:rPr>
          <w:b/>
          <w:i/>
        </w:rPr>
        <w:t xml:space="preserve">QT GUI Range </w:t>
      </w:r>
      <w:r>
        <w:t xml:space="preserve">block, and paste it on the canvas. Then change the </w:t>
      </w:r>
      <w:r>
        <w:rPr>
          <w:i/>
        </w:rPr>
        <w:t>ID</w:t>
      </w:r>
      <w:r>
        <w:t xml:space="preserve"> to  “frequency2”. </w:t>
      </w:r>
    </w:p>
    <w:p w14:paraId="10A02308" w14:textId="77777777" w:rsidR="009622FB" w:rsidRDefault="005C69CB">
      <w:pPr>
        <w:pStyle w:val="ListBullet"/>
      </w:pPr>
      <w:r>
        <w:t xml:space="preserve"> Copy the amplitude1 </w:t>
      </w:r>
      <w:r>
        <w:rPr>
          <w:b/>
          <w:i/>
        </w:rPr>
        <w:t xml:space="preserve">QT GUI Range </w:t>
      </w:r>
      <w:r>
        <w:t xml:space="preserve">block, and paste it on the canvas. Open this block, and change </w:t>
      </w:r>
      <w:r>
        <w:rPr>
          <w:i/>
        </w:rPr>
        <w:t>ID</w:t>
      </w:r>
      <w:r>
        <w:t xml:space="preserve">  to "amplitude2". </w:t>
      </w:r>
    </w:p>
    <w:p w14:paraId="6A6CAA7E" w14:textId="77777777" w:rsidR="009622FB" w:rsidRDefault="005C69CB">
      <w:pPr>
        <w:pStyle w:val="ListBullet"/>
      </w:pPr>
      <w:r>
        <w:t xml:space="preserve"> Click on the </w:t>
      </w:r>
      <w:r>
        <w:rPr>
          <w:b/>
          <w:i/>
        </w:rPr>
        <w:t>Signal Source</w:t>
      </w:r>
      <w:r>
        <w:t xml:space="preserve"> block and copy it (right-click Copy, or ctrl-c) and paste it on the canvas. </w:t>
      </w:r>
    </w:p>
    <w:p w14:paraId="65D593A4" w14:textId="77777777" w:rsidR="009622FB" w:rsidRDefault="005C69CB">
      <w:r>
        <w:t xml:space="preserve">[Alternately, import a </w:t>
      </w:r>
      <w:r>
        <w:rPr>
          <w:b/>
          <w:i/>
        </w:rPr>
        <w:t>Signal Source</w:t>
      </w:r>
      <w:r>
        <w:t xml:space="preserve"> block from the library on the right. Be sure to change the </w:t>
      </w:r>
      <w:r>
        <w:rPr>
          <w:i/>
        </w:rPr>
        <w:t>Waveform</w:t>
      </w:r>
      <w:r>
        <w:t xml:space="preserve">  type to "Sine".] </w:t>
      </w:r>
    </w:p>
    <w:p w14:paraId="4D8DDBAF" w14:textId="77777777" w:rsidR="009622FB" w:rsidRDefault="005C69CB">
      <w:r>
        <w:t xml:space="preserve">  In this new </w:t>
      </w:r>
      <w:r>
        <w:rPr>
          <w:b/>
          <w:i/>
        </w:rPr>
        <w:t>Signal Source</w:t>
      </w:r>
      <w:r>
        <w:t xml:space="preserve"> block change the </w:t>
      </w:r>
      <w:r>
        <w:rPr>
          <w:i/>
        </w:rPr>
        <w:t>Frequency</w:t>
      </w:r>
      <w:r>
        <w:t xml:space="preserve"> to "frequency2" and </w:t>
      </w:r>
      <w:r>
        <w:rPr>
          <w:i/>
        </w:rPr>
        <w:t>Amplitude</w:t>
      </w:r>
      <w:r>
        <w:t xml:space="preserve"> to "amplitude2". </w:t>
      </w:r>
    </w:p>
    <w:p w14:paraId="5631B1FF" w14:textId="77777777" w:rsidR="009622FB" w:rsidRDefault="005C69CB">
      <w:pPr>
        <w:pStyle w:val="ListBullet"/>
      </w:pPr>
      <w:r>
        <w:t xml:space="preserve"> Delete the connections from the original </w:t>
      </w:r>
      <w:r>
        <w:rPr>
          <w:b/>
          <w:i/>
        </w:rPr>
        <w:t>Signal Source</w:t>
      </w:r>
      <w:r>
        <w:t xml:space="preserve"> block. (Highlight and hit "Delete".) </w:t>
      </w:r>
    </w:p>
    <w:p w14:paraId="4B867348" w14:textId="77777777" w:rsidR="009622FB" w:rsidRDefault="005C69CB">
      <w:pPr>
        <w:pStyle w:val="ListBullet"/>
      </w:pPr>
      <w:r>
        <w:t xml:space="preserve"> Add an </w:t>
      </w:r>
      <w:r>
        <w:rPr>
          <w:b/>
          <w:i/>
        </w:rPr>
        <w:t>Add</w:t>
      </w:r>
      <w:r>
        <w:t xml:space="preserve"> block to the canvas. Make sure its </w:t>
      </w:r>
      <w:r>
        <w:rPr>
          <w:b/>
          <w:i/>
        </w:rPr>
        <w:t>IO Type</w:t>
      </w:r>
      <w:r>
        <w:t xml:space="preserve"> is set to "float". </w:t>
      </w:r>
    </w:p>
    <w:p w14:paraId="00015D5D" w14:textId="77777777" w:rsidR="009622FB" w:rsidRDefault="005C69CB">
      <w:pPr>
        <w:pStyle w:val="ListBullet"/>
      </w:pPr>
      <w:r>
        <w:t xml:space="preserve"> Connect both </w:t>
      </w:r>
      <w:r>
        <w:rPr>
          <w:b/>
          <w:i/>
        </w:rPr>
        <w:t>Signal Source</w:t>
      </w:r>
      <w:r>
        <w:t xml:space="preserve"> blocks to the inputs of the </w:t>
      </w:r>
      <w:r>
        <w:rPr>
          <w:b/>
          <w:i/>
        </w:rPr>
        <w:t>Add</w:t>
      </w:r>
      <w:r>
        <w:t xml:space="preserve"> block, one to each input. </w:t>
      </w:r>
    </w:p>
    <w:p w14:paraId="4F6761D8" w14:textId="77777777" w:rsidR="009622FB" w:rsidRDefault="005C69CB">
      <w:pPr>
        <w:pStyle w:val="ListBullet"/>
      </w:pPr>
      <w:r>
        <w:t xml:space="preserve"> Connect the output of the </w:t>
      </w:r>
      <w:r>
        <w:rPr>
          <w:b/>
          <w:i/>
        </w:rPr>
        <w:t>Add</w:t>
      </w:r>
      <w:r>
        <w:t xml:space="preserve"> block to the </w:t>
      </w:r>
      <w:r>
        <w:rPr>
          <w:b/>
          <w:i/>
        </w:rPr>
        <w:t>Audio Sink</w:t>
      </w:r>
      <w:r>
        <w:t xml:space="preserve"> and </w:t>
      </w:r>
      <w:r>
        <w:rPr>
          <w:b/>
          <w:i/>
        </w:rPr>
        <w:t>QT GUI Sink</w:t>
      </w:r>
      <w:r>
        <w:t xml:space="preserve">.  </w:t>
      </w:r>
    </w:p>
    <w:p w14:paraId="4C2189FD" w14:textId="77777777" w:rsidR="009622FB" w:rsidRDefault="005C69CB">
      <w:pPr>
        <w:pStyle w:val="ListBullet"/>
      </w:pPr>
      <w:r>
        <w:t xml:space="preserve"> Your canvas should look similar to the following: </w:t>
      </w:r>
    </w:p>
    <w:p w14:paraId="3DB7938A" w14:textId="77777777" w:rsidR="009622FB" w:rsidRDefault="005C69CB">
      <w:pPr>
        <w:spacing w:before="100" w:after="160"/>
        <w:jc w:val="center"/>
      </w:pPr>
      <w:r>
        <w:rPr>
          <w:noProof/>
        </w:rPr>
        <w:lastRenderedPageBreak/>
        <w:drawing>
          <wp:inline distT="0" distB="0" distL="0" distR="0" wp14:anchorId="5ED254F1" wp14:editId="46117F10">
            <wp:extent cx="4977383" cy="2785871"/>
            <wp:effectExtent l="0" t="0" r="0" b="0"/>
            <wp:docPr id="1" name="Picture 1" descr="Multiple signal sources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multiple-sources-1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7383" cy="278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3ECCD" w14:textId="77777777" w:rsidR="009622FB" w:rsidRDefault="005C69CB">
      <w:pPr>
        <w:pStyle w:val="ListBullet"/>
      </w:pPr>
      <w:r>
        <w:t xml:space="preserve">  Run the program. </w:t>
      </w:r>
    </w:p>
    <w:p w14:paraId="19C03BE2" w14:textId="77777777" w:rsidR="009622FB" w:rsidRDefault="005C69CB">
      <w:pPr>
        <w:pStyle w:val="ListBullet"/>
      </w:pPr>
      <w:r>
        <w:t xml:space="preserve">  Explore the graphical displays and audio output while changing the frequencies and amplitudes. </w:t>
      </w:r>
    </w:p>
    <w:p w14:paraId="7EC6048C" w14:textId="77777777" w:rsidR="009622FB" w:rsidRDefault="005C69CB">
      <w:pPr>
        <w:pStyle w:val="Heading1"/>
      </w:pPr>
      <w:r>
        <w:t>Build a Three Waveform Signal Generator</w:t>
      </w:r>
    </w:p>
    <w:p w14:paraId="0DA95896" w14:textId="77777777" w:rsidR="009622FB" w:rsidRDefault="005C69CB">
      <w:pPr>
        <w:pStyle w:val="ListBullet"/>
      </w:pPr>
      <w:r>
        <w:t xml:space="preserve">  Add a third signal source: </w:t>
      </w:r>
    </w:p>
    <w:p w14:paraId="34B8315C" w14:textId="77777777" w:rsidR="009622FB" w:rsidRDefault="005C69CB">
      <w:pPr>
        <w:pStyle w:val="ListBullet"/>
      </w:pPr>
      <w:r>
        <w:t xml:space="preserve"> Repeat the steps above to add a third </w:t>
      </w:r>
      <w:r>
        <w:rPr>
          <w:b/>
          <w:i/>
        </w:rPr>
        <w:t>Signal Source</w:t>
      </w:r>
      <w:r>
        <w:t xml:space="preserve">. Be sure to add the appropriate frequency and  amplitude variables by adding additional </w:t>
      </w:r>
      <w:r>
        <w:rPr>
          <w:b/>
          <w:i/>
        </w:rPr>
        <w:t xml:space="preserve">QT GUI Range </w:t>
      </w:r>
      <w:r>
        <w:t xml:space="preserve">blocks. </w:t>
      </w:r>
    </w:p>
    <w:p w14:paraId="194A591C" w14:textId="77777777" w:rsidR="009622FB" w:rsidRDefault="005C69CB">
      <w:pPr>
        <w:pStyle w:val="ListBullet"/>
      </w:pPr>
      <w:r>
        <w:t xml:space="preserve"> Change the </w:t>
      </w:r>
      <w:r>
        <w:rPr>
          <w:b/>
          <w:i/>
        </w:rPr>
        <w:t>Num Inputs</w:t>
      </w:r>
      <w:r>
        <w:t xml:space="preserve"> in the </w:t>
      </w:r>
      <w:r>
        <w:rPr>
          <w:b/>
          <w:i/>
        </w:rPr>
        <w:t>Add</w:t>
      </w:r>
      <w:r>
        <w:t xml:space="preserve"> block to "3". </w:t>
      </w:r>
    </w:p>
    <w:p w14:paraId="544953F9" w14:textId="77777777" w:rsidR="009622FB" w:rsidRDefault="005C69CB">
      <w:pPr>
        <w:pStyle w:val="ListBullet"/>
      </w:pPr>
      <w:r>
        <w:t xml:space="preserve"> Run the program and explore the output audio and the displays by the changing the frequencies and  amplitudes of each input. </w:t>
      </w:r>
    </w:p>
    <w:p w14:paraId="1C275844" w14:textId="77777777" w:rsidR="009622FB" w:rsidRDefault="005C69CB">
      <w:pPr>
        <w:pStyle w:val="Heading1"/>
      </w:pPr>
      <w:r>
        <w:t>Build a six Waveform Signal Generator</w:t>
      </w:r>
    </w:p>
    <w:p w14:paraId="2C71F641" w14:textId="77777777" w:rsidR="009622FB" w:rsidRDefault="005C69CB">
      <w:pPr>
        <w:pStyle w:val="ListBullet"/>
      </w:pPr>
      <w:r>
        <w:t xml:space="preserve">  Add 3 more signal sources to make a signal generator comprised of 6 sine waveforms. </w:t>
      </w:r>
    </w:p>
    <w:p w14:paraId="2B00F561" w14:textId="77777777" w:rsidR="009622FB" w:rsidRDefault="005C69CB">
      <w:pPr>
        <w:pStyle w:val="ListBullet"/>
        <w:spacing w:after="780"/>
      </w:pPr>
      <w:r>
        <w:t xml:space="preserve">  We will be using this in Lessons 3 and 4.  </w:t>
      </w:r>
      <w:r>
        <w:rPr>
          <w:b/>
        </w:rPr>
        <w:t xml:space="preserve"> </w:t>
      </w:r>
      <w:r>
        <w:t xml:space="preserve">  </w:t>
      </w:r>
    </w:p>
    <w:sectPr w:rsidR="009622FB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90179" w14:textId="77777777" w:rsidR="007D3930" w:rsidRDefault="007D3930">
      <w:pPr>
        <w:spacing w:after="0" w:line="240" w:lineRule="auto"/>
      </w:pPr>
      <w:r>
        <w:separator/>
      </w:r>
    </w:p>
  </w:endnote>
  <w:endnote w:type="continuationSeparator" w:id="0">
    <w:p w14:paraId="26B71B69" w14:textId="77777777" w:rsidR="007D3930" w:rsidRDefault="007D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A9BE" w14:textId="77777777" w:rsidR="00842E86" w:rsidRDefault="0084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37CD" w14:textId="77777777" w:rsidR="005C69CB" w:rsidRDefault="005C69CB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2E055" w14:textId="77777777" w:rsidR="00842E86" w:rsidRDefault="0084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9D341" w14:textId="77777777" w:rsidR="007D3930" w:rsidRDefault="007D3930">
      <w:pPr>
        <w:spacing w:after="0" w:line="240" w:lineRule="auto"/>
      </w:pPr>
      <w:r>
        <w:separator/>
      </w:r>
    </w:p>
  </w:footnote>
  <w:footnote w:type="continuationSeparator" w:id="0">
    <w:p w14:paraId="3F84EFAB" w14:textId="77777777" w:rsidR="007D3930" w:rsidRDefault="007D3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D80A" w14:textId="77777777" w:rsidR="00842E86" w:rsidRDefault="0084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2DC26" w14:textId="77777777" w:rsidR="005C69CB" w:rsidRDefault="005C69CB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4EDA" w14:textId="77777777" w:rsidR="00842E86" w:rsidRDefault="0084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2903808">
    <w:abstractNumId w:val="8"/>
  </w:num>
  <w:num w:numId="2" w16cid:durableId="632560023">
    <w:abstractNumId w:val="6"/>
  </w:num>
  <w:num w:numId="3" w16cid:durableId="14700127">
    <w:abstractNumId w:val="5"/>
  </w:num>
  <w:num w:numId="4" w16cid:durableId="1031346254">
    <w:abstractNumId w:val="4"/>
  </w:num>
  <w:num w:numId="5" w16cid:durableId="1764642136">
    <w:abstractNumId w:val="7"/>
  </w:num>
  <w:num w:numId="6" w16cid:durableId="755635625">
    <w:abstractNumId w:val="3"/>
  </w:num>
  <w:num w:numId="7" w16cid:durableId="411201345">
    <w:abstractNumId w:val="2"/>
  </w:num>
  <w:num w:numId="8" w16cid:durableId="1941982487">
    <w:abstractNumId w:val="1"/>
  </w:num>
  <w:num w:numId="9" w16cid:durableId="91713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D9B"/>
    <w:rsid w:val="0015074B"/>
    <w:rsid w:val="00176530"/>
    <w:rsid w:val="0029639D"/>
    <w:rsid w:val="00326F90"/>
    <w:rsid w:val="005C69CB"/>
    <w:rsid w:val="005D0E94"/>
    <w:rsid w:val="00735244"/>
    <w:rsid w:val="007974EC"/>
    <w:rsid w:val="007D3930"/>
    <w:rsid w:val="00842E86"/>
    <w:rsid w:val="00922AD2"/>
    <w:rsid w:val="009622FB"/>
    <w:rsid w:val="00963D32"/>
    <w:rsid w:val="00AA1D8D"/>
    <w:rsid w:val="00B47730"/>
    <w:rsid w:val="00CB0664"/>
    <w:rsid w:val="00E0258D"/>
    <w:rsid w:val="00E82B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08B431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2082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 signal sources</dc:title>
  <dc:subject>Student activity</dc:subject>
  <dc:creator>WVU DSPIRA</dc:creator>
  <cp:keywords/>
  <dc:description/>
  <cp:lastModifiedBy>Dylan Gormley</cp:lastModifiedBy>
  <cp:revision>5</cp:revision>
  <dcterms:created xsi:type="dcterms:W3CDTF">2026-09-26T00:00:00Z</dcterms:created>
  <dcterms:modified xsi:type="dcterms:W3CDTF">2026-09-27T00:41:00Z</dcterms:modified>
  <cp:category/>
</cp:coreProperties>
</file>