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46C093" w14:textId="77777777" w:rsidR="00E51D5C" w:rsidRDefault="00B61DB9">
      <w:pPr>
        <w:pStyle w:val="Title"/>
        <w:keepNext/>
        <w:tabs>
          <w:tab w:val="left" w:pos="360"/>
          <w:tab w:val="left" w:pos="720"/>
        </w:tabs>
        <w:rPr>
          <w:sz w:val="28"/>
          <w:szCs w:val="28"/>
        </w:rPr>
      </w:pPr>
      <w:r>
        <w:t>Celestial Coordinate Systems</w:t>
      </w:r>
    </w:p>
    <w:p w14:paraId="2056A896" w14:textId="77777777" w:rsidR="00E51D5C" w:rsidRDefault="00B61DB9">
      <w:pPr>
        <w:pStyle w:val="Subtitle"/>
        <w:keepNext/>
        <w:tabs>
          <w:tab w:val="left" w:pos="360"/>
          <w:tab w:val="left" w:pos="720"/>
        </w:tabs>
        <w:rPr>
          <w:b/>
          <w:bCs/>
          <w:i/>
          <w:szCs w:val="22"/>
        </w:rPr>
      </w:pPr>
      <w:r>
        <w:t>Astronomy Activity</w:t>
      </w:r>
    </w:p>
    <w:p w14:paraId="378E4C86" w14:textId="77777777" w:rsidR="00E51D5C" w:rsidRDefault="00E51D5C"/>
    <w:p w14:paraId="691A75D6" w14:textId="77777777" w:rsidR="00E51D5C" w:rsidRDefault="00B61DB9">
      <w:pPr>
        <w:pStyle w:val="Heading2"/>
        <w:rPr>
          <w:i/>
          <w:iCs/>
        </w:rPr>
      </w:pPr>
      <w:r>
        <w:t>How do we describe the position of an astronomical object in space?</w:t>
      </w:r>
    </w:p>
    <w:p w14:paraId="372785AF" w14:textId="77777777" w:rsidR="00E51D5C" w:rsidRDefault="00B61DB9">
      <w:pPr>
        <w:numPr>
          <w:ilvl w:val="0"/>
          <w:numId w:val="2"/>
        </w:numPr>
        <w:spacing w:after="120"/>
        <w:ind w:left="630"/>
      </w:pPr>
      <w:r>
        <w:rPr>
          <w:szCs w:val="22"/>
        </w:rPr>
        <w:t xml:space="preserve">We humans like to describe where things are. For locating things in the sky, a coordinate system needs to be created. For establishing a location of </w:t>
      </w:r>
      <w:r>
        <w:rPr>
          <w:b/>
          <w:bCs/>
          <w:szCs w:val="22"/>
        </w:rPr>
        <w:t>celestial bodies</w:t>
      </w:r>
      <w:r>
        <w:rPr>
          <w:szCs w:val="22"/>
        </w:rPr>
        <w:t xml:space="preserve">, they are assumed to be </w:t>
      </w:r>
      <w:r>
        <w:rPr>
          <w:b/>
          <w:bCs/>
          <w:szCs w:val="22"/>
        </w:rPr>
        <w:t>on the inner surface of an imaginary sphere</w:t>
      </w:r>
      <w:r>
        <w:rPr>
          <w:szCs w:val="22"/>
        </w:rPr>
        <w:t xml:space="preserve"> of infinite radius with the earth at its center. This conceptual shape is the </w:t>
      </w:r>
      <w:r>
        <w:rPr>
          <w:b/>
          <w:bCs/>
          <w:szCs w:val="22"/>
        </w:rPr>
        <w:t>Celestial Sphere</w:t>
      </w:r>
      <w:r>
        <w:rPr>
          <w:szCs w:val="22"/>
        </w:rPr>
        <w:t>.  A planetarium is essentially a large celestial sphere, and if you have been to one, you know how “real” the sky looks.</w:t>
      </w:r>
    </w:p>
    <w:p w14:paraId="0240567B" w14:textId="77777777" w:rsidR="00E51D5C" w:rsidRDefault="00B61DB9">
      <w:pPr>
        <w:numPr>
          <w:ilvl w:val="0"/>
          <w:numId w:val="2"/>
        </w:numPr>
        <w:spacing w:after="120"/>
        <w:ind w:left="630"/>
      </w:pPr>
      <w:r>
        <w:rPr>
          <w:szCs w:val="22"/>
        </w:rPr>
        <w:t>For the sake of establishing coordinates, we can imagine the Earth is stationary, and the celestial sphere rotates around us. (Please don’t believe this to really be true!)</w:t>
      </w:r>
    </w:p>
    <w:p w14:paraId="7942603B" w14:textId="77777777" w:rsidR="00E51D5C" w:rsidRDefault="00E51D5C">
      <w:pPr>
        <w:spacing w:before="86" w:after="0"/>
      </w:pPr>
    </w:p>
    <w:p w14:paraId="0272B672" w14:textId="77777777" w:rsidR="00E51D5C" w:rsidRDefault="00B61DB9">
      <w:pPr>
        <w:pStyle w:val="Heading2"/>
        <w:numPr>
          <w:ilvl w:val="0"/>
          <w:numId w:val="3"/>
        </w:numPr>
      </w:pPr>
      <w:r>
        <w:t xml:space="preserve">Spherical Coordinates:  </w:t>
      </w:r>
    </w:p>
    <w:p w14:paraId="05CDD2F6" w14:textId="77777777" w:rsidR="00E51D5C" w:rsidRDefault="00B61DB9">
      <w:pPr>
        <w:jc w:val="center"/>
      </w:pPr>
      <w:r>
        <w:rPr>
          <w:noProof/>
        </w:rPr>
        <w:drawing>
          <wp:inline distT="0" distB="0" distL="0" distR="0" wp14:anchorId="21D5468E" wp14:editId="0E007C2C">
            <wp:extent cx="1993582" cy="1842905"/>
            <wp:effectExtent l="0" t="0" r="0" b="0"/>
            <wp:docPr id="8"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7"/>
                    <a:srcRect/>
                    <a:stretch>
                      <a:fillRect/>
                    </a:stretch>
                  </pic:blipFill>
                  <pic:spPr>
                    <a:xfrm>
                      <a:off x="0" y="0"/>
                      <a:ext cx="1993582" cy="1842905"/>
                    </a:xfrm>
                    <a:prstGeom prst="rect">
                      <a:avLst/>
                    </a:prstGeom>
                    <a:ln/>
                  </pic:spPr>
                </pic:pic>
              </a:graphicData>
            </a:graphic>
          </wp:inline>
        </w:drawing>
      </w:r>
    </w:p>
    <w:p w14:paraId="4422ECE7" w14:textId="77777777" w:rsidR="00E51D5C" w:rsidRDefault="00B61DB9">
      <w:pPr>
        <w:spacing w:before="58" w:after="120"/>
        <w:ind w:left="360"/>
      </w:pPr>
      <w:r>
        <w:rPr>
          <w:szCs w:val="22"/>
        </w:rPr>
        <w:t xml:space="preserve">In Math class, we learn to graph things in the </w:t>
      </w:r>
      <w:r>
        <w:rPr>
          <w:i/>
          <w:iCs/>
          <w:szCs w:val="22"/>
        </w:rPr>
        <w:t>x,y</w:t>
      </w:r>
      <w:r>
        <w:rPr>
          <w:szCs w:val="22"/>
        </w:rPr>
        <w:t xml:space="preserve"> coordinate system.  This can be extended to the three dimensions, </w:t>
      </w:r>
      <w:r>
        <w:rPr>
          <w:i/>
          <w:iCs/>
          <w:szCs w:val="22"/>
        </w:rPr>
        <w:t>x, y,</w:t>
      </w:r>
      <w:r>
        <w:rPr>
          <w:szCs w:val="22"/>
        </w:rPr>
        <w:t xml:space="preserve"> and </w:t>
      </w:r>
      <w:r>
        <w:rPr>
          <w:i/>
          <w:iCs/>
          <w:szCs w:val="22"/>
        </w:rPr>
        <w:t>z</w:t>
      </w:r>
      <w:r>
        <w:rPr>
          <w:szCs w:val="22"/>
        </w:rPr>
        <w:t xml:space="preserve">, in three dimensions (See the </w:t>
      </w:r>
      <w:r>
        <w:rPr>
          <w:i/>
          <w:iCs/>
          <w:szCs w:val="22"/>
        </w:rPr>
        <w:t>x, y,</w:t>
      </w:r>
      <w:r>
        <w:rPr>
          <w:szCs w:val="22"/>
        </w:rPr>
        <w:t xml:space="preserve"> and </w:t>
      </w:r>
      <w:r>
        <w:rPr>
          <w:i/>
          <w:iCs/>
          <w:szCs w:val="22"/>
        </w:rPr>
        <w:t>z</w:t>
      </w:r>
      <w:r>
        <w:rPr>
          <w:szCs w:val="22"/>
        </w:rPr>
        <w:t xml:space="preserve"> axis in the diagram).  These three numbers are distances from the origin along each axis.</w:t>
      </w:r>
    </w:p>
    <w:p w14:paraId="0AE739F8" w14:textId="77777777" w:rsidR="00E51D5C" w:rsidRDefault="00B61DB9">
      <w:pPr>
        <w:spacing w:before="58" w:after="120"/>
        <w:ind w:left="360"/>
      </w:pPr>
      <w:r>
        <w:rPr>
          <w:szCs w:val="22"/>
        </w:rPr>
        <w:t xml:space="preserve">A </w:t>
      </w:r>
      <w:r>
        <w:rPr>
          <w:b/>
          <w:bCs/>
          <w:szCs w:val="22"/>
        </w:rPr>
        <w:t>Spherical Coordinate</w:t>
      </w:r>
      <w:r>
        <w:rPr>
          <w:szCs w:val="22"/>
        </w:rPr>
        <w:t xml:space="preserve"> system can also identify any point in three dimensions , but with </w:t>
      </w:r>
      <w:r>
        <w:rPr>
          <w:b/>
          <w:bCs/>
          <w:szCs w:val="22"/>
        </w:rPr>
        <w:t>1 distance and 2 angles</w:t>
      </w:r>
      <w:r>
        <w:rPr>
          <w:szCs w:val="22"/>
        </w:rPr>
        <w:t xml:space="preserve">. </w:t>
      </w:r>
    </w:p>
    <w:p w14:paraId="63A7A467" w14:textId="77777777" w:rsidR="00E51D5C" w:rsidRDefault="00E51D5C">
      <w:pPr>
        <w:spacing w:before="115" w:after="0"/>
      </w:pPr>
    </w:p>
    <w:p w14:paraId="315ADDEF" w14:textId="77777777" w:rsidR="00E51D5C" w:rsidRDefault="00E51D5C">
      <w:pPr>
        <w:spacing w:before="115" w:after="0"/>
      </w:pPr>
    </w:p>
    <w:p w14:paraId="0600DD7D" w14:textId="77777777" w:rsidR="00E51D5C" w:rsidRDefault="00B61DB9">
      <w:pPr>
        <w:pStyle w:val="Heading2"/>
        <w:numPr>
          <w:ilvl w:val="0"/>
          <w:numId w:val="3"/>
        </w:numPr>
      </w:pPr>
      <w:r>
        <w:lastRenderedPageBreak/>
        <w:t>Terrestrial Coordinates: Longitude and Latitude</w:t>
      </w:r>
    </w:p>
    <w:p w14:paraId="6A3DB8B5" w14:textId="77777777" w:rsidR="00E51D5C" w:rsidRDefault="00B61DB9">
      <w:pPr>
        <w:jc w:val="center"/>
      </w:pPr>
      <w:r>
        <w:rPr>
          <w:noProof/>
        </w:rPr>
        <w:drawing>
          <wp:inline distT="0" distB="0" distL="0" distR="0" wp14:anchorId="43A85B82" wp14:editId="2CCB548F">
            <wp:extent cx="2430145" cy="1922145"/>
            <wp:effectExtent l="0" t="0" r="0" b="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2430145" cy="1922145"/>
                    </a:xfrm>
                    <a:prstGeom prst="rect">
                      <a:avLst/>
                    </a:prstGeom>
                    <a:ln/>
                  </pic:spPr>
                </pic:pic>
              </a:graphicData>
            </a:graphic>
          </wp:inline>
        </w:drawing>
      </w:r>
    </w:p>
    <w:p w14:paraId="5CE3EFB6" w14:textId="77777777" w:rsidR="00E51D5C" w:rsidRDefault="00B61DB9">
      <w:pPr>
        <w:spacing w:before="86" w:after="120"/>
        <w:ind w:left="360"/>
      </w:pPr>
      <w:r>
        <w:rPr>
          <w:szCs w:val="22"/>
        </w:rPr>
        <w:t xml:space="preserve">On the surface of the Earth, we describe places with Spherical Coordinates. Since the “distance” coordinate is just the radius of the Earth, then we don’t use it in describing places, just leaving the two angles for describing a location: These are called </w:t>
      </w:r>
      <w:r>
        <w:rPr>
          <w:b/>
          <w:bCs/>
          <w:szCs w:val="22"/>
        </w:rPr>
        <w:t>Latitude and Longitude</w:t>
      </w:r>
      <w:r>
        <w:rPr>
          <w:szCs w:val="22"/>
        </w:rPr>
        <w:t>. The daily rotation of the Earth helps establish the axis from which the 2 angles can be measured.</w:t>
      </w:r>
    </w:p>
    <w:p w14:paraId="2F7011E7" w14:textId="77777777" w:rsidR="00E51D5C" w:rsidRDefault="00B61DB9">
      <w:pPr>
        <w:pStyle w:val="Heading2"/>
      </w:pPr>
      <w:r>
        <w:t>Questions:</w:t>
      </w:r>
    </w:p>
    <w:p w14:paraId="796B9D43" w14:textId="77777777" w:rsidR="00E51D5C" w:rsidRDefault="00B61DB9">
      <w:pPr>
        <w:numPr>
          <w:ilvl w:val="0"/>
          <w:numId w:val="8"/>
        </w:numPr>
        <w:spacing w:before="115" w:after="120"/>
      </w:pPr>
      <w:r>
        <w:rPr>
          <w:szCs w:val="22"/>
        </w:rPr>
        <w:t>In what town is your school? __________________________________</w:t>
      </w:r>
    </w:p>
    <w:p w14:paraId="307D0515" w14:textId="77777777" w:rsidR="00E51D5C" w:rsidRDefault="00E51D5C">
      <w:pPr>
        <w:spacing w:before="115" w:after="0"/>
      </w:pPr>
    </w:p>
    <w:p w14:paraId="4738C647" w14:textId="77777777" w:rsidR="00E51D5C" w:rsidRDefault="00B61DB9">
      <w:pPr>
        <w:numPr>
          <w:ilvl w:val="0"/>
          <w:numId w:val="8"/>
        </w:numPr>
        <w:spacing w:before="115" w:after="120"/>
      </w:pPr>
      <w:r>
        <w:rPr>
          <w:szCs w:val="22"/>
        </w:rPr>
        <w:t>What are the Latitude (north) and Longitude (west) of your location?</w:t>
      </w:r>
    </w:p>
    <w:p w14:paraId="681B6EDA" w14:textId="77777777" w:rsidR="00E51D5C" w:rsidRDefault="00B61DB9">
      <w:pPr>
        <w:spacing w:before="115" w:after="120"/>
      </w:pPr>
      <w:r>
        <w:rPr>
          <w:szCs w:val="22"/>
        </w:rPr>
        <w:t xml:space="preserve">(If you go to Google Maps and press down on your location until the red pin locator shows up, your latitude and longitude show up at the top of the page) </w:t>
      </w:r>
    </w:p>
    <w:p w14:paraId="7F7891F5" w14:textId="77777777" w:rsidR="00E51D5C" w:rsidRDefault="00E51D5C">
      <w:pPr>
        <w:spacing w:before="115" w:after="0"/>
      </w:pPr>
    </w:p>
    <w:p w14:paraId="4F84725E" w14:textId="77777777" w:rsidR="00E51D5C" w:rsidRDefault="00B61DB9">
      <w:pPr>
        <w:spacing w:before="115" w:after="120"/>
      </w:pPr>
      <w:r>
        <w:rPr>
          <w:szCs w:val="22"/>
        </w:rPr>
        <w:t>Latitude (N) ___________________°    Longitude (W) _______________________°</w:t>
      </w:r>
    </w:p>
    <w:p w14:paraId="27245E7C" w14:textId="77777777" w:rsidR="00E51D5C" w:rsidRDefault="00E51D5C">
      <w:pPr>
        <w:spacing w:before="115" w:after="0"/>
      </w:pPr>
    </w:p>
    <w:p w14:paraId="394988D3" w14:textId="77777777" w:rsidR="00E51D5C" w:rsidRDefault="00B61DB9">
      <w:pPr>
        <w:pStyle w:val="Heading2"/>
        <w:numPr>
          <w:ilvl w:val="0"/>
          <w:numId w:val="3"/>
        </w:numPr>
      </w:pPr>
      <w:r>
        <w:t xml:space="preserve">The Local Sky: Your own personal coordinate system! </w:t>
      </w:r>
    </w:p>
    <w:p w14:paraId="5512CEF5" w14:textId="77777777" w:rsidR="00E51D5C" w:rsidRDefault="00B61DB9">
      <w:pPr>
        <w:jc w:val="center"/>
      </w:pPr>
      <w:r>
        <w:rPr>
          <w:noProof/>
        </w:rPr>
        <w:drawing>
          <wp:inline distT="0" distB="0" distL="0" distR="0" wp14:anchorId="0F77AC9F" wp14:editId="7D260BDA">
            <wp:extent cx="2108200" cy="1718945"/>
            <wp:effectExtent l="0" t="0" r="0" b="0"/>
            <wp:docPr id="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2108200" cy="1718945"/>
                    </a:xfrm>
                    <a:prstGeom prst="rect">
                      <a:avLst/>
                    </a:prstGeom>
                    <a:ln/>
                  </pic:spPr>
                </pic:pic>
              </a:graphicData>
            </a:graphic>
          </wp:inline>
        </w:drawing>
      </w:r>
    </w:p>
    <w:p w14:paraId="4D9A71B5" w14:textId="77777777" w:rsidR="00E51D5C" w:rsidRDefault="00B61DB9">
      <w:pPr>
        <w:spacing w:before="115" w:after="120"/>
        <w:ind w:left="360"/>
      </w:pPr>
      <w:r>
        <w:rPr>
          <w:szCs w:val="22"/>
        </w:rPr>
        <w:t>Imagine being in a canoe with a friend out on a big lake at night. You both decide to shoot a laser pointer straight “up”. The two beams are visible in the sky, but they never cross.  You each have your own personal “up” direction! You both admire the beautiful stars in the sky, but how do you describe “where” they are in your sky?</w:t>
      </w:r>
    </w:p>
    <w:p w14:paraId="39090B64" w14:textId="77777777" w:rsidR="00E51D5C" w:rsidRDefault="00B61DB9">
      <w:pPr>
        <w:spacing w:before="230" w:after="120"/>
        <w:ind w:left="360" w:hanging="360"/>
      </w:pPr>
      <w:r>
        <w:rPr>
          <w:b/>
          <w:bCs/>
          <w:szCs w:val="22"/>
          <w:u w:val="single"/>
        </w:rPr>
        <w:lastRenderedPageBreak/>
        <w:t>Zenith</w:t>
      </w:r>
      <w:r>
        <w:rPr>
          <w:szCs w:val="22"/>
        </w:rPr>
        <w:t xml:space="preserve">: The </w:t>
      </w:r>
      <w:r>
        <w:rPr>
          <w:b/>
          <w:bCs/>
          <w:szCs w:val="22"/>
        </w:rPr>
        <w:t>point vertically above</w:t>
      </w:r>
      <w:r>
        <w:rPr>
          <w:szCs w:val="22"/>
        </w:rPr>
        <w:t xml:space="preserve"> an observer and is 90</w:t>
      </w:r>
      <w:r>
        <w:rPr>
          <w:szCs w:val="22"/>
          <w:vertAlign w:val="superscript"/>
        </w:rPr>
        <w:t>o</w:t>
      </w:r>
      <w:r>
        <w:rPr>
          <w:szCs w:val="22"/>
        </w:rPr>
        <w:t xml:space="preserve"> from all points on the horizon. The </w:t>
      </w:r>
      <w:r>
        <w:rPr>
          <w:i/>
          <w:iCs/>
          <w:szCs w:val="22"/>
        </w:rPr>
        <w:t>nadir</w:t>
      </w:r>
      <w:r>
        <w:rPr>
          <w:szCs w:val="22"/>
        </w:rPr>
        <w:t xml:space="preserve"> is 180</w:t>
      </w:r>
      <w:r>
        <w:rPr>
          <w:szCs w:val="22"/>
          <w:vertAlign w:val="superscript"/>
        </w:rPr>
        <w:t>o</w:t>
      </w:r>
      <w:r>
        <w:rPr>
          <w:szCs w:val="22"/>
        </w:rPr>
        <w:t xml:space="preserve"> opposite zenith.</w:t>
      </w:r>
    </w:p>
    <w:p w14:paraId="2B06BE9E" w14:textId="77777777" w:rsidR="00E51D5C" w:rsidRDefault="00B61DB9">
      <w:pPr>
        <w:spacing w:before="115" w:after="120"/>
        <w:ind w:left="360" w:hanging="270"/>
      </w:pPr>
      <w:r>
        <w:rPr>
          <w:b/>
          <w:bCs/>
          <w:szCs w:val="22"/>
          <w:u w:val="single"/>
        </w:rPr>
        <w:t>Celestial meridian</w:t>
      </w:r>
      <w:r>
        <w:rPr>
          <w:szCs w:val="22"/>
        </w:rPr>
        <w:t xml:space="preserve"> is a great circle which</w:t>
      </w:r>
      <w:r>
        <w:rPr>
          <w:b/>
          <w:bCs/>
          <w:szCs w:val="22"/>
        </w:rPr>
        <w:t xml:space="preserve"> intersects the zenith</w:t>
      </w:r>
      <w:r>
        <w:rPr>
          <w:szCs w:val="22"/>
        </w:rPr>
        <w:t xml:space="preserve">, the nadir, the celestial poles, and </w:t>
      </w:r>
      <w:r>
        <w:rPr>
          <w:b/>
          <w:bCs/>
          <w:szCs w:val="22"/>
        </w:rPr>
        <w:t>goes from north to south</w:t>
      </w:r>
      <w:r>
        <w:rPr>
          <w:szCs w:val="22"/>
        </w:rPr>
        <w:t>.</w:t>
      </w:r>
    </w:p>
    <w:p w14:paraId="3CCB6B38" w14:textId="77777777" w:rsidR="00E51D5C" w:rsidRDefault="00B61DB9">
      <w:pPr>
        <w:spacing w:before="115" w:after="120"/>
        <w:ind w:left="360" w:hanging="270"/>
      </w:pPr>
      <w:r>
        <w:rPr>
          <w:b/>
          <w:bCs/>
          <w:szCs w:val="22"/>
          <w:u w:val="single"/>
        </w:rPr>
        <w:t>Local</w:t>
      </w:r>
      <w:r>
        <w:rPr>
          <w:szCs w:val="22"/>
          <w:u w:val="single"/>
        </w:rPr>
        <w:t xml:space="preserve">(Astronomical) </w:t>
      </w:r>
      <w:r>
        <w:rPr>
          <w:b/>
          <w:bCs/>
          <w:szCs w:val="22"/>
          <w:u w:val="single"/>
        </w:rPr>
        <w:t>Horizon</w:t>
      </w:r>
      <w:r>
        <w:rPr>
          <w:szCs w:val="22"/>
        </w:rPr>
        <w:t xml:space="preserve"> is a great circle on the celestial sphere which is perpendicular to the zenith-nadir axis.  Unless you are on the ocean, or a high mountain top, your sky usually runs into the surrounding landscape (mountains, trees, houses) above the horizon.  </w:t>
      </w:r>
    </w:p>
    <w:p w14:paraId="62DD298B" w14:textId="77777777" w:rsidR="00E51D5C" w:rsidRDefault="00B61DB9">
      <w:pPr>
        <w:spacing w:before="115" w:after="120"/>
        <w:rPr>
          <w:b/>
          <w:bCs/>
        </w:rPr>
      </w:pPr>
      <w:r>
        <w:rPr>
          <w:szCs w:val="22"/>
        </w:rPr>
        <w:t xml:space="preserve">The coordinates of an object are described by its </w:t>
      </w:r>
      <w:r>
        <w:rPr>
          <w:b/>
          <w:bCs/>
          <w:szCs w:val="22"/>
        </w:rPr>
        <w:t>azimuth</w:t>
      </w:r>
      <w:r>
        <w:rPr>
          <w:szCs w:val="22"/>
        </w:rPr>
        <w:t xml:space="preserve"> and </w:t>
      </w:r>
      <w:r>
        <w:rPr>
          <w:b/>
          <w:bCs/>
          <w:szCs w:val="22"/>
        </w:rPr>
        <w:t>altitude</w:t>
      </w:r>
      <w:r>
        <w:rPr>
          <w:szCs w:val="22"/>
        </w:rPr>
        <w:t>(elevation)</w:t>
      </w:r>
      <w:r>
        <w:rPr>
          <w:b/>
          <w:bCs/>
          <w:szCs w:val="22"/>
        </w:rPr>
        <w:t>.</w:t>
      </w:r>
    </w:p>
    <w:p w14:paraId="598FB068" w14:textId="77777777" w:rsidR="00E51D5C" w:rsidRDefault="00B61DB9">
      <w:pPr>
        <w:numPr>
          <w:ilvl w:val="0"/>
          <w:numId w:val="4"/>
        </w:numPr>
        <w:spacing w:before="115" w:after="120"/>
        <w:ind w:left="360" w:right="-180" w:firstLine="0"/>
      </w:pPr>
      <w:r>
        <w:rPr>
          <w:b/>
          <w:bCs/>
          <w:szCs w:val="22"/>
        </w:rPr>
        <w:t>Azimuth</w:t>
      </w:r>
      <w:r>
        <w:rPr>
          <w:szCs w:val="22"/>
        </w:rPr>
        <w:t xml:space="preserve"> is defined in degrees clockwise from due North.</w:t>
      </w:r>
    </w:p>
    <w:p w14:paraId="786F69BC" w14:textId="77777777" w:rsidR="00E51D5C" w:rsidRDefault="00B61DB9">
      <w:pPr>
        <w:spacing w:before="115" w:after="120"/>
        <w:ind w:left="360"/>
      </w:pPr>
      <w:r>
        <w:rPr>
          <w:b/>
          <w:bCs/>
          <w:szCs w:val="22"/>
        </w:rPr>
        <w:t>Altitude/</w:t>
      </w:r>
      <w:r>
        <w:rPr>
          <w:szCs w:val="22"/>
        </w:rPr>
        <w:t>(Elevation) is defined in degrees above the horizon.</w:t>
      </w:r>
    </w:p>
    <w:p w14:paraId="653836F9" w14:textId="77777777" w:rsidR="00E51D5C" w:rsidRDefault="00B61DB9">
      <w:pPr>
        <w:pStyle w:val="Heading2"/>
        <w:numPr>
          <w:ilvl w:val="0"/>
          <w:numId w:val="3"/>
        </w:numPr>
      </w:pPr>
      <w:r>
        <w:t>Equatorial Coordinates: Right Ascension and Declination</w:t>
      </w:r>
    </w:p>
    <w:p w14:paraId="38A1DB07" w14:textId="77777777" w:rsidR="00E51D5C" w:rsidRDefault="00B61DB9">
      <w:pPr>
        <w:numPr>
          <w:ilvl w:val="0"/>
          <w:numId w:val="5"/>
        </w:numPr>
        <w:spacing w:before="115" w:after="120"/>
        <w:ind w:left="360"/>
      </w:pPr>
      <w:r>
        <w:rPr>
          <w:szCs w:val="22"/>
        </w:rPr>
        <w:t>Knowing the Local Sky information is great for you when you want to know when and where to look for an object in YOUR sky, but astronomers need a standard coordinate system for identifying the location of astronomical objects in the sky.</w:t>
      </w:r>
    </w:p>
    <w:p w14:paraId="345C7CF3" w14:textId="77777777" w:rsidR="00E51D5C" w:rsidRDefault="00B61DB9">
      <w:pPr>
        <w:spacing w:before="115" w:after="120"/>
        <w:ind w:left="360"/>
      </w:pPr>
      <w:r>
        <w:rPr>
          <w:szCs w:val="22"/>
        </w:rPr>
        <w:t>1) locations of stars and deep sky objects are fixed in the equatorial coordinate system.</w:t>
      </w:r>
    </w:p>
    <w:p w14:paraId="5B325536" w14:textId="77777777" w:rsidR="00E51D5C" w:rsidRDefault="00B61DB9">
      <w:pPr>
        <w:spacing w:before="115" w:after="120"/>
        <w:ind w:left="630" w:hanging="270"/>
      </w:pPr>
      <w:r>
        <w:rPr>
          <w:szCs w:val="22"/>
        </w:rPr>
        <w:t>2) The Equatorial Coordinate system is a projection of the terrestrial longitudes and latitudes onto the celestial sphere.</w:t>
      </w:r>
    </w:p>
    <w:p w14:paraId="34FBD7C7" w14:textId="77777777" w:rsidR="00E51D5C" w:rsidRDefault="00B61DB9">
      <w:pPr>
        <w:keepNext/>
        <w:spacing w:before="230" w:after="120"/>
        <w:ind w:left="360" w:hanging="360"/>
      </w:pPr>
      <w:r>
        <w:rPr>
          <w:b/>
          <w:bCs/>
          <w:szCs w:val="22"/>
        </w:rPr>
        <w:t>Celestial Poles</w:t>
      </w:r>
      <w:r>
        <w:rPr>
          <w:szCs w:val="22"/>
        </w:rPr>
        <w:t>: points vertically above the earth’s north and south poles</w:t>
      </w:r>
    </w:p>
    <w:p w14:paraId="3C91BAFF" w14:textId="77777777" w:rsidR="00E51D5C" w:rsidRDefault="00B61DB9">
      <w:pPr>
        <w:jc w:val="center"/>
      </w:pPr>
      <w:r>
        <w:rPr>
          <w:noProof/>
        </w:rPr>
        <w:drawing>
          <wp:inline distT="0" distB="0" distL="0" distR="0" wp14:anchorId="37A19DF6" wp14:editId="4E35B245">
            <wp:extent cx="3355657" cy="2431140"/>
            <wp:effectExtent l="0" t="0" r="0" b="0"/>
            <wp:docPr id="6" name="image3.gif"/>
            <wp:cNvGraphicFramePr/>
            <a:graphic xmlns:a="http://schemas.openxmlformats.org/drawingml/2006/main">
              <a:graphicData uri="http://schemas.openxmlformats.org/drawingml/2006/picture">
                <pic:pic xmlns:pic="http://schemas.openxmlformats.org/drawingml/2006/picture">
                  <pic:nvPicPr>
                    <pic:cNvPr id="0" name="image3.gif"/>
                    <pic:cNvPicPr preferRelativeResize="0"/>
                  </pic:nvPicPr>
                  <pic:blipFill>
                    <a:blip r:embed="rId10"/>
                    <a:srcRect/>
                    <a:stretch>
                      <a:fillRect/>
                    </a:stretch>
                  </pic:blipFill>
                  <pic:spPr>
                    <a:xfrm>
                      <a:off x="0" y="0"/>
                      <a:ext cx="3355657" cy="2431140"/>
                    </a:xfrm>
                    <a:prstGeom prst="rect">
                      <a:avLst/>
                    </a:prstGeom>
                    <a:ln/>
                  </pic:spPr>
                </pic:pic>
              </a:graphicData>
            </a:graphic>
          </wp:inline>
        </w:drawing>
      </w:r>
    </w:p>
    <w:p w14:paraId="3DBF89FA" w14:textId="77777777" w:rsidR="00E51D5C" w:rsidRDefault="00B61DB9">
      <w:pPr>
        <w:spacing w:before="115" w:after="120"/>
        <w:ind w:left="360" w:hanging="360"/>
      </w:pPr>
      <w:r>
        <w:rPr>
          <w:b/>
          <w:bCs/>
          <w:szCs w:val="22"/>
        </w:rPr>
        <w:t>Celestial Equator</w:t>
      </w:r>
      <w:r>
        <w:rPr>
          <w:szCs w:val="22"/>
        </w:rPr>
        <w:t>: projection of the earth’s equator onto the celestial sphere</w:t>
      </w:r>
    </w:p>
    <w:p w14:paraId="781CFE47" w14:textId="77777777" w:rsidR="00E51D5C" w:rsidRDefault="00B61DB9">
      <w:pPr>
        <w:spacing w:before="230" w:after="120"/>
        <w:ind w:left="360" w:hanging="360"/>
      </w:pPr>
      <w:r>
        <w:rPr>
          <w:b/>
          <w:bCs/>
          <w:szCs w:val="22"/>
        </w:rPr>
        <w:t>Right Ascension (RA)</w:t>
      </w:r>
      <w:r>
        <w:rPr>
          <w:szCs w:val="22"/>
        </w:rPr>
        <w:t>: (~Longitude)</w:t>
      </w:r>
    </w:p>
    <w:p w14:paraId="0B53EE6B" w14:textId="77777777" w:rsidR="00E51D5C" w:rsidRDefault="00B61DB9">
      <w:pPr>
        <w:numPr>
          <w:ilvl w:val="0"/>
          <w:numId w:val="6"/>
        </w:numPr>
        <w:spacing w:before="115" w:after="120"/>
        <w:ind w:left="360"/>
      </w:pPr>
      <w:r>
        <w:rPr>
          <w:szCs w:val="22"/>
        </w:rPr>
        <w:t>This angle is measure in time (24 hours) because the sky rotates once per day</w:t>
      </w:r>
    </w:p>
    <w:p w14:paraId="2DEE45D4" w14:textId="77777777" w:rsidR="00E51D5C" w:rsidRDefault="00B61DB9">
      <w:pPr>
        <w:numPr>
          <w:ilvl w:val="0"/>
          <w:numId w:val="6"/>
        </w:numPr>
        <w:spacing w:before="115" w:after="120"/>
      </w:pPr>
      <w:r>
        <w:rPr>
          <w:szCs w:val="22"/>
        </w:rPr>
        <w:t>1 hr of RA = 15</w:t>
      </w:r>
      <w:r>
        <w:rPr>
          <w:szCs w:val="22"/>
          <w:vertAlign w:val="superscript"/>
        </w:rPr>
        <w:t>o</w:t>
      </w:r>
    </w:p>
    <w:p w14:paraId="28F9B062" w14:textId="77777777" w:rsidR="00E51D5C" w:rsidRDefault="00B61DB9">
      <w:pPr>
        <w:spacing w:before="230" w:after="120"/>
        <w:ind w:left="360" w:hanging="360"/>
      </w:pPr>
      <w:r>
        <w:rPr>
          <w:b/>
          <w:bCs/>
          <w:szCs w:val="22"/>
        </w:rPr>
        <w:t>Declination (Dec)</w:t>
      </w:r>
      <w:r>
        <w:rPr>
          <w:szCs w:val="22"/>
        </w:rPr>
        <w:t>: (~Latitude)</w:t>
      </w:r>
    </w:p>
    <w:p w14:paraId="0DF05554" w14:textId="77777777" w:rsidR="00E51D5C" w:rsidRDefault="00B61DB9">
      <w:pPr>
        <w:numPr>
          <w:ilvl w:val="0"/>
          <w:numId w:val="7"/>
        </w:numPr>
        <w:spacing w:before="115" w:after="120"/>
        <w:ind w:left="360"/>
      </w:pPr>
      <w:r>
        <w:rPr>
          <w:szCs w:val="22"/>
        </w:rPr>
        <w:t>Dec = 0</w:t>
      </w:r>
      <w:r>
        <w:rPr>
          <w:szCs w:val="22"/>
          <w:vertAlign w:val="superscript"/>
        </w:rPr>
        <w:t>o</w:t>
      </w:r>
      <w:r>
        <w:rPr>
          <w:szCs w:val="22"/>
        </w:rPr>
        <w:t xml:space="preserve"> at the celestial equatorial</w:t>
      </w:r>
    </w:p>
    <w:p w14:paraId="5806340E" w14:textId="77777777" w:rsidR="00E51D5C" w:rsidRDefault="00B61DB9">
      <w:pPr>
        <w:numPr>
          <w:ilvl w:val="0"/>
          <w:numId w:val="7"/>
        </w:numPr>
        <w:spacing w:before="115" w:after="120"/>
        <w:ind w:left="360"/>
      </w:pPr>
      <w:r>
        <w:rPr>
          <w:szCs w:val="22"/>
        </w:rPr>
        <w:lastRenderedPageBreak/>
        <w:t>North Celestial Pole (NSP) = +90</w:t>
      </w:r>
      <w:r>
        <w:rPr>
          <w:szCs w:val="22"/>
          <w:vertAlign w:val="superscript"/>
        </w:rPr>
        <w:t>o</w:t>
      </w:r>
      <w:r>
        <w:rPr>
          <w:szCs w:val="22"/>
        </w:rPr>
        <w:t xml:space="preserve"> Dec; South Celestial Pole (NSP) = -90</w:t>
      </w:r>
      <w:r>
        <w:rPr>
          <w:szCs w:val="22"/>
          <w:vertAlign w:val="superscript"/>
        </w:rPr>
        <w:t>o</w:t>
      </w:r>
      <w:r>
        <w:rPr>
          <w:szCs w:val="22"/>
        </w:rPr>
        <w:t xml:space="preserve"> Dec</w:t>
      </w:r>
    </w:p>
    <w:p w14:paraId="0107F44D" w14:textId="77777777" w:rsidR="00E51D5C" w:rsidRDefault="00B61DB9">
      <w:pPr>
        <w:pStyle w:val="Heading2"/>
        <w:numPr>
          <w:ilvl w:val="0"/>
          <w:numId w:val="3"/>
        </w:numPr>
      </w:pPr>
      <w:r>
        <w:t>Galactic Coordinates</w:t>
      </w:r>
    </w:p>
    <w:p w14:paraId="2933E113" w14:textId="77777777" w:rsidR="00E51D5C" w:rsidRDefault="00B61DB9">
      <w:pPr>
        <w:jc w:val="center"/>
      </w:pPr>
      <w:r>
        <w:rPr>
          <w:noProof/>
        </w:rPr>
        <w:drawing>
          <wp:inline distT="0" distB="0" distL="0" distR="0" wp14:anchorId="7D04DAFA" wp14:editId="3E51A7D3">
            <wp:extent cx="2276475" cy="2110913"/>
            <wp:effectExtent l="0" t="0" r="0" b="0"/>
            <wp:docPr id="7"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1"/>
                    <a:srcRect/>
                    <a:stretch>
                      <a:fillRect/>
                    </a:stretch>
                  </pic:blipFill>
                  <pic:spPr>
                    <a:xfrm>
                      <a:off x="0" y="0"/>
                      <a:ext cx="2276475" cy="2110913"/>
                    </a:xfrm>
                    <a:prstGeom prst="rect">
                      <a:avLst/>
                    </a:prstGeom>
                    <a:ln/>
                  </pic:spPr>
                </pic:pic>
              </a:graphicData>
            </a:graphic>
          </wp:inline>
        </w:drawing>
      </w:r>
    </w:p>
    <w:p w14:paraId="464E6B19" w14:textId="77777777" w:rsidR="00E51D5C" w:rsidRDefault="00B61DB9">
      <w:pPr>
        <w:numPr>
          <w:ilvl w:val="0"/>
          <w:numId w:val="5"/>
        </w:numPr>
        <w:spacing w:before="115" w:after="120"/>
        <w:ind w:left="360"/>
      </w:pPr>
      <w:r>
        <w:rPr>
          <w:szCs w:val="22"/>
        </w:rPr>
        <w:t>Choose your coordinates!</w:t>
      </w:r>
    </w:p>
    <w:p w14:paraId="496F7137" w14:textId="77777777" w:rsidR="00E51D5C" w:rsidRDefault="00B61DB9">
      <w:pPr>
        <w:numPr>
          <w:ilvl w:val="0"/>
          <w:numId w:val="5"/>
        </w:numPr>
        <w:spacing w:before="115" w:after="120"/>
        <w:ind w:left="360"/>
      </w:pPr>
      <w:r>
        <w:rPr>
          <w:szCs w:val="22"/>
        </w:rPr>
        <w:t>If you are a Galactic astronomer, letting the Milky Way determine the coordinate system has its benefits.</w:t>
      </w:r>
    </w:p>
    <w:p w14:paraId="535725F1" w14:textId="77777777" w:rsidR="00E51D5C" w:rsidRDefault="00B61DB9">
      <w:pPr>
        <w:numPr>
          <w:ilvl w:val="0"/>
          <w:numId w:val="5"/>
        </w:numPr>
        <w:spacing w:before="115" w:after="120"/>
        <w:ind w:left="360"/>
      </w:pPr>
      <w:r>
        <w:rPr>
          <w:szCs w:val="22"/>
        </w:rPr>
        <w:t>When we eventually use the radio horn telescope to take readings from the Galaxy, this system will be important to us.</w:t>
      </w:r>
    </w:p>
    <w:p w14:paraId="51577C05" w14:textId="77777777" w:rsidR="00E51D5C" w:rsidRDefault="00B61DB9">
      <w:pPr>
        <w:numPr>
          <w:ilvl w:val="0"/>
          <w:numId w:val="5"/>
        </w:numPr>
        <w:spacing w:before="115" w:after="120"/>
        <w:ind w:left="360"/>
      </w:pPr>
      <w:r>
        <w:rPr>
          <w:szCs w:val="22"/>
        </w:rPr>
        <w:t xml:space="preserve">So, the Galactic Coordinates is a spherical coordinate system with the sun at its center. and </w:t>
      </w:r>
      <w:r>
        <w:rPr>
          <w:b/>
          <w:bCs/>
          <w:szCs w:val="22"/>
        </w:rPr>
        <w:t>the Milky Way plane as its Galactic Equator (0° Galactic Latitude)</w:t>
      </w:r>
    </w:p>
    <w:p w14:paraId="243DB41E" w14:textId="77777777" w:rsidR="00E51D5C" w:rsidRDefault="00B61DB9">
      <w:pPr>
        <w:numPr>
          <w:ilvl w:val="0"/>
          <w:numId w:val="5"/>
        </w:numPr>
        <w:spacing w:before="115" w:after="120"/>
        <w:ind w:left="360"/>
      </w:pPr>
      <w:r>
        <w:rPr>
          <w:szCs w:val="22"/>
        </w:rPr>
        <w:t>Galactic longitude rotates 360</w:t>
      </w:r>
      <w:r>
        <w:rPr>
          <w:szCs w:val="22"/>
          <w:vertAlign w:val="superscript"/>
        </w:rPr>
        <w:t>o</w:t>
      </w:r>
      <w:r>
        <w:rPr>
          <w:szCs w:val="22"/>
        </w:rPr>
        <w:t xml:space="preserve"> in the plane of the galaxy.</w:t>
      </w:r>
    </w:p>
    <w:p w14:paraId="6E33B6BE" w14:textId="77777777" w:rsidR="00E51D5C" w:rsidRDefault="00B61DB9">
      <w:pPr>
        <w:numPr>
          <w:ilvl w:val="1"/>
          <w:numId w:val="5"/>
        </w:numPr>
        <w:spacing w:before="115" w:after="120"/>
        <w:ind w:left="360"/>
      </w:pPr>
      <w:r>
        <w:rPr>
          <w:szCs w:val="22"/>
        </w:rPr>
        <w:t>galactic longitude = 0</w:t>
      </w:r>
      <w:r>
        <w:rPr>
          <w:szCs w:val="22"/>
          <w:vertAlign w:val="superscript"/>
        </w:rPr>
        <w:t>o</w:t>
      </w:r>
      <w:r>
        <w:rPr>
          <w:szCs w:val="22"/>
        </w:rPr>
        <w:t xml:space="preserve"> is toward the center of the galaxy, from the sun's point of view.</w:t>
      </w:r>
    </w:p>
    <w:p w14:paraId="50F67AAD" w14:textId="77777777" w:rsidR="00E51D5C" w:rsidRDefault="00B61DB9">
      <w:pPr>
        <w:numPr>
          <w:ilvl w:val="1"/>
          <w:numId w:val="5"/>
        </w:numPr>
        <w:spacing w:before="115" w:after="120"/>
        <w:ind w:left="360"/>
      </w:pPr>
      <w:r>
        <w:rPr>
          <w:szCs w:val="22"/>
        </w:rPr>
        <w:t>galactic longitude = 180</w:t>
      </w:r>
      <w:r>
        <w:rPr>
          <w:szCs w:val="22"/>
          <w:vertAlign w:val="superscript"/>
        </w:rPr>
        <w:t>o</w:t>
      </w:r>
      <w:r>
        <w:rPr>
          <w:szCs w:val="22"/>
        </w:rPr>
        <w:t xml:space="preserve"> is directly away from the center of the galaxy.</w:t>
      </w:r>
    </w:p>
    <w:p w14:paraId="1ACD2F2B" w14:textId="77777777" w:rsidR="00E51D5C" w:rsidRDefault="00B61DB9">
      <w:pPr>
        <w:numPr>
          <w:ilvl w:val="0"/>
          <w:numId w:val="5"/>
        </w:numPr>
        <w:spacing w:before="115" w:after="120"/>
        <w:ind w:left="360"/>
      </w:pPr>
      <w:r>
        <w:rPr>
          <w:szCs w:val="22"/>
        </w:rPr>
        <w:t>Galactic latitude rotates 180</w:t>
      </w:r>
      <w:r>
        <w:rPr>
          <w:szCs w:val="22"/>
          <w:vertAlign w:val="superscript"/>
        </w:rPr>
        <w:t>o</w:t>
      </w:r>
      <w:r>
        <w:rPr>
          <w:szCs w:val="22"/>
        </w:rPr>
        <w:t xml:space="preserve"> from the galactic north pole to the galactic south pole.</w:t>
      </w:r>
    </w:p>
    <w:p w14:paraId="4C9742D0" w14:textId="77777777" w:rsidR="00E51D5C" w:rsidRDefault="00E51D5C">
      <w:pPr>
        <w:spacing w:before="115" w:after="0"/>
        <w:ind w:left="360" w:hanging="360"/>
      </w:pPr>
    </w:p>
    <w:p w14:paraId="61EAF642" w14:textId="77777777" w:rsidR="00E51D5C" w:rsidRDefault="00B61DB9">
      <w:pPr>
        <w:spacing w:before="115" w:after="0"/>
      </w:pPr>
      <w:r>
        <w:rPr>
          <w:noProof/>
          <w:szCs w:val="22"/>
        </w:rPr>
        <mc:AlternateContent>
          <mc:Choice Requires="wpg">
            <w:drawing>
              <wp:inline distT="0" distB="0" distL="0" distR="0" wp14:anchorId="5DA01EFF" wp14:editId="62D1F234">
                <wp:extent cx="2517775" cy="862330"/>
                <wp:effectExtent l="0" t="0" r="0" b="0"/>
                <wp:docPr id="1" name="Group 1"/>
                <wp:cNvGraphicFramePr/>
                <a:graphic xmlns:a="http://schemas.openxmlformats.org/drawingml/2006/main">
                  <a:graphicData uri="http://schemas.microsoft.com/office/word/2010/wordprocessingGroup">
                    <wpg:wgp>
                      <wpg:cNvGrpSpPr/>
                      <wpg:grpSpPr>
                        <a:xfrm>
                          <a:off x="0" y="0"/>
                          <a:ext cx="2517775" cy="862330"/>
                          <a:chOff x="4087425" y="3349075"/>
                          <a:chExt cx="2522275" cy="861850"/>
                        </a:xfrm>
                      </wpg:grpSpPr>
                      <wpg:grpSp>
                        <wpg:cNvPr id="1018977036" name="Group 1018977036"/>
                        <wpg:cNvGrpSpPr/>
                        <wpg:grpSpPr>
                          <a:xfrm>
                            <a:off x="4087440" y="3349080"/>
                            <a:ext cx="2517480" cy="861840"/>
                            <a:chOff x="0" y="0"/>
                            <a:chExt cx="2517480" cy="861840"/>
                          </a:xfrm>
                        </wpg:grpSpPr>
                        <wps:wsp>
                          <wps:cNvPr id="1327297582" name="Rectangle 1327297582"/>
                          <wps:cNvSpPr/>
                          <wps:spPr>
                            <a:xfrm>
                              <a:off x="0" y="0"/>
                              <a:ext cx="2517100" cy="861825"/>
                            </a:xfrm>
                            <a:prstGeom prst="rect">
                              <a:avLst/>
                            </a:prstGeom>
                            <a:noFill/>
                            <a:ln>
                              <a:noFill/>
                            </a:ln>
                          </wps:spPr>
                          <wps:txbx>
                            <w:txbxContent>
                              <w:p w14:paraId="5FEC4352" w14:textId="77777777" w:rsidR="00E51D5C" w:rsidRDefault="00E51D5C">
                                <w:pPr>
                                  <w:spacing w:after="0" w:line="240" w:lineRule="auto"/>
                                  <w:textDirection w:val="btLr"/>
                                </w:pPr>
                              </w:p>
                            </w:txbxContent>
                          </wps:txbx>
                          <wps:bodyPr spcFirstLastPara="1" wrap="square" lIns="91425" tIns="91425" rIns="91425" bIns="91425" anchor="ctr" anchorCtr="0">
                            <a:noAutofit/>
                          </wps:bodyPr>
                        </wps:wsp>
                        <wps:wsp>
                          <wps:cNvPr id="326087408" name="Oval 326087408"/>
                          <wps:cNvSpPr/>
                          <wps:spPr>
                            <a:xfrm>
                              <a:off x="630720" y="184320"/>
                              <a:ext cx="1886760" cy="640800"/>
                            </a:xfrm>
                            <a:prstGeom prst="ellipse">
                              <a:avLst/>
                            </a:prstGeom>
                            <a:solidFill>
                              <a:srgbClr val="C8C8C8"/>
                            </a:solidFill>
                            <a:ln w="9525" cap="flat" cmpd="sng">
                              <a:solidFill>
                                <a:srgbClr val="666666"/>
                              </a:solidFill>
                              <a:prstDash val="solid"/>
                              <a:round/>
                              <a:headEnd type="none" w="sm" len="sm"/>
                              <a:tailEnd type="none" w="sm" len="sm"/>
                            </a:ln>
                          </wps:spPr>
                          <wps:txbx>
                            <w:txbxContent>
                              <w:p w14:paraId="6ABDB528" w14:textId="77777777" w:rsidR="00E51D5C" w:rsidRDefault="00E51D5C">
                                <w:pPr>
                                  <w:spacing w:after="0" w:line="240" w:lineRule="auto"/>
                                  <w:textDirection w:val="btLr"/>
                                </w:pPr>
                              </w:p>
                            </w:txbxContent>
                          </wps:txbx>
                          <wps:bodyPr spcFirstLastPara="1" wrap="square" lIns="91425" tIns="91425" rIns="91425" bIns="91425" anchor="ctr" anchorCtr="0">
                            <a:noAutofit/>
                          </wps:bodyPr>
                        </wps:wsp>
                        <wps:wsp>
                          <wps:cNvPr id="875018879" name="Oval 875018879"/>
                          <wps:cNvSpPr/>
                          <wps:spPr>
                            <a:xfrm>
                              <a:off x="630720" y="133920"/>
                              <a:ext cx="1886760" cy="640800"/>
                            </a:xfrm>
                            <a:prstGeom prst="ellipse">
                              <a:avLst/>
                            </a:prstGeom>
                            <a:solidFill>
                              <a:srgbClr val="C8C8C8"/>
                            </a:solidFill>
                            <a:ln w="9525" cap="flat" cmpd="sng">
                              <a:solidFill>
                                <a:srgbClr val="666666"/>
                              </a:solidFill>
                              <a:prstDash val="solid"/>
                              <a:round/>
                              <a:headEnd type="none" w="sm" len="sm"/>
                              <a:tailEnd type="none" w="sm" len="sm"/>
                            </a:ln>
                          </wps:spPr>
                          <wps:txbx>
                            <w:txbxContent>
                              <w:p w14:paraId="289FC044" w14:textId="77777777" w:rsidR="00E51D5C" w:rsidRDefault="00E51D5C">
                                <w:pPr>
                                  <w:spacing w:after="0" w:line="240" w:lineRule="auto"/>
                                  <w:textDirection w:val="btLr"/>
                                </w:pPr>
                              </w:p>
                            </w:txbxContent>
                          </wps:txbx>
                          <wps:bodyPr spcFirstLastPara="1" wrap="square" lIns="91425" tIns="91425" rIns="91425" bIns="91425" anchor="ctr" anchorCtr="0">
                            <a:noAutofit/>
                          </wps:bodyPr>
                        </wps:wsp>
                        <wps:wsp>
                          <wps:cNvPr id="2129696950" name="Straight Arrow Connector 2129696950"/>
                          <wps:cNvCnPr/>
                          <wps:spPr>
                            <a:xfrm>
                              <a:off x="371520" y="450360"/>
                              <a:ext cx="1649160" cy="0"/>
                            </a:xfrm>
                            <a:prstGeom prst="straightConnector1">
                              <a:avLst/>
                            </a:prstGeom>
                            <a:noFill/>
                            <a:ln w="9525" cap="flat" cmpd="sng">
                              <a:solidFill>
                                <a:srgbClr val="000000"/>
                              </a:solidFill>
                              <a:prstDash val="solid"/>
                              <a:round/>
                              <a:headEnd type="stealth" w="med" len="med"/>
                              <a:tailEnd type="stealth" w="med" len="med"/>
                            </a:ln>
                          </wps:spPr>
                          <wps:bodyPr/>
                        </wps:wsp>
                        <wps:wsp>
                          <wps:cNvPr id="1285772319" name="Straight Arrow Connector 1285772319"/>
                          <wps:cNvCnPr/>
                          <wps:spPr>
                            <a:xfrm rot="10800000" flipH="1">
                              <a:off x="897120" y="241200"/>
                              <a:ext cx="705600" cy="208800"/>
                            </a:xfrm>
                            <a:prstGeom prst="straightConnector1">
                              <a:avLst/>
                            </a:prstGeom>
                            <a:noFill/>
                            <a:ln w="9525" cap="flat" cmpd="sng">
                              <a:solidFill>
                                <a:srgbClr val="000000"/>
                              </a:solidFill>
                              <a:prstDash val="dashDot"/>
                              <a:round/>
                              <a:headEnd type="none" w="sm" len="sm"/>
                              <a:tailEnd type="none" w="sm" len="sm"/>
                            </a:ln>
                          </wps:spPr>
                          <wps:bodyPr/>
                        </wps:wsp>
                        <wps:wsp>
                          <wps:cNvPr id="1875980648" name="Rectangle 1875980648"/>
                          <wps:cNvSpPr/>
                          <wps:spPr>
                            <a:xfrm>
                              <a:off x="1321920" y="492840"/>
                              <a:ext cx="540360" cy="288360"/>
                            </a:xfrm>
                            <a:prstGeom prst="rect">
                              <a:avLst/>
                            </a:prstGeom>
                            <a:noFill/>
                            <a:ln>
                              <a:noFill/>
                            </a:ln>
                          </wps:spPr>
                          <wps:txbx>
                            <w:txbxContent>
                              <w:p w14:paraId="74130933" w14:textId="77777777" w:rsidR="00E51D5C" w:rsidRDefault="00B61DB9">
                                <w:pPr>
                                  <w:spacing w:after="0" w:line="240" w:lineRule="auto"/>
                                  <w:jc w:val="center"/>
                                  <w:textDirection w:val="btLr"/>
                                </w:pPr>
                                <w:r>
                                  <w:rPr>
                                    <w:b/>
                                    <w:sz w:val="14"/>
                                  </w:rPr>
                                  <w:t>Galactic Center</w:t>
                                </w:r>
                              </w:p>
                            </w:txbxContent>
                          </wps:txbx>
                          <wps:bodyPr spcFirstLastPara="1" wrap="square" lIns="0" tIns="0" rIns="0" bIns="0" anchor="t" anchorCtr="0">
                            <a:noAutofit/>
                          </wps:bodyPr>
                        </wps:wsp>
                        <wps:wsp>
                          <wps:cNvPr id="1714762527" name="Rectangle 1714762527"/>
                          <wps:cNvSpPr/>
                          <wps:spPr>
                            <a:xfrm>
                              <a:off x="782280" y="450360"/>
                              <a:ext cx="266040" cy="147960"/>
                            </a:xfrm>
                            <a:prstGeom prst="rect">
                              <a:avLst/>
                            </a:prstGeom>
                            <a:noFill/>
                            <a:ln>
                              <a:noFill/>
                            </a:ln>
                          </wps:spPr>
                          <wps:txbx>
                            <w:txbxContent>
                              <w:p w14:paraId="68B746C4" w14:textId="77777777" w:rsidR="00E51D5C" w:rsidRDefault="00B61DB9">
                                <w:pPr>
                                  <w:spacing w:after="0" w:line="240" w:lineRule="auto"/>
                                  <w:textDirection w:val="btLr"/>
                                </w:pPr>
                                <w:r>
                                  <w:rPr>
                                    <w:b/>
                                    <w:sz w:val="14"/>
                                  </w:rPr>
                                  <w:t>sun</w:t>
                                </w:r>
                              </w:p>
                            </w:txbxContent>
                          </wps:txbx>
                          <wps:bodyPr spcFirstLastPara="1" wrap="square" lIns="0" tIns="0" rIns="0" bIns="0" anchor="t" anchorCtr="0">
                            <a:noAutofit/>
                          </wps:bodyPr>
                        </wps:wsp>
                        <wps:wsp>
                          <wps:cNvPr id="1723832667" name="Rectangle 1723832667"/>
                          <wps:cNvSpPr/>
                          <wps:spPr>
                            <a:xfrm>
                              <a:off x="1504440" y="303480"/>
                              <a:ext cx="151200" cy="133920"/>
                            </a:xfrm>
                            <a:prstGeom prst="rect">
                              <a:avLst/>
                            </a:prstGeom>
                            <a:noFill/>
                            <a:ln>
                              <a:noFill/>
                            </a:ln>
                          </wps:spPr>
                          <wps:txbx>
                            <w:txbxContent>
                              <w:p w14:paraId="0196DE55" w14:textId="77777777" w:rsidR="00E51D5C" w:rsidRDefault="00B61DB9">
                                <w:pPr>
                                  <w:spacing w:before="115" w:after="0" w:line="240" w:lineRule="auto"/>
                                  <w:textDirection w:val="btLr"/>
                                </w:pPr>
                                <w:r>
                                  <w:rPr>
                                    <w:b/>
                                    <w:sz w:val="14"/>
                                  </w:rPr>
                                  <w:t>θ</w:t>
                                </w:r>
                              </w:p>
                            </w:txbxContent>
                          </wps:txbx>
                          <wps:bodyPr spcFirstLastPara="1" wrap="square" lIns="0" tIns="0" rIns="0" bIns="0" anchor="t" anchorCtr="0">
                            <a:noAutofit/>
                          </wps:bodyPr>
                        </wps:wsp>
                        <wps:wsp>
                          <wps:cNvPr id="1010053317" name="Oval 1010053317"/>
                          <wps:cNvSpPr/>
                          <wps:spPr>
                            <a:xfrm>
                              <a:off x="1384920" y="321840"/>
                              <a:ext cx="237600" cy="259560"/>
                            </a:xfrm>
                            <a:prstGeom prst="ellipse">
                              <a:avLst/>
                            </a:prstGeom>
                            <a:solidFill>
                              <a:srgbClr val="729FCF"/>
                            </a:solidFill>
                            <a:ln w="9525" cap="flat" cmpd="sng">
                              <a:solidFill>
                                <a:srgbClr val="000000"/>
                              </a:solidFill>
                              <a:prstDash val="solid"/>
                              <a:round/>
                              <a:headEnd type="none" w="sm" len="sm"/>
                              <a:tailEnd type="none" w="sm" len="sm"/>
                            </a:ln>
                          </wps:spPr>
                          <wps:txbx>
                            <w:txbxContent>
                              <w:p w14:paraId="7C301FCA" w14:textId="77777777" w:rsidR="00E51D5C" w:rsidRDefault="00E51D5C">
                                <w:pPr>
                                  <w:spacing w:after="0" w:line="240" w:lineRule="auto"/>
                                  <w:textDirection w:val="btLr"/>
                                </w:pPr>
                              </w:p>
                            </w:txbxContent>
                          </wps:txbx>
                          <wps:bodyPr spcFirstLastPara="1" wrap="square" lIns="91425" tIns="91425" rIns="91425" bIns="91425" anchor="ctr" anchorCtr="0">
                            <a:noAutofit/>
                          </wps:bodyPr>
                        </wps:wsp>
                        <wps:wsp>
                          <wps:cNvPr id="72439564" name="Oval 72439564"/>
                          <wps:cNvSpPr/>
                          <wps:spPr>
                            <a:xfrm>
                              <a:off x="892080" y="442440"/>
                              <a:ext cx="27360" cy="27360"/>
                            </a:xfrm>
                            <a:prstGeom prst="ellipse">
                              <a:avLst/>
                            </a:prstGeom>
                            <a:solidFill>
                              <a:srgbClr val="000000"/>
                            </a:solidFill>
                            <a:ln w="9525" cap="flat" cmpd="sng">
                              <a:solidFill>
                                <a:srgbClr val="000000"/>
                              </a:solidFill>
                              <a:prstDash val="solid"/>
                              <a:round/>
                              <a:headEnd type="none" w="sm" len="sm"/>
                              <a:tailEnd type="none" w="sm" len="sm"/>
                            </a:ln>
                          </wps:spPr>
                          <wps:txbx>
                            <w:txbxContent>
                              <w:p w14:paraId="108F5B16" w14:textId="77777777" w:rsidR="00E51D5C" w:rsidRDefault="00E51D5C">
                                <w:pPr>
                                  <w:spacing w:after="0" w:line="240" w:lineRule="auto"/>
                                  <w:textDirection w:val="btLr"/>
                                </w:pPr>
                              </w:p>
                            </w:txbxContent>
                          </wps:txbx>
                          <wps:bodyPr spcFirstLastPara="1" wrap="square" lIns="91425" tIns="91425" rIns="91425" bIns="91425" anchor="ctr" anchorCtr="0">
                            <a:noAutofit/>
                          </wps:bodyPr>
                        </wps:wsp>
                        <wps:wsp>
                          <wps:cNvPr id="1686869108" name="Oval 1686869108"/>
                          <wps:cNvSpPr/>
                          <wps:spPr>
                            <a:xfrm>
                              <a:off x="1536840" y="443160"/>
                              <a:ext cx="27360" cy="27360"/>
                            </a:xfrm>
                            <a:prstGeom prst="ellipse">
                              <a:avLst/>
                            </a:prstGeom>
                            <a:solidFill>
                              <a:srgbClr val="000000"/>
                            </a:solidFill>
                            <a:ln w="9525" cap="flat" cmpd="sng">
                              <a:solidFill>
                                <a:srgbClr val="000000"/>
                              </a:solidFill>
                              <a:prstDash val="solid"/>
                              <a:round/>
                              <a:headEnd type="none" w="sm" len="sm"/>
                              <a:tailEnd type="none" w="sm" len="sm"/>
                            </a:ln>
                          </wps:spPr>
                          <wps:txbx>
                            <w:txbxContent>
                              <w:p w14:paraId="0E6E61C6" w14:textId="77777777" w:rsidR="00E51D5C" w:rsidRDefault="00E51D5C">
                                <w:pPr>
                                  <w:spacing w:after="0" w:line="240" w:lineRule="auto"/>
                                  <w:textDirection w:val="btLr"/>
                                </w:pPr>
                              </w:p>
                            </w:txbxContent>
                          </wps:txbx>
                          <wps:bodyPr spcFirstLastPara="1" wrap="square" lIns="91425" tIns="91425" rIns="91425" bIns="91425" anchor="ctr" anchorCtr="0">
                            <a:noAutofit/>
                          </wps:bodyPr>
                        </wps:wsp>
                        <wps:wsp>
                          <wps:cNvPr id="1704654214" name="Rectangle 1704654214"/>
                          <wps:cNvSpPr/>
                          <wps:spPr>
                            <a:xfrm>
                              <a:off x="2073240" y="390600"/>
                              <a:ext cx="292680" cy="133920"/>
                            </a:xfrm>
                            <a:prstGeom prst="rect">
                              <a:avLst/>
                            </a:prstGeom>
                            <a:noFill/>
                            <a:ln>
                              <a:noFill/>
                            </a:ln>
                          </wps:spPr>
                          <wps:txbx>
                            <w:txbxContent>
                              <w:p w14:paraId="75D66875" w14:textId="77777777" w:rsidR="00E51D5C" w:rsidRDefault="00B61DB9">
                                <w:pPr>
                                  <w:spacing w:before="115" w:after="0" w:line="240" w:lineRule="auto"/>
                                  <w:textDirection w:val="btLr"/>
                                </w:pPr>
                                <w:r>
                                  <w:rPr>
                                    <w:b/>
                                    <w:sz w:val="14"/>
                                  </w:rPr>
                                  <w:t>θ = 0</w:t>
                                </w:r>
                                <w:r>
                                  <w:rPr>
                                    <w:b/>
                                    <w:sz w:val="14"/>
                                    <w:vertAlign w:val="superscript"/>
                                  </w:rPr>
                                  <w:t>o</w:t>
                                </w:r>
                              </w:p>
                            </w:txbxContent>
                          </wps:txbx>
                          <wps:bodyPr spcFirstLastPara="1" wrap="square" lIns="0" tIns="0" rIns="0" bIns="0" anchor="t" anchorCtr="0">
                            <a:noAutofit/>
                          </wps:bodyPr>
                        </wps:wsp>
                        <wps:wsp>
                          <wps:cNvPr id="494235357" name="Rectangle 494235357"/>
                          <wps:cNvSpPr/>
                          <wps:spPr>
                            <a:xfrm>
                              <a:off x="28080" y="383040"/>
                              <a:ext cx="429840" cy="130320"/>
                            </a:xfrm>
                            <a:prstGeom prst="rect">
                              <a:avLst/>
                            </a:prstGeom>
                            <a:noFill/>
                            <a:ln>
                              <a:noFill/>
                            </a:ln>
                          </wps:spPr>
                          <wps:txbx>
                            <w:txbxContent>
                              <w:p w14:paraId="64BD2B04" w14:textId="77777777" w:rsidR="00E51D5C" w:rsidRDefault="00B61DB9">
                                <w:pPr>
                                  <w:spacing w:before="115" w:after="0" w:line="240" w:lineRule="auto"/>
                                  <w:textDirection w:val="btLr"/>
                                </w:pPr>
                                <w:r>
                                  <w:rPr>
                                    <w:b/>
                                    <w:sz w:val="14"/>
                                  </w:rPr>
                                  <w:t>θ = 180</w:t>
                                </w:r>
                                <w:r>
                                  <w:rPr>
                                    <w:b/>
                                    <w:sz w:val="14"/>
                                    <w:vertAlign w:val="superscript"/>
                                  </w:rPr>
                                  <w:t>o</w:t>
                                </w:r>
                              </w:p>
                            </w:txbxContent>
                          </wps:txbx>
                          <wps:bodyPr spcFirstLastPara="1" wrap="square" lIns="0" tIns="0" rIns="0" bIns="0" anchor="t" anchorCtr="0">
                            <a:noAutofit/>
                          </wps:bodyPr>
                        </wps:wsp>
                        <wps:wsp>
                          <wps:cNvPr id="1487733688" name="Straight Arrow Connector 1487733688"/>
                          <wps:cNvCnPr/>
                          <wps:spPr>
                            <a:xfrm rot="10800000" flipH="1">
                              <a:off x="767160" y="133920"/>
                              <a:ext cx="251640" cy="641520"/>
                            </a:xfrm>
                            <a:prstGeom prst="straightConnector1">
                              <a:avLst/>
                            </a:prstGeom>
                            <a:noFill/>
                            <a:ln w="9525" cap="flat" cmpd="sng">
                              <a:solidFill>
                                <a:srgbClr val="000000"/>
                              </a:solidFill>
                              <a:prstDash val="dashDot"/>
                              <a:round/>
                              <a:headEnd type="none" w="sm" len="sm"/>
                              <a:tailEnd type="none" w="sm" len="sm"/>
                            </a:ln>
                          </wps:spPr>
                          <wps:bodyPr/>
                        </wps:wsp>
                        <wps:wsp>
                          <wps:cNvPr id="12079104" name="Rectangle 12079104"/>
                          <wps:cNvSpPr/>
                          <wps:spPr>
                            <a:xfrm>
                              <a:off x="906840" y="0"/>
                              <a:ext cx="292680" cy="133920"/>
                            </a:xfrm>
                            <a:prstGeom prst="rect">
                              <a:avLst/>
                            </a:prstGeom>
                            <a:noFill/>
                            <a:ln>
                              <a:noFill/>
                            </a:ln>
                          </wps:spPr>
                          <wps:txbx>
                            <w:txbxContent>
                              <w:p w14:paraId="456F2C1D" w14:textId="77777777" w:rsidR="00E51D5C" w:rsidRDefault="00B61DB9">
                                <w:pPr>
                                  <w:spacing w:before="115" w:after="0" w:line="240" w:lineRule="auto"/>
                                  <w:textDirection w:val="btLr"/>
                                </w:pPr>
                                <w:r>
                                  <w:rPr>
                                    <w:b/>
                                    <w:sz w:val="14"/>
                                  </w:rPr>
                                  <w:t>θ = 90</w:t>
                                </w:r>
                                <w:r>
                                  <w:rPr>
                                    <w:b/>
                                    <w:sz w:val="14"/>
                                    <w:vertAlign w:val="superscript"/>
                                  </w:rPr>
                                  <w:t>o</w:t>
                                </w:r>
                              </w:p>
                            </w:txbxContent>
                          </wps:txbx>
                          <wps:bodyPr spcFirstLastPara="1" wrap="square" lIns="0" tIns="0" rIns="0" bIns="0" anchor="t" anchorCtr="0">
                            <a:noAutofit/>
                          </wps:bodyPr>
                        </wps:wsp>
                        <wps:wsp>
                          <wps:cNvPr id="2005359203" name="Rectangle 2005359203"/>
                          <wps:cNvSpPr/>
                          <wps:spPr>
                            <a:xfrm>
                              <a:off x="1523520" y="13320"/>
                              <a:ext cx="689040" cy="189360"/>
                            </a:xfrm>
                            <a:prstGeom prst="rect">
                              <a:avLst/>
                            </a:prstGeom>
                            <a:noFill/>
                            <a:ln>
                              <a:noFill/>
                            </a:ln>
                          </wps:spPr>
                          <wps:txbx>
                            <w:txbxContent>
                              <w:p w14:paraId="6B943323" w14:textId="77777777" w:rsidR="00E51D5C" w:rsidRDefault="00B61DB9">
                                <w:pPr>
                                  <w:spacing w:before="115" w:after="0" w:line="240" w:lineRule="auto"/>
                                  <w:textDirection w:val="btLr"/>
                                </w:pPr>
                                <w:r>
                                  <w:rPr>
                                    <w:b/>
                                    <w:sz w:val="14"/>
                                  </w:rPr>
                                  <w:t>Quadrant I</w:t>
                                </w:r>
                              </w:p>
                            </w:txbxContent>
                          </wps:txbx>
                          <wps:bodyPr spcFirstLastPara="1" wrap="square" lIns="0" tIns="0" rIns="0" bIns="0" anchor="t" anchorCtr="0">
                            <a:noAutofit/>
                          </wps:bodyPr>
                        </wps:wsp>
                        <wps:wsp>
                          <wps:cNvPr id="747234061" name="Rectangle 747234061"/>
                          <wps:cNvSpPr/>
                          <wps:spPr>
                            <a:xfrm>
                              <a:off x="122400" y="24120"/>
                              <a:ext cx="689040" cy="189360"/>
                            </a:xfrm>
                            <a:prstGeom prst="rect">
                              <a:avLst/>
                            </a:prstGeom>
                            <a:noFill/>
                            <a:ln>
                              <a:noFill/>
                            </a:ln>
                          </wps:spPr>
                          <wps:txbx>
                            <w:txbxContent>
                              <w:p w14:paraId="1169D854" w14:textId="77777777" w:rsidR="00E51D5C" w:rsidRDefault="00B61DB9">
                                <w:pPr>
                                  <w:spacing w:before="115" w:after="0" w:line="240" w:lineRule="auto"/>
                                  <w:textDirection w:val="btLr"/>
                                </w:pPr>
                                <w:r>
                                  <w:rPr>
                                    <w:b/>
                                    <w:sz w:val="14"/>
                                  </w:rPr>
                                  <w:t>Quadrant II</w:t>
                                </w:r>
                              </w:p>
                            </w:txbxContent>
                          </wps:txbx>
                          <wps:bodyPr spcFirstLastPara="1" wrap="square" lIns="0" tIns="0" rIns="0" bIns="0" anchor="t" anchorCtr="0">
                            <a:noAutofit/>
                          </wps:bodyPr>
                        </wps:wsp>
                        <wps:wsp>
                          <wps:cNvPr id="2081395871" name="Rectangle 2081395871"/>
                          <wps:cNvSpPr/>
                          <wps:spPr>
                            <a:xfrm>
                              <a:off x="918720" y="672480"/>
                              <a:ext cx="689040" cy="189360"/>
                            </a:xfrm>
                            <a:prstGeom prst="rect">
                              <a:avLst/>
                            </a:prstGeom>
                            <a:noFill/>
                            <a:ln>
                              <a:noFill/>
                            </a:ln>
                          </wps:spPr>
                          <wps:txbx>
                            <w:txbxContent>
                              <w:p w14:paraId="2EFB85BA" w14:textId="77777777" w:rsidR="00E51D5C" w:rsidRDefault="00B61DB9">
                                <w:pPr>
                                  <w:spacing w:before="115" w:after="0" w:line="240" w:lineRule="auto"/>
                                  <w:textDirection w:val="btLr"/>
                                </w:pPr>
                                <w:r>
                                  <w:rPr>
                                    <w:b/>
                                    <w:sz w:val="14"/>
                                  </w:rPr>
                                  <w:t>Quadrant IV</w:t>
                                </w:r>
                              </w:p>
                            </w:txbxContent>
                          </wps:txbx>
                          <wps:bodyPr spcFirstLastPara="1" wrap="square" lIns="0" tIns="0" rIns="0" bIns="0" anchor="t" anchorCtr="0">
                            <a:noAutofit/>
                          </wps:bodyPr>
                        </wps:wsp>
                        <wps:wsp>
                          <wps:cNvPr id="1302243383" name="Rectangle 1302243383"/>
                          <wps:cNvSpPr/>
                          <wps:spPr>
                            <a:xfrm>
                              <a:off x="0" y="645120"/>
                              <a:ext cx="689040" cy="189360"/>
                            </a:xfrm>
                            <a:prstGeom prst="rect">
                              <a:avLst/>
                            </a:prstGeom>
                            <a:noFill/>
                            <a:ln>
                              <a:noFill/>
                            </a:ln>
                          </wps:spPr>
                          <wps:txbx>
                            <w:txbxContent>
                              <w:p w14:paraId="54468D1A" w14:textId="77777777" w:rsidR="00E51D5C" w:rsidRDefault="00B61DB9">
                                <w:pPr>
                                  <w:spacing w:before="115" w:after="0" w:line="240" w:lineRule="auto"/>
                                  <w:textDirection w:val="btLr"/>
                                </w:pPr>
                                <w:r>
                                  <w:rPr>
                                    <w:b/>
                                    <w:sz w:val="14"/>
                                  </w:rPr>
                                  <w:t>Quadrant III</w:t>
                                </w:r>
                              </w:p>
                            </w:txbxContent>
                          </wps:txbx>
                          <wps:bodyPr spcFirstLastPara="1" wrap="square" lIns="0" tIns="0" rIns="0" bIns="0" anchor="t" anchorCtr="0">
                            <a:noAutofit/>
                          </wps:bodyPr>
                        </wps:wsp>
                      </wpg:grpSp>
                    </wpg:wgp>
                  </a:graphicData>
                </a:graphic>
              </wp:inline>
            </w:drawing>
          </mc:Choice>
          <mc:Fallback>
            <w:pict>
              <v:group w14:anchorId="5DA01EFF" id="Group 1" o:spid="_x0000_s1026" style="width:198.25pt;height:67.9pt;mso-position-horizontal-relative:char;mso-position-vertical-relative:line" coordorigin="40874,33490" coordsize="25222,86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">
                <v:group id="Group 1018977036" o:spid="_x0000_s1027" style="position:absolute;left:40874;top:33490;width:25175;height:8619" coordsize="25174,86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">
                  <v:rect id="Rectangle 1327297582" o:spid="_x0000_s1028" style="position:absolute;width:25171;height:86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" filled="f" stroked="f">
                    <v:textbox inset="2.53958mm,2.53958mm,2.53958mm,2.53958mm">
                      <w:txbxContent>
                        <w:p w14:paraId="5FEC4352" w14:textId="77777777" w:rsidR="00E51D5C" w:rsidRDefault="00E51D5C">
                          <w:pPr>
                            <w:spacing w:after="0" w:line="240" w:lineRule="auto"/>
                            <w:textDirection w:val="btLr"/>
                          </w:pPr>
                        </w:p>
                      </w:txbxContent>
                    </v:textbox>
                  </v:rect>
                  <v:oval id="Oval 326087408" o:spid="_x0000_s1029" style="position:absolute;left:6307;top:1843;width:18867;height:64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" fillcolor="#c8c8c8" strokecolor="#666">
                    <v:stroke startarrowwidth="narrow" startarrowlength="short" endarrowwidth="narrow" endarrowlength="short"/>
                    <v:textbox inset="2.53958mm,2.53958mm,2.53958mm,2.53958mm">
                      <w:txbxContent>
                        <w:p w14:paraId="6ABDB528" w14:textId="77777777" w:rsidR="00E51D5C" w:rsidRDefault="00E51D5C">
                          <w:pPr>
                            <w:spacing w:after="0" w:line="240" w:lineRule="auto"/>
                            <w:textDirection w:val="btLr"/>
                          </w:pPr>
                        </w:p>
                      </w:txbxContent>
                    </v:textbox>
                  </v:oval>
                  <v:oval id="Oval 875018879" o:spid="_x0000_s1030" style="position:absolute;left:6307;top:1339;width:18867;height:64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" fillcolor="#c8c8c8" strokecolor="#666">
                    <v:stroke startarrowwidth="narrow" startarrowlength="short" endarrowwidth="narrow" endarrowlength="short"/>
                    <v:textbox inset="2.53958mm,2.53958mm,2.53958mm,2.53958mm">
                      <w:txbxContent>
                        <w:p w14:paraId="289FC044" w14:textId="77777777" w:rsidR="00E51D5C" w:rsidRDefault="00E51D5C">
                          <w:pPr>
                            <w:spacing w:after="0" w:line="240" w:lineRule="auto"/>
                            <w:textDirection w:val="btLr"/>
                          </w:pPr>
                        </w:p>
                      </w:txbxContent>
                    </v:textbox>
                  </v:oval>
                  <v:shapetype id="_x0000_t32" coordsize="21600,21600" o:spt="32" o:oned="t" path="m,l21600,21600e" filled="f">
                    <v:path arrowok="t" fillok="f" o:connecttype="none"/>
                    <o:lock v:ext="edit" shapetype="t"/>
                  </v:shapetype>
                  <v:shape id="Straight Arrow Connector 2129696950" o:spid="_x0000_s1031" type="#_x0000_t32" style="position:absolute;left:3715;top:4503;width:1649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">
                    <v:stroke startarrow="classic" endarrow="classic"/>
                  </v:shape>
                  <v:shape id="Straight Arrow Connector 1285772319" o:spid="_x0000_s1032" type="#_x0000_t32" style="position:absolute;left:8971;top:2412;width:7056;height:2088;rotation:18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">
                    <v:stroke dashstyle="dashDot" startarrowwidth="narrow" startarrowlength="short" endarrowwidth="narrow" endarrowlength="short"/>
                  </v:shape>
                  <v:rect id="Rectangle 1875980648" o:spid="_x0000_s1033" style="position:absolute;left:13219;top:4928;width:5403;height:28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" filled="f" stroked="f">
                    <v:textbox inset="0,0,0,0">
                      <w:txbxContent>
                        <w:p w14:paraId="74130933" w14:textId="77777777" w:rsidR="00E51D5C" w:rsidRDefault="00B61DB9">
                          <w:pPr>
                            <w:spacing w:after="0" w:line="240" w:lineRule="auto"/>
                            <w:jc w:val="center"/>
                            <w:textDirection w:val="btLr"/>
                          </w:pPr>
                          <w:r>
                            <w:rPr>
                              <w:b/>
                              <w:sz w:val="14"/>
                            </w:rPr>
                            <w:t>Galactic Center</w:t>
                          </w:r>
                        </w:p>
                      </w:txbxContent>
                    </v:textbox>
                  </v:rect>
                  <v:rect id="Rectangle 1714762527" o:spid="_x0000_s1034" style="position:absolute;left:7822;top:4503;width:2661;height:1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" filled="f" stroked="f">
                    <v:textbox inset="0,0,0,0">
                      <w:txbxContent>
                        <w:p w14:paraId="68B746C4" w14:textId="77777777" w:rsidR="00E51D5C" w:rsidRDefault="00B61DB9">
                          <w:pPr>
                            <w:spacing w:after="0" w:line="240" w:lineRule="auto"/>
                            <w:textDirection w:val="btLr"/>
                          </w:pPr>
                          <w:r>
                            <w:rPr>
                              <w:b/>
                              <w:sz w:val="14"/>
                            </w:rPr>
                            <w:t>sun</w:t>
                          </w:r>
                        </w:p>
                      </w:txbxContent>
                    </v:textbox>
                  </v:rect>
                  <v:rect id="Rectangle 1723832667" o:spid="_x0000_s1035" style="position:absolute;left:15044;top:3034;width:1512;height:1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" filled="f" stroked="f">
                    <v:textbox inset="0,0,0,0">
                      <w:txbxContent>
                        <w:p w14:paraId="0196DE55" w14:textId="77777777" w:rsidR="00E51D5C" w:rsidRDefault="00B61DB9">
                          <w:pPr>
                            <w:spacing w:before="115" w:after="0" w:line="240" w:lineRule="auto"/>
                            <w:textDirection w:val="btLr"/>
                          </w:pPr>
                          <w:r>
                            <w:rPr>
                              <w:b/>
                              <w:sz w:val="14"/>
                            </w:rPr>
                            <w:t>θ</w:t>
                          </w:r>
                        </w:p>
                      </w:txbxContent>
                    </v:textbox>
                  </v:rect>
                  <v:oval id="Oval 1010053317" o:spid="_x0000_s1036" style="position:absolute;left:13849;top:3218;width:2376;height:25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" fillcolor="#729fcf">
                    <v:stroke startarrowwidth="narrow" startarrowlength="short" endarrowwidth="narrow" endarrowlength="short"/>
                    <v:textbox inset="2.53958mm,2.53958mm,2.53958mm,2.53958mm">
                      <w:txbxContent>
                        <w:p w14:paraId="7C301FCA" w14:textId="77777777" w:rsidR="00E51D5C" w:rsidRDefault="00E51D5C">
                          <w:pPr>
                            <w:spacing w:after="0" w:line="240" w:lineRule="auto"/>
                            <w:textDirection w:val="btLr"/>
                          </w:pPr>
                        </w:p>
                      </w:txbxContent>
                    </v:textbox>
                  </v:oval>
                  <v:oval id="Oval 72439564" o:spid="_x0000_s1037" style="position:absolute;left:8920;top:4424;width:274;height:2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" fillcolor="black">
                    <v:stroke startarrowwidth="narrow" startarrowlength="short" endarrowwidth="narrow" endarrowlength="short"/>
                    <v:textbox inset="2.53958mm,2.53958mm,2.53958mm,2.53958mm">
                      <w:txbxContent>
                        <w:p w14:paraId="108F5B16" w14:textId="77777777" w:rsidR="00E51D5C" w:rsidRDefault="00E51D5C">
                          <w:pPr>
                            <w:spacing w:after="0" w:line="240" w:lineRule="auto"/>
                            <w:textDirection w:val="btLr"/>
                          </w:pPr>
                        </w:p>
                      </w:txbxContent>
                    </v:textbox>
                  </v:oval>
                  <v:oval id="Oval 1686869108" o:spid="_x0000_s1038" style="position:absolute;left:15368;top:4431;width:274;height:2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" fillcolor="black">
                    <v:stroke startarrowwidth="narrow" startarrowlength="short" endarrowwidth="narrow" endarrowlength="short"/>
                    <v:textbox inset="2.53958mm,2.53958mm,2.53958mm,2.53958mm">
                      <w:txbxContent>
                        <w:p w14:paraId="0E6E61C6" w14:textId="77777777" w:rsidR="00E51D5C" w:rsidRDefault="00E51D5C">
                          <w:pPr>
                            <w:spacing w:after="0" w:line="240" w:lineRule="auto"/>
                            <w:textDirection w:val="btLr"/>
                          </w:pPr>
                        </w:p>
                      </w:txbxContent>
                    </v:textbox>
                  </v:oval>
                  <v:rect id="Rectangle 1704654214" o:spid="_x0000_s1039" style="position:absolute;left:20732;top:3906;width:2927;height:13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" filled="f" stroked="f">
                    <v:textbox inset="0,0,0,0">
                      <w:txbxContent>
                        <w:p w14:paraId="75D66875" w14:textId="77777777" w:rsidR="00E51D5C" w:rsidRDefault="00B61DB9">
                          <w:pPr>
                            <w:spacing w:before="115" w:after="0" w:line="240" w:lineRule="auto"/>
                            <w:textDirection w:val="btLr"/>
                          </w:pPr>
                          <w:r>
                            <w:rPr>
                              <w:b/>
                              <w:sz w:val="14"/>
                            </w:rPr>
                            <w:t>θ = 0</w:t>
                          </w:r>
                          <w:r>
                            <w:rPr>
                              <w:b/>
                              <w:sz w:val="14"/>
                              <w:vertAlign w:val="superscript"/>
                            </w:rPr>
                            <w:t>o</w:t>
                          </w:r>
                        </w:p>
                      </w:txbxContent>
                    </v:textbox>
                  </v:rect>
                  <v:rect id="Rectangle 494235357" o:spid="_x0000_s1040" style="position:absolute;left:280;top:3830;width:4299;height:13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" filled="f" stroked="f">
                    <v:textbox inset="0,0,0,0">
                      <w:txbxContent>
                        <w:p w14:paraId="64BD2B04" w14:textId="77777777" w:rsidR="00E51D5C" w:rsidRDefault="00B61DB9">
                          <w:pPr>
                            <w:spacing w:before="115" w:after="0" w:line="240" w:lineRule="auto"/>
                            <w:textDirection w:val="btLr"/>
                          </w:pPr>
                          <w:r>
                            <w:rPr>
                              <w:b/>
                              <w:sz w:val="14"/>
                            </w:rPr>
                            <w:t>θ = 180</w:t>
                          </w:r>
                          <w:r>
                            <w:rPr>
                              <w:b/>
                              <w:sz w:val="14"/>
                              <w:vertAlign w:val="superscript"/>
                            </w:rPr>
                            <w:t>o</w:t>
                          </w:r>
                        </w:p>
                      </w:txbxContent>
                    </v:textbox>
                  </v:rect>
                  <v:shape id="Straight Arrow Connector 1487733688" o:spid="_x0000_s1041" type="#_x0000_t32" style="position:absolute;left:7671;top:1339;width:2517;height:6415;rotation:18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">
                    <v:stroke dashstyle="dashDot" startarrowwidth="narrow" startarrowlength="short" endarrowwidth="narrow" endarrowlength="short"/>
                  </v:shape>
                  <v:rect id="Rectangle 12079104" o:spid="_x0000_s1042" style="position:absolute;left:9068;width:2927;height:13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" filled="f" stroked="f">
                    <v:textbox inset="0,0,0,0">
                      <w:txbxContent>
                        <w:p w14:paraId="456F2C1D" w14:textId="77777777" w:rsidR="00E51D5C" w:rsidRDefault="00B61DB9">
                          <w:pPr>
                            <w:spacing w:before="115" w:after="0" w:line="240" w:lineRule="auto"/>
                            <w:textDirection w:val="btLr"/>
                          </w:pPr>
                          <w:r>
                            <w:rPr>
                              <w:b/>
                              <w:sz w:val="14"/>
                            </w:rPr>
                            <w:t>θ = 90</w:t>
                          </w:r>
                          <w:r>
                            <w:rPr>
                              <w:b/>
                              <w:sz w:val="14"/>
                              <w:vertAlign w:val="superscript"/>
                            </w:rPr>
                            <w:t>o</w:t>
                          </w:r>
                        </w:p>
                      </w:txbxContent>
                    </v:textbox>
                  </v:rect>
                  <v:rect id="Rectangle 2005359203" o:spid="_x0000_s1043" style="position:absolute;left:15235;top:133;width:6890;height:18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" filled="f" stroked="f">
                    <v:textbox inset="0,0,0,0">
                      <w:txbxContent>
                        <w:p w14:paraId="6B943323" w14:textId="77777777" w:rsidR="00E51D5C" w:rsidRDefault="00B61DB9">
                          <w:pPr>
                            <w:spacing w:before="115" w:after="0" w:line="240" w:lineRule="auto"/>
                            <w:textDirection w:val="btLr"/>
                          </w:pPr>
                          <w:r>
                            <w:rPr>
                              <w:b/>
                              <w:sz w:val="14"/>
                            </w:rPr>
                            <w:t>Quadrant I</w:t>
                          </w:r>
                        </w:p>
                      </w:txbxContent>
                    </v:textbox>
                  </v:rect>
                  <v:rect id="Rectangle 747234061" o:spid="_x0000_s1044" style="position:absolute;left:1224;top:241;width:6890;height:18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" filled="f" stroked="f">
                    <v:textbox inset="0,0,0,0">
                      <w:txbxContent>
                        <w:p w14:paraId="1169D854" w14:textId="77777777" w:rsidR="00E51D5C" w:rsidRDefault="00B61DB9">
                          <w:pPr>
                            <w:spacing w:before="115" w:after="0" w:line="240" w:lineRule="auto"/>
                            <w:textDirection w:val="btLr"/>
                          </w:pPr>
                          <w:r>
                            <w:rPr>
                              <w:b/>
                              <w:sz w:val="14"/>
                            </w:rPr>
                            <w:t>Quadrant II</w:t>
                          </w:r>
                        </w:p>
                      </w:txbxContent>
                    </v:textbox>
                  </v:rect>
                  <v:rect id="Rectangle 2081395871" o:spid="_x0000_s1045" style="position:absolute;left:9187;top:6724;width:6890;height:18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" filled="f" stroked="f">
                    <v:textbox inset="0,0,0,0">
                      <w:txbxContent>
                        <w:p w14:paraId="2EFB85BA" w14:textId="77777777" w:rsidR="00E51D5C" w:rsidRDefault="00B61DB9">
                          <w:pPr>
                            <w:spacing w:before="115" w:after="0" w:line="240" w:lineRule="auto"/>
                            <w:textDirection w:val="btLr"/>
                          </w:pPr>
                          <w:r>
                            <w:rPr>
                              <w:b/>
                              <w:sz w:val="14"/>
                            </w:rPr>
                            <w:t>Quadrant IV</w:t>
                          </w:r>
                        </w:p>
                      </w:txbxContent>
                    </v:textbox>
                  </v:rect>
                  <v:rect id="Rectangle 1302243383" o:spid="_x0000_s1046" style="position:absolute;top:6451;width:6890;height:18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" filled="f" stroked="f">
                    <v:textbox inset="0,0,0,0">
                      <w:txbxContent>
                        <w:p w14:paraId="54468D1A" w14:textId="77777777" w:rsidR="00E51D5C" w:rsidRDefault="00B61DB9">
                          <w:pPr>
                            <w:spacing w:before="115" w:after="0" w:line="240" w:lineRule="auto"/>
                            <w:textDirection w:val="btLr"/>
                          </w:pPr>
                          <w:r>
                            <w:rPr>
                              <w:b/>
                              <w:sz w:val="14"/>
                            </w:rPr>
                            <w:t>Quadrant III</w:t>
                          </w:r>
                        </w:p>
                      </w:txbxContent>
                    </v:textbox>
                  </v:rect>
                </v:group>
                <w10:anchorlock/>
              </v:group>
            </w:pict>
          </mc:Fallback>
        </mc:AlternateContent>
      </w:r>
    </w:p>
    <w:p w14:paraId="0DF633DF" w14:textId="77777777" w:rsidR="00E51D5C" w:rsidRDefault="00B61DB9">
      <w:pPr>
        <w:spacing w:before="115" w:after="0"/>
      </w:pPr>
      <w:r>
        <w:rPr>
          <w:noProof/>
          <w:szCs w:val="22"/>
        </w:rPr>
        <mc:AlternateContent>
          <mc:Choice Requires="wps">
            <w:drawing>
              <wp:inline distT="0" distB="0" distL="0" distR="0" wp14:anchorId="2B459F5E" wp14:editId="28FF90E6">
                <wp:extent cx="37465" cy="37465"/>
                <wp:effectExtent l="0" t="0" r="0" b="0"/>
                <wp:docPr id="2" name="Oval 2"/>
                <wp:cNvGraphicFramePr/>
                <a:graphic xmlns:a="http://schemas.openxmlformats.org/drawingml/2006/main">
                  <a:graphicData uri="http://schemas.microsoft.com/office/word/2010/wordprocessingShape">
                    <wps:wsp>
                      <wps:cNvSpPr/>
                      <wps:spPr>
                        <a:xfrm>
                          <a:off x="5332320" y="3766320"/>
                          <a:ext cx="27360" cy="27360"/>
                        </a:xfrm>
                        <a:prstGeom prst="ellipse">
                          <a:avLst/>
                        </a:prstGeom>
                        <a:solidFill>
                          <a:srgbClr val="000000"/>
                        </a:solidFill>
                        <a:ln w="9525" cap="flat" cmpd="sng">
                          <a:solidFill>
                            <a:srgbClr val="000000"/>
                          </a:solidFill>
                          <a:prstDash val="solid"/>
                          <a:round/>
                          <a:headEnd type="none" w="sm" len="sm"/>
                          <a:tailEnd type="none" w="sm" len="sm"/>
                        </a:ln>
                      </wps:spPr>
                      <wps:txbx>
                        <w:txbxContent>
                          <w:p w14:paraId="5F7B22E9" w14:textId="77777777" w:rsidR="00E51D5C" w:rsidRDefault="00E51D5C">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2B459F5E" id="Oval 2" o:spid="_x0000_s1047" style="width:2.95pt;height:2.9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" fillcolor="black">
                <v:stroke startarrowwidth="narrow" startarrowlength="short" endarrowwidth="narrow" endarrowlength="short"/>
                <v:textbox inset="2.53958mm,2.53958mm,2.53958mm,2.53958mm">
                  <w:txbxContent>
                    <w:p w14:paraId="5F7B22E9" w14:textId="77777777" w:rsidR="00E51D5C" w:rsidRDefault="00E51D5C">
                      <w:pPr>
                        <w:spacing w:after="0" w:line="240" w:lineRule="auto"/>
                        <w:textDirection w:val="btLr"/>
                      </w:pPr>
                    </w:p>
                  </w:txbxContent>
                </v:textbox>
                <w10:anchorlock/>
              </v:oval>
            </w:pict>
          </mc:Fallback>
        </mc:AlternateContent>
      </w:r>
    </w:p>
    <w:p w14:paraId="3930A916" w14:textId="77777777" w:rsidR="00E51D5C" w:rsidRDefault="00B61DB9">
      <w:pPr>
        <w:spacing w:before="115" w:after="0"/>
      </w:pPr>
      <w:r>
        <w:rPr>
          <w:noProof/>
          <w:szCs w:val="22"/>
        </w:rPr>
        <mc:AlternateContent>
          <mc:Choice Requires="wps">
            <w:drawing>
              <wp:inline distT="0" distB="0" distL="0" distR="0" wp14:anchorId="6F66806C" wp14:editId="4A59AA44">
                <wp:extent cx="37465" cy="37465"/>
                <wp:effectExtent l="0" t="0" r="0" b="0"/>
                <wp:docPr id="3" name="Oval 3"/>
                <wp:cNvGraphicFramePr/>
                <a:graphic xmlns:a="http://schemas.openxmlformats.org/drawingml/2006/main">
                  <a:graphicData uri="http://schemas.microsoft.com/office/word/2010/wordprocessingShape">
                    <wps:wsp>
                      <wps:cNvSpPr/>
                      <wps:spPr>
                        <a:xfrm>
                          <a:off x="5332320" y="3766320"/>
                          <a:ext cx="27360" cy="27360"/>
                        </a:xfrm>
                        <a:prstGeom prst="ellipse">
                          <a:avLst/>
                        </a:prstGeom>
                        <a:solidFill>
                          <a:srgbClr val="000000"/>
                        </a:solidFill>
                        <a:ln w="9525" cap="flat" cmpd="sng">
                          <a:solidFill>
                            <a:srgbClr val="000000"/>
                          </a:solidFill>
                          <a:prstDash val="solid"/>
                          <a:round/>
                          <a:headEnd type="none" w="sm" len="sm"/>
                          <a:tailEnd type="none" w="sm" len="sm"/>
                        </a:ln>
                      </wps:spPr>
                      <wps:txbx>
                        <w:txbxContent>
                          <w:p w14:paraId="530B2DAE" w14:textId="77777777" w:rsidR="00E51D5C" w:rsidRDefault="00E51D5C">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6F66806C" id="Oval 3" o:spid="_x0000_s1048" style="width:2.95pt;height:2.9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" fillcolor="black">
                <v:stroke startarrowwidth="narrow" startarrowlength="short" endarrowwidth="narrow" endarrowlength="short"/>
                <v:textbox inset="2.53958mm,2.53958mm,2.53958mm,2.53958mm">
                  <w:txbxContent>
                    <w:p w14:paraId="530B2DAE" w14:textId="77777777" w:rsidR="00E51D5C" w:rsidRDefault="00E51D5C">
                      <w:pPr>
                        <w:spacing w:after="0" w:line="240" w:lineRule="auto"/>
                        <w:textDirection w:val="btLr"/>
                      </w:pPr>
                    </w:p>
                  </w:txbxContent>
                </v:textbox>
                <w10:anchorlock/>
              </v:oval>
            </w:pict>
          </mc:Fallback>
        </mc:AlternateContent>
      </w:r>
    </w:p>
    <w:p w14:paraId="1AD377E0" w14:textId="77777777" w:rsidR="00E51D5C" w:rsidRDefault="00E51D5C">
      <w:pPr>
        <w:spacing w:before="115" w:after="0"/>
      </w:pPr>
    </w:p>
    <w:p w14:paraId="3DAA9FC5" w14:textId="77777777" w:rsidR="00E51D5C" w:rsidRDefault="00E51D5C">
      <w:pPr>
        <w:spacing w:before="115" w:after="0"/>
      </w:pPr>
    </w:p>
    <w:p w14:paraId="55C028C6" w14:textId="77777777" w:rsidR="00E51D5C" w:rsidRDefault="00B61DB9">
      <w:pPr>
        <w:numPr>
          <w:ilvl w:val="0"/>
          <w:numId w:val="5"/>
        </w:numPr>
        <w:spacing w:before="115" w:after="120"/>
      </w:pPr>
      <w:r>
        <w:rPr>
          <w:szCs w:val="22"/>
        </w:rPr>
        <w:t>The galaxy is divided into 4 quadrants using standard trigonometry definitions, as illustrated in the diagram above.</w:t>
      </w:r>
    </w:p>
    <w:p w14:paraId="47E91676" w14:textId="77777777" w:rsidR="00E51D5C" w:rsidRDefault="00E51D5C">
      <w:pPr>
        <w:spacing w:before="115" w:after="0"/>
      </w:pPr>
    </w:p>
    <w:p w14:paraId="540F813C" w14:textId="77777777" w:rsidR="00E51D5C" w:rsidRDefault="00B61DB9">
      <w:pPr>
        <w:pStyle w:val="Heading2"/>
        <w:tabs>
          <w:tab w:val="left" w:pos="91"/>
          <w:tab w:val="left" w:pos="360"/>
        </w:tabs>
        <w:rPr>
          <w:szCs w:val="24"/>
          <w:u w:val="single"/>
        </w:rPr>
      </w:pPr>
      <w:r>
        <w:lastRenderedPageBreak/>
        <w:t>Quick Review</w:t>
      </w:r>
    </w:p>
    <w:p w14:paraId="71DDC8DD" w14:textId="77777777" w:rsidR="00E51D5C" w:rsidRDefault="00B61DB9">
      <w:pPr>
        <w:numPr>
          <w:ilvl w:val="0"/>
          <w:numId w:val="1"/>
        </w:numPr>
        <w:tabs>
          <w:tab w:val="left" w:pos="360"/>
        </w:tabs>
        <w:spacing w:before="86" w:after="120"/>
      </w:pPr>
      <w:r>
        <w:rPr>
          <w:szCs w:val="22"/>
        </w:rPr>
        <w:t>Which coordinate system belongs to you, wherever you go?  _________________________</w:t>
      </w:r>
    </w:p>
    <w:p w14:paraId="646FBFF8" w14:textId="77777777" w:rsidR="00E51D5C" w:rsidRDefault="00E51D5C">
      <w:pPr>
        <w:tabs>
          <w:tab w:val="left" w:pos="360"/>
        </w:tabs>
        <w:spacing w:before="86" w:after="0"/>
      </w:pPr>
    </w:p>
    <w:p w14:paraId="2E246656" w14:textId="77777777" w:rsidR="00E51D5C" w:rsidRDefault="00B61DB9">
      <w:pPr>
        <w:numPr>
          <w:ilvl w:val="0"/>
          <w:numId w:val="1"/>
        </w:numPr>
        <w:tabs>
          <w:tab w:val="left" w:pos="360"/>
        </w:tabs>
        <w:spacing w:before="86" w:after="120"/>
      </w:pPr>
      <w:r>
        <w:rPr>
          <w:szCs w:val="22"/>
        </w:rPr>
        <w:t>What is the Equatorial Coordinate equivalent to latitude? __________________________</w:t>
      </w:r>
    </w:p>
    <w:p w14:paraId="4576B188" w14:textId="77777777" w:rsidR="00E51D5C" w:rsidRDefault="00E51D5C">
      <w:pPr>
        <w:tabs>
          <w:tab w:val="left" w:pos="360"/>
        </w:tabs>
        <w:spacing w:before="86" w:after="0"/>
      </w:pPr>
    </w:p>
    <w:p w14:paraId="75858266" w14:textId="77777777" w:rsidR="00E51D5C" w:rsidRDefault="00B61DB9">
      <w:pPr>
        <w:numPr>
          <w:ilvl w:val="0"/>
          <w:numId w:val="1"/>
        </w:numPr>
        <w:tabs>
          <w:tab w:val="left" w:pos="360"/>
        </w:tabs>
        <w:spacing w:before="86" w:after="120"/>
      </w:pPr>
      <w:r>
        <w:rPr>
          <w:szCs w:val="22"/>
        </w:rPr>
        <w:t>What is the point directly overhead called? __________________________</w:t>
      </w:r>
    </w:p>
    <w:p w14:paraId="1DE874A6" w14:textId="77777777" w:rsidR="00E51D5C" w:rsidRDefault="00E51D5C">
      <w:pPr>
        <w:tabs>
          <w:tab w:val="left" w:pos="360"/>
        </w:tabs>
        <w:spacing w:before="86" w:after="0"/>
      </w:pPr>
    </w:p>
    <w:p w14:paraId="79CFC5DD" w14:textId="77777777" w:rsidR="00E51D5C" w:rsidRDefault="00B61DB9">
      <w:pPr>
        <w:numPr>
          <w:ilvl w:val="0"/>
          <w:numId w:val="1"/>
        </w:numPr>
        <w:tabs>
          <w:tab w:val="left" w:pos="360"/>
        </w:tabs>
        <w:spacing w:before="86" w:after="120"/>
      </w:pPr>
      <w:r>
        <w:rPr>
          <w:szCs w:val="22"/>
        </w:rPr>
        <w:t>Which is the only coordinate that is measured in hours? __________________________</w:t>
      </w:r>
    </w:p>
    <w:p w14:paraId="32E6AD04" w14:textId="77777777" w:rsidR="00E51D5C" w:rsidRDefault="00E51D5C">
      <w:pPr>
        <w:tabs>
          <w:tab w:val="left" w:pos="360"/>
        </w:tabs>
        <w:spacing w:before="86" w:after="0"/>
      </w:pPr>
    </w:p>
    <w:p w14:paraId="56884480" w14:textId="77777777" w:rsidR="00E51D5C" w:rsidRDefault="00B61DB9">
      <w:pPr>
        <w:numPr>
          <w:ilvl w:val="0"/>
          <w:numId w:val="1"/>
        </w:numPr>
        <w:tabs>
          <w:tab w:val="left" w:pos="360"/>
        </w:tabs>
        <w:spacing w:before="86" w:after="120"/>
      </w:pPr>
      <w:r>
        <w:rPr>
          <w:szCs w:val="22"/>
        </w:rPr>
        <w:t>What is the line that goes directly overhead from N to S? _________________________</w:t>
      </w:r>
    </w:p>
    <w:p w14:paraId="44B8B85E" w14:textId="77777777" w:rsidR="00E51D5C" w:rsidRDefault="00E51D5C">
      <w:pPr>
        <w:tabs>
          <w:tab w:val="left" w:pos="360"/>
        </w:tabs>
        <w:spacing w:before="86" w:after="0"/>
      </w:pPr>
    </w:p>
    <w:p w14:paraId="7D85CE21" w14:textId="77777777" w:rsidR="00E51D5C" w:rsidRDefault="00B61DB9">
      <w:pPr>
        <w:numPr>
          <w:ilvl w:val="0"/>
          <w:numId w:val="1"/>
        </w:numPr>
        <w:tabs>
          <w:tab w:val="left" w:pos="360"/>
        </w:tabs>
        <w:spacing w:before="86" w:after="120"/>
      </w:pPr>
      <w:r>
        <w:rPr>
          <w:szCs w:val="22"/>
        </w:rPr>
        <w:t>Which coordinate system has the Supermassive Black Hole</w:t>
      </w:r>
    </w:p>
    <w:p w14:paraId="1141BBFB" w14:textId="77777777" w:rsidR="00E51D5C" w:rsidRDefault="00B61DB9">
      <w:pPr>
        <w:tabs>
          <w:tab w:val="left" w:pos="360"/>
        </w:tabs>
        <w:spacing w:before="86" w:after="120"/>
      </w:pPr>
      <w:r>
        <w:rPr>
          <w:szCs w:val="22"/>
        </w:rPr>
        <w:tab/>
      </w:r>
      <w:r>
        <w:rPr>
          <w:szCs w:val="22"/>
        </w:rPr>
        <w:tab/>
      </w:r>
      <w:r>
        <w:rPr>
          <w:szCs w:val="22"/>
        </w:rPr>
        <w:tab/>
      </w:r>
      <w:r>
        <w:rPr>
          <w:szCs w:val="22"/>
        </w:rPr>
        <w:tab/>
        <w:t>at the center of the Milky Way at (0°,0°)  __________________________</w:t>
      </w:r>
    </w:p>
    <w:sectPr w:rsidR="00E51D5C">
      <w:headerReference w:type="even" r:id="rId12"/>
      <w:headerReference w:type="default" r:id="rId13"/>
      <w:footerReference w:type="even" r:id="rId14"/>
      <w:footerReference w:type="default" r:id="rId15"/>
      <w:headerReference w:type="first" r:id="rId16"/>
      <w:footerReference w:type="first" r:id="rId17"/>
      <w:pgSz w:w="12240" w:h="15840"/>
      <w:pgMar w:top="1512" w:right="1080" w:bottom="1080" w:left="1080" w:header="432" w:footer="43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4489D1" w14:textId="77777777" w:rsidR="00C12464" w:rsidRDefault="00C12464">
      <w:pPr>
        <w:spacing w:after="0" w:line="240" w:lineRule="auto"/>
      </w:pPr>
      <w:r>
        <w:separator/>
      </w:r>
    </w:p>
  </w:endnote>
  <w:endnote w:type="continuationSeparator" w:id="0">
    <w:p w14:paraId="6F0493EB" w14:textId="77777777" w:rsidR="00C12464" w:rsidRDefault="00C124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0FAEE" w14:textId="77777777" w:rsidR="00341DBF" w:rsidRDefault="00341DB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CDA18" w14:textId="77777777" w:rsidR="00B61DB9" w:rsidRDefault="00B61DB9">
    <w:pPr>
      <w:pStyle w:val="Footer"/>
      <w:tabs>
        <w:tab w:val="right" w:pos="10080"/>
      </w:tabs>
    </w:pPr>
    <w:r>
      <w:t>wvurail.org/dspira</w:t>
    </w:r>
    <w:r>
      <w:tab/>
      <w:t xml:space="preserve">Page </w:t>
    </w:r>
    <w:r>
      <w:fldChar w:fldCharType="begin"/>
    </w:r>
    <w:r>
      <w:instrText>PAGE</w:instrText>
    </w:r>
    <w:r>
      <w:fldChar w:fldCharType="separate"/>
    </w:r>
    <w:r>
      <w:t>1</w:t>
    </w:r>
    <w:r>
      <w:fldChar w:fldCharType="end"/>
    </w:r>
    <w:r>
      <w:t xml:space="preserve"> of </w:t>
    </w:r>
    <w:r>
      <w:fldChar w:fldCharType="begin"/>
    </w:r>
    <w:r>
      <w:instrText>NUMPAGES</w:instrText>
    </w:r>
    <w:r>
      <w:fldChar w:fldCharType="separate"/>
    </w:r>
    <w: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6D3A0" w14:textId="77777777" w:rsidR="00341DBF" w:rsidRDefault="00341D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8E5DAB" w14:textId="77777777" w:rsidR="00C12464" w:rsidRDefault="00C12464">
      <w:pPr>
        <w:spacing w:after="0" w:line="240" w:lineRule="auto"/>
      </w:pPr>
      <w:r>
        <w:separator/>
      </w:r>
    </w:p>
  </w:footnote>
  <w:footnote w:type="continuationSeparator" w:id="0">
    <w:p w14:paraId="026C1F37" w14:textId="77777777" w:rsidR="00C12464" w:rsidRDefault="00C124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38527" w14:textId="77777777" w:rsidR="00341DBF" w:rsidRDefault="00341DB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B7271" w14:textId="77777777" w:rsidR="00B61DB9" w:rsidRDefault="00B61DB9">
    <w:pPr>
      <w:pStyle w:val="Header"/>
      <w:pBdr>
        <w:bottom w:val="single" w:sz="16" w:space="0" w:color="EEAA00"/>
      </w:pBdr>
      <w:shd w:val="clear" w:color="auto" w:fill="002855"/>
      <w:tabs>
        <w:tab w:val="right" w:pos="9821"/>
      </w:tabs>
      <w:spacing w:line="600" w:lineRule="exact"/>
    </w:pPr>
    <w:r>
      <w:rPr>
        <w:b/>
        <w:color w:val="FFFFFF"/>
        <w:sz w:val="32"/>
      </w:rPr>
      <w:t xml:space="preserve">  WVU DSPIRA</w:t>
    </w:r>
    <w:r>
      <w:rPr>
        <w:color w:val="FFFFFF"/>
        <w:sz w:val="18"/>
      </w:rPr>
      <w:tab/>
      <w:t>WEST VIRGINIA UNIVERSITY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5A0C2" w14:textId="77777777" w:rsidR="00341DBF" w:rsidRDefault="00341DB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222D3"/>
    <w:multiLevelType w:val="multilevel"/>
    <w:tmpl w:val="65DAE3A0"/>
    <w:lvl w:ilvl="0">
      <w:start w:val="1"/>
      <w:numFmt w:val="bullet"/>
      <w:lvlText w:val="•"/>
      <w:lvlJc w:val="left"/>
      <w:pPr>
        <w:ind w:left="1080" w:hanging="360"/>
      </w:pPr>
      <w:rPr>
        <w:rFonts w:ascii="Arial" w:eastAsia="Arial" w:hAnsi="Arial" w:cs="Arial"/>
      </w:rPr>
    </w:lvl>
    <w:lvl w:ilvl="1">
      <w:start w:val="1"/>
      <w:numFmt w:val="bullet"/>
      <w:lvlText w:val="◦"/>
      <w:lvlJc w:val="left"/>
      <w:pPr>
        <w:ind w:left="1440" w:hanging="360"/>
      </w:pPr>
      <w:rPr>
        <w:rFonts w:ascii="Arial" w:eastAsia="Arial" w:hAnsi="Arial" w:cs="Arial"/>
      </w:rPr>
    </w:lvl>
    <w:lvl w:ilvl="2">
      <w:start w:val="1"/>
      <w:numFmt w:val="bullet"/>
      <w:lvlText w:val="▪"/>
      <w:lvlJc w:val="left"/>
      <w:pPr>
        <w:ind w:left="1800" w:hanging="360"/>
      </w:pPr>
      <w:rPr>
        <w:rFonts w:ascii="Arial" w:eastAsia="Arial" w:hAnsi="Arial" w:cs="Arial"/>
      </w:rPr>
    </w:lvl>
    <w:lvl w:ilvl="3">
      <w:start w:val="1"/>
      <w:numFmt w:val="bullet"/>
      <w:lvlText w:val="•"/>
      <w:lvlJc w:val="left"/>
      <w:pPr>
        <w:ind w:left="2160" w:hanging="360"/>
      </w:pPr>
      <w:rPr>
        <w:rFonts w:ascii="Arial" w:eastAsia="Arial" w:hAnsi="Arial" w:cs="Arial"/>
      </w:rPr>
    </w:lvl>
    <w:lvl w:ilvl="4">
      <w:start w:val="1"/>
      <w:numFmt w:val="bullet"/>
      <w:lvlText w:val="◦"/>
      <w:lvlJc w:val="left"/>
      <w:pPr>
        <w:ind w:left="2520" w:hanging="360"/>
      </w:pPr>
      <w:rPr>
        <w:rFonts w:ascii="Arial" w:eastAsia="Arial" w:hAnsi="Arial" w:cs="Arial"/>
      </w:rPr>
    </w:lvl>
    <w:lvl w:ilvl="5">
      <w:start w:val="1"/>
      <w:numFmt w:val="bullet"/>
      <w:lvlText w:val="▪"/>
      <w:lvlJc w:val="left"/>
      <w:pPr>
        <w:ind w:left="2880" w:hanging="360"/>
      </w:pPr>
      <w:rPr>
        <w:rFonts w:ascii="Arial" w:eastAsia="Arial" w:hAnsi="Arial" w:cs="Arial"/>
      </w:rPr>
    </w:lvl>
    <w:lvl w:ilvl="6">
      <w:start w:val="1"/>
      <w:numFmt w:val="bullet"/>
      <w:lvlText w:val="•"/>
      <w:lvlJc w:val="left"/>
      <w:pPr>
        <w:ind w:left="3240" w:hanging="360"/>
      </w:pPr>
      <w:rPr>
        <w:rFonts w:ascii="Arial" w:eastAsia="Arial" w:hAnsi="Arial" w:cs="Arial"/>
      </w:rPr>
    </w:lvl>
    <w:lvl w:ilvl="7">
      <w:start w:val="1"/>
      <w:numFmt w:val="bullet"/>
      <w:lvlText w:val="◦"/>
      <w:lvlJc w:val="left"/>
      <w:pPr>
        <w:ind w:left="3600" w:hanging="360"/>
      </w:pPr>
      <w:rPr>
        <w:rFonts w:ascii="Arial" w:eastAsia="Arial" w:hAnsi="Arial" w:cs="Arial"/>
      </w:rPr>
    </w:lvl>
    <w:lvl w:ilvl="8">
      <w:start w:val="1"/>
      <w:numFmt w:val="bullet"/>
      <w:lvlText w:val="▪"/>
      <w:lvlJc w:val="left"/>
      <w:pPr>
        <w:ind w:left="3960" w:hanging="360"/>
      </w:pPr>
      <w:rPr>
        <w:rFonts w:ascii="Arial" w:eastAsia="Arial" w:hAnsi="Arial" w:cs="Arial"/>
      </w:rPr>
    </w:lvl>
  </w:abstractNum>
  <w:abstractNum w:abstractNumId="1" w15:restartNumberingAfterBreak="0">
    <w:nsid w:val="07656305"/>
    <w:multiLevelType w:val="multilevel"/>
    <w:tmpl w:val="E7C61E7C"/>
    <w:lvl w:ilvl="0">
      <w:start w:val="1"/>
      <w:numFmt w:val="bullet"/>
      <w:lvlText w:val="•"/>
      <w:lvlJc w:val="left"/>
      <w:pPr>
        <w:ind w:left="1080" w:hanging="360"/>
      </w:pPr>
      <w:rPr>
        <w:rFonts w:ascii="Arial" w:eastAsia="Arial" w:hAnsi="Arial" w:cs="Arial"/>
      </w:rPr>
    </w:lvl>
    <w:lvl w:ilvl="1">
      <w:start w:val="1"/>
      <w:numFmt w:val="bullet"/>
      <w:lvlText w:val="◦"/>
      <w:lvlJc w:val="left"/>
      <w:pPr>
        <w:ind w:left="1440" w:hanging="360"/>
      </w:pPr>
      <w:rPr>
        <w:rFonts w:ascii="Arial" w:eastAsia="Arial" w:hAnsi="Arial" w:cs="Arial"/>
      </w:rPr>
    </w:lvl>
    <w:lvl w:ilvl="2">
      <w:start w:val="1"/>
      <w:numFmt w:val="bullet"/>
      <w:lvlText w:val="▪"/>
      <w:lvlJc w:val="left"/>
      <w:pPr>
        <w:ind w:left="1800" w:hanging="360"/>
      </w:pPr>
      <w:rPr>
        <w:rFonts w:ascii="Arial" w:eastAsia="Arial" w:hAnsi="Arial" w:cs="Arial"/>
      </w:rPr>
    </w:lvl>
    <w:lvl w:ilvl="3">
      <w:start w:val="1"/>
      <w:numFmt w:val="bullet"/>
      <w:lvlText w:val="•"/>
      <w:lvlJc w:val="left"/>
      <w:pPr>
        <w:ind w:left="2160" w:hanging="360"/>
      </w:pPr>
      <w:rPr>
        <w:rFonts w:ascii="Arial" w:eastAsia="Arial" w:hAnsi="Arial" w:cs="Arial"/>
      </w:rPr>
    </w:lvl>
    <w:lvl w:ilvl="4">
      <w:start w:val="1"/>
      <w:numFmt w:val="bullet"/>
      <w:lvlText w:val="◦"/>
      <w:lvlJc w:val="left"/>
      <w:pPr>
        <w:ind w:left="2520" w:hanging="360"/>
      </w:pPr>
      <w:rPr>
        <w:rFonts w:ascii="Arial" w:eastAsia="Arial" w:hAnsi="Arial" w:cs="Arial"/>
      </w:rPr>
    </w:lvl>
    <w:lvl w:ilvl="5">
      <w:start w:val="1"/>
      <w:numFmt w:val="bullet"/>
      <w:lvlText w:val="▪"/>
      <w:lvlJc w:val="left"/>
      <w:pPr>
        <w:ind w:left="2880" w:hanging="360"/>
      </w:pPr>
      <w:rPr>
        <w:rFonts w:ascii="Arial" w:eastAsia="Arial" w:hAnsi="Arial" w:cs="Arial"/>
      </w:rPr>
    </w:lvl>
    <w:lvl w:ilvl="6">
      <w:start w:val="1"/>
      <w:numFmt w:val="bullet"/>
      <w:lvlText w:val="•"/>
      <w:lvlJc w:val="left"/>
      <w:pPr>
        <w:ind w:left="3240" w:hanging="360"/>
      </w:pPr>
      <w:rPr>
        <w:rFonts w:ascii="Arial" w:eastAsia="Arial" w:hAnsi="Arial" w:cs="Arial"/>
      </w:rPr>
    </w:lvl>
    <w:lvl w:ilvl="7">
      <w:start w:val="1"/>
      <w:numFmt w:val="bullet"/>
      <w:lvlText w:val="◦"/>
      <w:lvlJc w:val="left"/>
      <w:pPr>
        <w:ind w:left="3600" w:hanging="360"/>
      </w:pPr>
      <w:rPr>
        <w:rFonts w:ascii="Arial" w:eastAsia="Arial" w:hAnsi="Arial" w:cs="Arial"/>
      </w:rPr>
    </w:lvl>
    <w:lvl w:ilvl="8">
      <w:start w:val="1"/>
      <w:numFmt w:val="bullet"/>
      <w:lvlText w:val="▪"/>
      <w:lvlJc w:val="left"/>
      <w:pPr>
        <w:ind w:left="3960" w:hanging="360"/>
      </w:pPr>
      <w:rPr>
        <w:rFonts w:ascii="Arial" w:eastAsia="Arial" w:hAnsi="Arial" w:cs="Arial"/>
      </w:rPr>
    </w:lvl>
  </w:abstractNum>
  <w:abstractNum w:abstractNumId="2" w15:restartNumberingAfterBreak="0">
    <w:nsid w:val="170606E1"/>
    <w:multiLevelType w:val="multilevel"/>
    <w:tmpl w:val="0F6E5F50"/>
    <w:lvl w:ilvl="0">
      <w:start w:val="1"/>
      <w:numFmt w:val="decimal"/>
      <w:lvlText w:val="%1."/>
      <w:lvlJc w:val="left"/>
      <w:pPr>
        <w:ind w:left="360" w:hanging="360"/>
      </w:pPr>
      <w:rPr>
        <w:rFonts w:ascii="Arial" w:eastAsia="Arial" w:hAnsi="Arial" w:cs="Arial"/>
      </w:rPr>
    </w:lvl>
    <w:lvl w:ilvl="1">
      <w:start w:val="1"/>
      <w:numFmt w:val="decimal"/>
      <w:lvlText w:val="%2."/>
      <w:lvlJc w:val="left"/>
      <w:pPr>
        <w:ind w:left="1080" w:hanging="360"/>
      </w:pPr>
      <w:rPr>
        <w:rFonts w:ascii="Arial" w:eastAsia="Arial" w:hAnsi="Arial" w:cs="Arial"/>
      </w:rPr>
    </w:lvl>
    <w:lvl w:ilvl="2">
      <w:start w:val="1"/>
      <w:numFmt w:val="decimal"/>
      <w:lvlText w:val="%3."/>
      <w:lvlJc w:val="left"/>
      <w:pPr>
        <w:ind w:left="1440" w:hanging="360"/>
      </w:pPr>
      <w:rPr>
        <w:rFonts w:ascii="Arial" w:eastAsia="Arial" w:hAnsi="Arial" w:cs="Arial"/>
      </w:rPr>
    </w:lvl>
    <w:lvl w:ilvl="3">
      <w:start w:val="1"/>
      <w:numFmt w:val="decimal"/>
      <w:lvlText w:val="%4."/>
      <w:lvlJc w:val="left"/>
      <w:pPr>
        <w:ind w:left="1800" w:hanging="360"/>
      </w:pPr>
      <w:rPr>
        <w:rFonts w:ascii="Arial" w:eastAsia="Arial" w:hAnsi="Arial" w:cs="Arial"/>
      </w:rPr>
    </w:lvl>
    <w:lvl w:ilvl="4">
      <w:start w:val="1"/>
      <w:numFmt w:val="decimal"/>
      <w:lvlText w:val="%5."/>
      <w:lvlJc w:val="left"/>
      <w:pPr>
        <w:ind w:left="2160" w:hanging="360"/>
      </w:pPr>
      <w:rPr>
        <w:rFonts w:ascii="Arial" w:eastAsia="Arial" w:hAnsi="Arial" w:cs="Arial"/>
      </w:rPr>
    </w:lvl>
    <w:lvl w:ilvl="5">
      <w:start w:val="1"/>
      <w:numFmt w:val="decimal"/>
      <w:lvlText w:val="%6."/>
      <w:lvlJc w:val="left"/>
      <w:pPr>
        <w:ind w:left="2520" w:hanging="360"/>
      </w:pPr>
      <w:rPr>
        <w:rFonts w:ascii="Arial" w:eastAsia="Arial" w:hAnsi="Arial" w:cs="Arial"/>
      </w:rPr>
    </w:lvl>
    <w:lvl w:ilvl="6">
      <w:start w:val="1"/>
      <w:numFmt w:val="decimal"/>
      <w:lvlText w:val="%7."/>
      <w:lvlJc w:val="left"/>
      <w:pPr>
        <w:ind w:left="2880" w:hanging="360"/>
      </w:pPr>
      <w:rPr>
        <w:rFonts w:ascii="Arial" w:eastAsia="Arial" w:hAnsi="Arial" w:cs="Arial"/>
      </w:rPr>
    </w:lvl>
    <w:lvl w:ilvl="7">
      <w:start w:val="1"/>
      <w:numFmt w:val="decimal"/>
      <w:lvlText w:val="%8."/>
      <w:lvlJc w:val="left"/>
      <w:pPr>
        <w:ind w:left="3240" w:hanging="360"/>
      </w:pPr>
      <w:rPr>
        <w:rFonts w:ascii="Arial" w:eastAsia="Arial" w:hAnsi="Arial" w:cs="Arial"/>
      </w:rPr>
    </w:lvl>
    <w:lvl w:ilvl="8">
      <w:start w:val="1"/>
      <w:numFmt w:val="decimal"/>
      <w:lvlText w:val="%9."/>
      <w:lvlJc w:val="left"/>
      <w:pPr>
        <w:ind w:left="3600" w:hanging="360"/>
      </w:pPr>
      <w:rPr>
        <w:rFonts w:ascii="Arial" w:eastAsia="Arial" w:hAnsi="Arial" w:cs="Arial"/>
      </w:rPr>
    </w:lvl>
  </w:abstractNum>
  <w:abstractNum w:abstractNumId="3" w15:restartNumberingAfterBreak="0">
    <w:nsid w:val="201D433B"/>
    <w:multiLevelType w:val="multilevel"/>
    <w:tmpl w:val="CE80823C"/>
    <w:lvl w:ilvl="0">
      <w:start w:val="1"/>
      <w:numFmt w:val="decimal"/>
      <w:pStyle w:val="ListBullet"/>
      <w:lvlText w:val="%1)"/>
      <w:lvlJc w:val="left"/>
      <w:pPr>
        <w:ind w:left="720" w:hanging="360"/>
      </w:pPr>
      <w:rPr>
        <w:rFonts w:ascii="Arial" w:eastAsia="Arial" w:hAnsi="Arial" w:cs="Arial"/>
        <w:u w:val="none"/>
      </w:rPr>
    </w:lvl>
    <w:lvl w:ilvl="1">
      <w:start w:val="1"/>
      <w:numFmt w:val="lowerLetter"/>
      <w:lvlText w:val="%2)"/>
      <w:lvlJc w:val="left"/>
      <w:pPr>
        <w:ind w:left="1440" w:hanging="360"/>
      </w:pPr>
      <w:rPr>
        <w:rFonts w:ascii="Arial" w:eastAsia="Arial" w:hAnsi="Arial" w:cs="Arial"/>
        <w:u w:val="none"/>
      </w:rPr>
    </w:lvl>
    <w:lvl w:ilvl="2">
      <w:start w:val="1"/>
      <w:numFmt w:val="lowerRoman"/>
      <w:lvlText w:val="%3)"/>
      <w:lvlJc w:val="right"/>
      <w:pPr>
        <w:ind w:left="2160" w:hanging="360"/>
      </w:pPr>
      <w:rPr>
        <w:rFonts w:ascii="Arial" w:eastAsia="Arial" w:hAnsi="Arial" w:cs="Arial"/>
        <w:u w:val="none"/>
      </w:rPr>
    </w:lvl>
    <w:lvl w:ilvl="3">
      <w:start w:val="1"/>
      <w:numFmt w:val="decimal"/>
      <w:lvlText w:val="(%4)"/>
      <w:lvlJc w:val="left"/>
      <w:pPr>
        <w:ind w:left="2880" w:hanging="360"/>
      </w:pPr>
      <w:rPr>
        <w:rFonts w:ascii="Arial" w:eastAsia="Arial" w:hAnsi="Arial" w:cs="Arial"/>
        <w:u w:val="none"/>
      </w:rPr>
    </w:lvl>
    <w:lvl w:ilvl="4">
      <w:start w:val="1"/>
      <w:numFmt w:val="lowerLetter"/>
      <w:lvlText w:val="(%5)"/>
      <w:lvlJc w:val="left"/>
      <w:pPr>
        <w:ind w:left="3600" w:hanging="360"/>
      </w:pPr>
      <w:rPr>
        <w:rFonts w:ascii="Arial" w:eastAsia="Arial" w:hAnsi="Arial" w:cs="Arial"/>
        <w:u w:val="none"/>
      </w:rPr>
    </w:lvl>
    <w:lvl w:ilvl="5">
      <w:start w:val="1"/>
      <w:numFmt w:val="lowerRoman"/>
      <w:lvlText w:val="(%6)"/>
      <w:lvlJc w:val="right"/>
      <w:pPr>
        <w:ind w:left="4320" w:hanging="360"/>
      </w:pPr>
      <w:rPr>
        <w:rFonts w:ascii="Arial" w:eastAsia="Arial" w:hAnsi="Arial" w:cs="Arial"/>
        <w:u w:val="none"/>
      </w:rPr>
    </w:lvl>
    <w:lvl w:ilvl="6">
      <w:start w:val="1"/>
      <w:numFmt w:val="decimal"/>
      <w:lvlText w:val="%7."/>
      <w:lvlJc w:val="left"/>
      <w:pPr>
        <w:ind w:left="5040" w:hanging="360"/>
      </w:pPr>
      <w:rPr>
        <w:rFonts w:ascii="Arial" w:eastAsia="Arial" w:hAnsi="Arial" w:cs="Arial"/>
        <w:u w:val="none"/>
      </w:rPr>
    </w:lvl>
    <w:lvl w:ilvl="7">
      <w:start w:val="1"/>
      <w:numFmt w:val="lowerLetter"/>
      <w:lvlText w:val="%8."/>
      <w:lvlJc w:val="left"/>
      <w:pPr>
        <w:ind w:left="5760" w:hanging="360"/>
      </w:pPr>
      <w:rPr>
        <w:rFonts w:ascii="Arial" w:eastAsia="Arial" w:hAnsi="Arial" w:cs="Arial"/>
        <w:u w:val="none"/>
      </w:rPr>
    </w:lvl>
    <w:lvl w:ilvl="8">
      <w:start w:val="1"/>
      <w:numFmt w:val="lowerRoman"/>
      <w:lvlText w:val="%9."/>
      <w:lvlJc w:val="right"/>
      <w:pPr>
        <w:ind w:left="6480" w:hanging="360"/>
      </w:pPr>
      <w:rPr>
        <w:rFonts w:ascii="Arial" w:eastAsia="Arial" w:hAnsi="Arial" w:cs="Arial"/>
        <w:u w:val="none"/>
      </w:rPr>
    </w:lvl>
  </w:abstractNum>
  <w:abstractNum w:abstractNumId="4" w15:restartNumberingAfterBreak="0">
    <w:nsid w:val="30CC50C1"/>
    <w:multiLevelType w:val="multilevel"/>
    <w:tmpl w:val="6CDE1766"/>
    <w:lvl w:ilvl="0">
      <w:start w:val="1"/>
      <w:numFmt w:val="bullet"/>
      <w:pStyle w:val="ListNumber"/>
      <w:lvlText w:val="•"/>
      <w:lvlJc w:val="left"/>
      <w:pPr>
        <w:ind w:left="1080" w:hanging="360"/>
      </w:pPr>
      <w:rPr>
        <w:rFonts w:ascii="Arial" w:eastAsia="Arial" w:hAnsi="Arial" w:cs="Arial"/>
      </w:rPr>
    </w:lvl>
    <w:lvl w:ilvl="1">
      <w:start w:val="1"/>
      <w:numFmt w:val="bullet"/>
      <w:lvlText w:val="◦"/>
      <w:lvlJc w:val="left"/>
      <w:pPr>
        <w:ind w:left="1440" w:hanging="360"/>
      </w:pPr>
      <w:rPr>
        <w:rFonts w:ascii="Arial" w:eastAsia="Arial" w:hAnsi="Arial" w:cs="Arial"/>
      </w:rPr>
    </w:lvl>
    <w:lvl w:ilvl="2">
      <w:start w:val="1"/>
      <w:numFmt w:val="bullet"/>
      <w:lvlText w:val="▪"/>
      <w:lvlJc w:val="left"/>
      <w:pPr>
        <w:ind w:left="1800" w:hanging="360"/>
      </w:pPr>
      <w:rPr>
        <w:rFonts w:ascii="Arial" w:eastAsia="Arial" w:hAnsi="Arial" w:cs="Arial"/>
      </w:rPr>
    </w:lvl>
    <w:lvl w:ilvl="3">
      <w:start w:val="1"/>
      <w:numFmt w:val="bullet"/>
      <w:lvlText w:val="•"/>
      <w:lvlJc w:val="left"/>
      <w:pPr>
        <w:ind w:left="2160" w:hanging="360"/>
      </w:pPr>
      <w:rPr>
        <w:rFonts w:ascii="Arial" w:eastAsia="Arial" w:hAnsi="Arial" w:cs="Arial"/>
      </w:rPr>
    </w:lvl>
    <w:lvl w:ilvl="4">
      <w:start w:val="1"/>
      <w:numFmt w:val="bullet"/>
      <w:lvlText w:val="◦"/>
      <w:lvlJc w:val="left"/>
      <w:pPr>
        <w:ind w:left="2520" w:hanging="360"/>
      </w:pPr>
      <w:rPr>
        <w:rFonts w:ascii="Arial" w:eastAsia="Arial" w:hAnsi="Arial" w:cs="Arial"/>
      </w:rPr>
    </w:lvl>
    <w:lvl w:ilvl="5">
      <w:start w:val="1"/>
      <w:numFmt w:val="bullet"/>
      <w:lvlText w:val="▪"/>
      <w:lvlJc w:val="left"/>
      <w:pPr>
        <w:ind w:left="2880" w:hanging="360"/>
      </w:pPr>
      <w:rPr>
        <w:rFonts w:ascii="Arial" w:eastAsia="Arial" w:hAnsi="Arial" w:cs="Arial"/>
      </w:rPr>
    </w:lvl>
    <w:lvl w:ilvl="6">
      <w:start w:val="1"/>
      <w:numFmt w:val="bullet"/>
      <w:lvlText w:val="•"/>
      <w:lvlJc w:val="left"/>
      <w:pPr>
        <w:ind w:left="3240" w:hanging="360"/>
      </w:pPr>
      <w:rPr>
        <w:rFonts w:ascii="Arial" w:eastAsia="Arial" w:hAnsi="Arial" w:cs="Arial"/>
      </w:rPr>
    </w:lvl>
    <w:lvl w:ilvl="7">
      <w:start w:val="1"/>
      <w:numFmt w:val="bullet"/>
      <w:lvlText w:val="◦"/>
      <w:lvlJc w:val="left"/>
      <w:pPr>
        <w:ind w:left="3600" w:hanging="360"/>
      </w:pPr>
      <w:rPr>
        <w:rFonts w:ascii="Arial" w:eastAsia="Arial" w:hAnsi="Arial" w:cs="Arial"/>
      </w:rPr>
    </w:lvl>
    <w:lvl w:ilvl="8">
      <w:start w:val="1"/>
      <w:numFmt w:val="bullet"/>
      <w:lvlText w:val="▪"/>
      <w:lvlJc w:val="left"/>
      <w:pPr>
        <w:ind w:left="3960" w:hanging="360"/>
      </w:pPr>
      <w:rPr>
        <w:rFonts w:ascii="Arial" w:eastAsia="Arial" w:hAnsi="Arial" w:cs="Arial"/>
      </w:rPr>
    </w:lvl>
  </w:abstractNum>
  <w:abstractNum w:abstractNumId="5" w15:restartNumberingAfterBreak="0">
    <w:nsid w:val="4F5B0F4F"/>
    <w:multiLevelType w:val="multilevel"/>
    <w:tmpl w:val="0526F09C"/>
    <w:lvl w:ilvl="0">
      <w:start w:val="1"/>
      <w:numFmt w:val="bullet"/>
      <w:lvlText w:val="•"/>
      <w:lvlJc w:val="left"/>
      <w:pPr>
        <w:ind w:left="1080" w:hanging="360"/>
      </w:pPr>
      <w:rPr>
        <w:rFonts w:ascii="Arial" w:eastAsia="Arial" w:hAnsi="Arial" w:cs="Arial"/>
      </w:rPr>
    </w:lvl>
    <w:lvl w:ilvl="1">
      <w:start w:val="1"/>
      <w:numFmt w:val="bullet"/>
      <w:lvlText w:val="◦"/>
      <w:lvlJc w:val="left"/>
      <w:pPr>
        <w:ind w:left="1440" w:hanging="360"/>
      </w:pPr>
      <w:rPr>
        <w:rFonts w:ascii="Arial" w:eastAsia="Arial" w:hAnsi="Arial" w:cs="Arial"/>
      </w:rPr>
    </w:lvl>
    <w:lvl w:ilvl="2">
      <w:start w:val="1"/>
      <w:numFmt w:val="bullet"/>
      <w:lvlText w:val="▪"/>
      <w:lvlJc w:val="left"/>
      <w:pPr>
        <w:ind w:left="1800" w:hanging="360"/>
      </w:pPr>
      <w:rPr>
        <w:rFonts w:ascii="Arial" w:eastAsia="Arial" w:hAnsi="Arial" w:cs="Arial"/>
      </w:rPr>
    </w:lvl>
    <w:lvl w:ilvl="3">
      <w:start w:val="1"/>
      <w:numFmt w:val="bullet"/>
      <w:lvlText w:val="•"/>
      <w:lvlJc w:val="left"/>
      <w:pPr>
        <w:ind w:left="2160" w:hanging="360"/>
      </w:pPr>
      <w:rPr>
        <w:rFonts w:ascii="Arial" w:eastAsia="Arial" w:hAnsi="Arial" w:cs="Arial"/>
      </w:rPr>
    </w:lvl>
    <w:lvl w:ilvl="4">
      <w:start w:val="1"/>
      <w:numFmt w:val="bullet"/>
      <w:lvlText w:val="◦"/>
      <w:lvlJc w:val="left"/>
      <w:pPr>
        <w:ind w:left="2520" w:hanging="360"/>
      </w:pPr>
      <w:rPr>
        <w:rFonts w:ascii="Arial" w:eastAsia="Arial" w:hAnsi="Arial" w:cs="Arial"/>
      </w:rPr>
    </w:lvl>
    <w:lvl w:ilvl="5">
      <w:start w:val="1"/>
      <w:numFmt w:val="bullet"/>
      <w:lvlText w:val="▪"/>
      <w:lvlJc w:val="left"/>
      <w:pPr>
        <w:ind w:left="2880" w:hanging="360"/>
      </w:pPr>
      <w:rPr>
        <w:rFonts w:ascii="Arial" w:eastAsia="Arial" w:hAnsi="Arial" w:cs="Arial"/>
      </w:rPr>
    </w:lvl>
    <w:lvl w:ilvl="6">
      <w:start w:val="1"/>
      <w:numFmt w:val="bullet"/>
      <w:lvlText w:val="•"/>
      <w:lvlJc w:val="left"/>
      <w:pPr>
        <w:ind w:left="3240" w:hanging="360"/>
      </w:pPr>
      <w:rPr>
        <w:rFonts w:ascii="Arial" w:eastAsia="Arial" w:hAnsi="Arial" w:cs="Arial"/>
      </w:rPr>
    </w:lvl>
    <w:lvl w:ilvl="7">
      <w:start w:val="1"/>
      <w:numFmt w:val="bullet"/>
      <w:lvlText w:val="◦"/>
      <w:lvlJc w:val="left"/>
      <w:pPr>
        <w:ind w:left="3600" w:hanging="360"/>
      </w:pPr>
      <w:rPr>
        <w:rFonts w:ascii="Arial" w:eastAsia="Arial" w:hAnsi="Arial" w:cs="Arial"/>
      </w:rPr>
    </w:lvl>
    <w:lvl w:ilvl="8">
      <w:start w:val="1"/>
      <w:numFmt w:val="bullet"/>
      <w:lvlText w:val="▪"/>
      <w:lvlJc w:val="left"/>
      <w:pPr>
        <w:ind w:left="3960" w:hanging="360"/>
      </w:pPr>
      <w:rPr>
        <w:rFonts w:ascii="Arial" w:eastAsia="Arial" w:hAnsi="Arial" w:cs="Arial"/>
      </w:rPr>
    </w:lvl>
  </w:abstractNum>
  <w:abstractNum w:abstractNumId="6" w15:restartNumberingAfterBreak="0">
    <w:nsid w:val="58FE5C71"/>
    <w:multiLevelType w:val="multilevel"/>
    <w:tmpl w:val="36E67FBE"/>
    <w:lvl w:ilvl="0">
      <w:start w:val="1"/>
      <w:numFmt w:val="decimal"/>
      <w:lvlText w:val="%1)"/>
      <w:lvlJc w:val="left"/>
      <w:pPr>
        <w:ind w:left="720" w:hanging="360"/>
      </w:pPr>
      <w:rPr>
        <w:rFonts w:ascii="Arial" w:eastAsia="Arial" w:hAnsi="Arial" w:cs="Arial"/>
        <w:u w:val="none"/>
      </w:rPr>
    </w:lvl>
    <w:lvl w:ilvl="1">
      <w:start w:val="1"/>
      <w:numFmt w:val="lowerLetter"/>
      <w:lvlText w:val="%2)"/>
      <w:lvlJc w:val="left"/>
      <w:pPr>
        <w:ind w:left="1440" w:hanging="360"/>
      </w:pPr>
      <w:rPr>
        <w:rFonts w:ascii="Arial" w:eastAsia="Arial" w:hAnsi="Arial" w:cs="Arial"/>
        <w:u w:val="none"/>
      </w:rPr>
    </w:lvl>
    <w:lvl w:ilvl="2">
      <w:start w:val="1"/>
      <w:numFmt w:val="lowerRoman"/>
      <w:lvlText w:val="%3)"/>
      <w:lvlJc w:val="right"/>
      <w:pPr>
        <w:ind w:left="2160" w:hanging="360"/>
      </w:pPr>
      <w:rPr>
        <w:rFonts w:ascii="Arial" w:eastAsia="Arial" w:hAnsi="Arial" w:cs="Arial"/>
        <w:u w:val="none"/>
      </w:rPr>
    </w:lvl>
    <w:lvl w:ilvl="3">
      <w:start w:val="1"/>
      <w:numFmt w:val="decimal"/>
      <w:lvlText w:val="(%4)"/>
      <w:lvlJc w:val="left"/>
      <w:pPr>
        <w:ind w:left="2880" w:hanging="360"/>
      </w:pPr>
      <w:rPr>
        <w:rFonts w:ascii="Arial" w:eastAsia="Arial" w:hAnsi="Arial" w:cs="Arial"/>
        <w:u w:val="none"/>
      </w:rPr>
    </w:lvl>
    <w:lvl w:ilvl="4">
      <w:start w:val="1"/>
      <w:numFmt w:val="lowerLetter"/>
      <w:lvlText w:val="(%5)"/>
      <w:lvlJc w:val="left"/>
      <w:pPr>
        <w:ind w:left="3600" w:hanging="360"/>
      </w:pPr>
      <w:rPr>
        <w:rFonts w:ascii="Arial" w:eastAsia="Arial" w:hAnsi="Arial" w:cs="Arial"/>
        <w:u w:val="none"/>
      </w:rPr>
    </w:lvl>
    <w:lvl w:ilvl="5">
      <w:start w:val="1"/>
      <w:numFmt w:val="lowerRoman"/>
      <w:lvlText w:val="(%6)"/>
      <w:lvlJc w:val="right"/>
      <w:pPr>
        <w:ind w:left="4320" w:hanging="360"/>
      </w:pPr>
      <w:rPr>
        <w:rFonts w:ascii="Arial" w:eastAsia="Arial" w:hAnsi="Arial" w:cs="Arial"/>
        <w:u w:val="none"/>
      </w:rPr>
    </w:lvl>
    <w:lvl w:ilvl="6">
      <w:start w:val="1"/>
      <w:numFmt w:val="decimal"/>
      <w:lvlText w:val="%7."/>
      <w:lvlJc w:val="left"/>
      <w:pPr>
        <w:ind w:left="5040" w:hanging="360"/>
      </w:pPr>
      <w:rPr>
        <w:rFonts w:ascii="Arial" w:eastAsia="Arial" w:hAnsi="Arial" w:cs="Arial"/>
        <w:u w:val="none"/>
      </w:rPr>
    </w:lvl>
    <w:lvl w:ilvl="7">
      <w:start w:val="1"/>
      <w:numFmt w:val="lowerLetter"/>
      <w:lvlText w:val="%8."/>
      <w:lvlJc w:val="left"/>
      <w:pPr>
        <w:ind w:left="5760" w:hanging="360"/>
      </w:pPr>
      <w:rPr>
        <w:rFonts w:ascii="Arial" w:eastAsia="Arial" w:hAnsi="Arial" w:cs="Arial"/>
        <w:u w:val="none"/>
      </w:rPr>
    </w:lvl>
    <w:lvl w:ilvl="8">
      <w:start w:val="1"/>
      <w:numFmt w:val="lowerRoman"/>
      <w:lvlText w:val="%9."/>
      <w:lvlJc w:val="right"/>
      <w:pPr>
        <w:ind w:left="6480" w:hanging="360"/>
      </w:pPr>
      <w:rPr>
        <w:rFonts w:ascii="Arial" w:eastAsia="Arial" w:hAnsi="Arial" w:cs="Arial"/>
        <w:u w:val="none"/>
      </w:rPr>
    </w:lvl>
  </w:abstractNum>
  <w:abstractNum w:abstractNumId="7" w15:restartNumberingAfterBreak="0">
    <w:nsid w:val="7D3F27BB"/>
    <w:multiLevelType w:val="multilevel"/>
    <w:tmpl w:val="E74E4B1C"/>
    <w:lvl w:ilvl="0">
      <w:start w:val="1"/>
      <w:numFmt w:val="bullet"/>
      <w:lvlText w:val="•"/>
      <w:lvlJc w:val="left"/>
      <w:pPr>
        <w:ind w:left="720" w:hanging="360"/>
      </w:pPr>
      <w:rPr>
        <w:rFonts w:ascii="Arial" w:eastAsia="Arial" w:hAnsi="Arial" w:cs="Arial"/>
      </w:rPr>
    </w:lvl>
    <w:lvl w:ilvl="1">
      <w:start w:val="1"/>
      <w:numFmt w:val="bullet"/>
      <w:lvlText w:val="◦"/>
      <w:lvlJc w:val="left"/>
      <w:pPr>
        <w:ind w:left="1080" w:hanging="360"/>
      </w:pPr>
      <w:rPr>
        <w:rFonts w:ascii="Arial" w:eastAsia="Arial" w:hAnsi="Arial" w:cs="Arial"/>
      </w:rPr>
    </w:lvl>
    <w:lvl w:ilvl="2">
      <w:start w:val="1"/>
      <w:numFmt w:val="bullet"/>
      <w:lvlText w:val="▪"/>
      <w:lvlJc w:val="left"/>
      <w:pPr>
        <w:ind w:left="1440" w:hanging="360"/>
      </w:pPr>
      <w:rPr>
        <w:rFonts w:ascii="Arial" w:eastAsia="Arial" w:hAnsi="Arial" w:cs="Arial"/>
      </w:rPr>
    </w:lvl>
    <w:lvl w:ilvl="3">
      <w:start w:val="1"/>
      <w:numFmt w:val="bullet"/>
      <w:lvlText w:val="•"/>
      <w:lvlJc w:val="left"/>
      <w:pPr>
        <w:ind w:left="1800" w:hanging="360"/>
      </w:pPr>
      <w:rPr>
        <w:rFonts w:ascii="Arial" w:eastAsia="Arial" w:hAnsi="Arial" w:cs="Arial"/>
      </w:rPr>
    </w:lvl>
    <w:lvl w:ilvl="4">
      <w:start w:val="1"/>
      <w:numFmt w:val="bullet"/>
      <w:lvlText w:val="◦"/>
      <w:lvlJc w:val="left"/>
      <w:pPr>
        <w:ind w:left="2160" w:hanging="360"/>
      </w:pPr>
      <w:rPr>
        <w:rFonts w:ascii="Arial" w:eastAsia="Arial" w:hAnsi="Arial" w:cs="Arial"/>
      </w:rPr>
    </w:lvl>
    <w:lvl w:ilvl="5">
      <w:start w:val="1"/>
      <w:numFmt w:val="bullet"/>
      <w:lvlText w:val="▪"/>
      <w:lvlJc w:val="left"/>
      <w:pPr>
        <w:ind w:left="2520" w:hanging="360"/>
      </w:pPr>
      <w:rPr>
        <w:rFonts w:ascii="Arial" w:eastAsia="Arial" w:hAnsi="Arial" w:cs="Arial"/>
      </w:rPr>
    </w:lvl>
    <w:lvl w:ilvl="6">
      <w:start w:val="1"/>
      <w:numFmt w:val="bullet"/>
      <w:lvlText w:val="•"/>
      <w:lvlJc w:val="left"/>
      <w:pPr>
        <w:ind w:left="2880" w:hanging="360"/>
      </w:pPr>
      <w:rPr>
        <w:rFonts w:ascii="Arial" w:eastAsia="Arial" w:hAnsi="Arial" w:cs="Arial"/>
      </w:rPr>
    </w:lvl>
    <w:lvl w:ilvl="7">
      <w:start w:val="1"/>
      <w:numFmt w:val="bullet"/>
      <w:lvlText w:val="◦"/>
      <w:lvlJc w:val="left"/>
      <w:pPr>
        <w:ind w:left="3240" w:hanging="360"/>
      </w:pPr>
      <w:rPr>
        <w:rFonts w:ascii="Arial" w:eastAsia="Arial" w:hAnsi="Arial" w:cs="Arial"/>
      </w:rPr>
    </w:lvl>
    <w:lvl w:ilvl="8">
      <w:start w:val="1"/>
      <w:numFmt w:val="bullet"/>
      <w:lvlText w:val="▪"/>
      <w:lvlJc w:val="left"/>
      <w:pPr>
        <w:ind w:left="3600" w:hanging="360"/>
      </w:pPr>
      <w:rPr>
        <w:rFonts w:ascii="Arial" w:eastAsia="Arial" w:hAnsi="Arial" w:cs="Arial"/>
      </w:rPr>
    </w:lvl>
  </w:abstractNum>
  <w:num w:numId="1" w16cid:durableId="806239044">
    <w:abstractNumId w:val="3"/>
  </w:num>
  <w:num w:numId="2" w16cid:durableId="1250576322">
    <w:abstractNumId w:val="7"/>
  </w:num>
  <w:num w:numId="3" w16cid:durableId="1767732442">
    <w:abstractNumId w:val="2"/>
  </w:num>
  <w:num w:numId="4" w16cid:durableId="1278563958">
    <w:abstractNumId w:val="5"/>
  </w:num>
  <w:num w:numId="5" w16cid:durableId="121770165">
    <w:abstractNumId w:val="4"/>
  </w:num>
  <w:num w:numId="6" w16cid:durableId="1046490309">
    <w:abstractNumId w:val="0"/>
  </w:num>
  <w:num w:numId="7" w16cid:durableId="256720980">
    <w:abstractNumId w:val="1"/>
  </w:num>
  <w:num w:numId="8" w16cid:durableId="161397966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1D5C"/>
    <w:rsid w:val="00176530"/>
    <w:rsid w:val="00341DBF"/>
    <w:rsid w:val="004C05DD"/>
    <w:rsid w:val="005C7666"/>
    <w:rsid w:val="005D0E94"/>
    <w:rsid w:val="00735244"/>
    <w:rsid w:val="007974EC"/>
    <w:rsid w:val="00B61DB9"/>
    <w:rsid w:val="00C12464"/>
    <w:rsid w:val="00DB1D51"/>
    <w:rsid w:val="00E5170D"/>
    <w:rsid w:val="00E51D5C"/>
    <w:rsid w:val="00E970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ACF75A"/>
  <w15:docId w15:val="{4BE67615-61EF-405D-A854-276253D24D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line="264" w:lineRule="auto"/>
    </w:pPr>
    <w:rPr>
      <w:color w:val="000000"/>
      <w:sz w:val="22"/>
    </w:rPr>
  </w:style>
  <w:style w:type="paragraph" w:styleId="Heading1">
    <w:name w:val="heading 1"/>
    <w:basedOn w:val="Normal"/>
    <w:next w:val="Normal"/>
    <w:uiPriority w:val="9"/>
    <w:qFormat/>
    <w:rsid w:val="00FC693F"/>
    <w:pPr>
      <w:keepNext/>
      <w:keepLines/>
      <w:spacing w:before="240"/>
      <w:outlineLvl w:val="0"/>
    </w:pPr>
    <w:rPr>
      <w:b/>
      <w:bCs/>
      <w:sz w:val="30"/>
      <w:szCs w:val="28"/>
    </w:rPr>
  </w:style>
  <w:style w:type="paragraph" w:styleId="Heading2">
    <w:name w:val="heading 2"/>
    <w:basedOn w:val="Normal"/>
    <w:next w:val="Normal"/>
    <w:uiPriority w:val="9"/>
    <w:unhideWhenUsed/>
    <w:qFormat/>
    <w:rsid w:val="00FC693F"/>
    <w:pPr>
      <w:keepNext/>
      <w:keepLines/>
      <w:spacing w:before="240"/>
      <w:outlineLvl w:val="1"/>
    </w:pPr>
    <w:rPr>
      <w:b/>
      <w:bCs/>
      <w:sz w:val="24"/>
      <w:szCs w:val="26"/>
    </w:rPr>
  </w:style>
  <w:style w:type="paragraph" w:styleId="Heading3">
    <w:name w:val="heading 3"/>
    <w:basedOn w:val="Normal"/>
    <w:next w:val="Normal"/>
    <w:uiPriority w:val="9"/>
    <w:semiHidden/>
    <w:unhideWhenUsed/>
    <w:qFormat/>
    <w:rsid w:val="00FC693F"/>
    <w:pPr>
      <w:keepNext/>
      <w:keepLines/>
      <w:spacing w:before="200" w:after="0"/>
      <w:outlineLvl w:val="2"/>
    </w:pPr>
    <w:rPr>
      <w:b/>
      <w:bCs/>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rsid w:val="00FC693F"/>
    <w:pPr>
      <w:spacing w:after="160" w:line="240" w:lineRule="auto"/>
      <w:contextualSpacing/>
    </w:pPr>
    <w:rPr>
      <w:kern w:val="28"/>
      <w:sz w:val="48"/>
      <w:szCs w:val="52"/>
    </w:rPr>
  </w:style>
  <w:style w:type="paragraph" w:styleId="Subtitle">
    <w:name w:val="Subtitle"/>
    <w:basedOn w:val="Normal"/>
    <w:next w:val="Normal"/>
    <w:uiPriority w:val="11"/>
    <w:qFormat/>
    <w:rsid w:val="00FC693F"/>
    <w:pPr>
      <w:numPr>
        <w:ilvl w:val="1"/>
      </w:numPr>
      <w:spacing w:after="160"/>
    </w:pPr>
    <w:rPr>
      <w:iCs/>
    </w:rPr>
  </w:style>
  <w:style w:type="paragraph" w:customStyle="1" w:styleId="Header1">
    <w:name w:val="Header1"/>
    <w:pPr>
      <w:spacing w:after="120" w:line="264" w:lineRule="auto"/>
    </w:pPr>
    <w:rPr>
      <w:color w:val="000000"/>
      <w:sz w:val="18"/>
    </w:rPr>
  </w:style>
  <w:style w:type="paragraph" w:customStyle="1" w:styleId="Footer1">
    <w:name w:val="Footer1"/>
    <w:pPr>
      <w:spacing w:after="120" w:line="264" w:lineRule="auto"/>
    </w:pPr>
    <w:rPr>
      <w:color w:val="000000"/>
      <w:sz w:val="18"/>
    </w:rPr>
  </w:style>
  <w:style w:type="paragraph" w:styleId="Header">
    <w:name w:val="header"/>
    <w:basedOn w:val="Normal"/>
    <w:uiPriority w:val="99"/>
    <w:unhideWhenUsed/>
    <w:rsid w:val="00E618BF"/>
    <w:pPr>
      <w:spacing w:after="0" w:line="240" w:lineRule="auto"/>
    </w:pPr>
  </w:style>
  <w:style w:type="paragraph" w:styleId="Footer">
    <w:name w:val="footer"/>
    <w:basedOn w:val="Normal"/>
    <w:uiPriority w:val="99"/>
    <w:unhideWhenUsed/>
    <w:rsid w:val="00E618BF"/>
    <w:pPr>
      <w:spacing w:after="0" w:line="240" w:lineRule="auto"/>
    </w:pPr>
    <w:rPr>
      <w:sz w:val="18"/>
    </w:rPr>
  </w:style>
  <w:style w:type="paragraph" w:styleId="ListBullet">
    <w:name w:val="List Bullet"/>
    <w:basedOn w:val="Normal"/>
    <w:uiPriority w:val="99"/>
    <w:unhideWhenUsed/>
    <w:rsid w:val="00326F90"/>
    <w:pPr>
      <w:numPr>
        <w:numId w:val="1"/>
      </w:numPr>
      <w:contextualSpacing/>
    </w:pPr>
  </w:style>
  <w:style w:type="paragraph" w:styleId="ListNumber">
    <w:name w:val="List Number"/>
    <w:basedOn w:val="Normal"/>
    <w:uiPriority w:val="99"/>
    <w:unhideWhenUsed/>
    <w:rsid w:val="00326F90"/>
    <w:pPr>
      <w:numPr>
        <w:numId w:val="5"/>
      </w:numPr>
      <w:contextualSpacing/>
    </w:pPr>
  </w:style>
  <w:style w:type="paragraph" w:styleId="Caption">
    <w:name w:val="caption"/>
    <w:basedOn w:val="Normal"/>
    <w:next w:val="Normal"/>
    <w:uiPriority w:val="35"/>
    <w:semiHidden/>
    <w:unhideWhenUsed/>
    <w:qFormat/>
    <w:rsid w:val="00FC693F"/>
    <w:pPr>
      <w:spacing w:line="240" w:lineRule="auto"/>
    </w:pPr>
    <w:rPr>
      <w:bCs/>
      <w:sz w:val="20"/>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4.gif"/><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819</Words>
  <Characters>4616</Characters>
  <Application>Microsoft Office Word</Application>
  <DocSecurity>0</DocSecurity>
  <Lines>118</Lines>
  <Paragraphs>98</Paragraphs>
  <ScaleCrop>false</ScaleCrop>
  <Company/>
  <LinksUpToDate>false</LinksUpToDate>
  <CharactersWithSpaces>5337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Celestial coordinate systems</dc:title>
  <dc:description/>
  <cp:lastModifiedBy>Dylan Gormley</cp:lastModifiedBy>
  <cp:revision>5</cp:revision>
  <dcterms:created xsi:type="dcterms:W3CDTF">2026-09-26T23:52:00Z</dcterms:created>
  <dcterms:modified xsi:type="dcterms:W3CDTF">2026-09-27T00:41:00Z</dcterms:modified>
</cp:coreProperties>
</file>