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53FB56D" w14:textId="77777777" w:rsidR="00D13259" w:rsidRDefault="00790E77">
      <w:pPr>
        <w:pStyle w:val="Title"/>
        <w:rPr>
          <w:b/>
          <w:i/>
          <w:sz w:val="32"/>
          <w:szCs w:val="32"/>
        </w:rPr>
      </w:pPr>
      <w:r>
        <w:t>Modeling the Motions in the Milky Way</w:t>
      </w:r>
    </w:p>
    <w:p w14:paraId="381FEC51" w14:textId="77777777" w:rsidR="00D13259" w:rsidRDefault="00790E77">
      <w:pPr>
        <w:pStyle w:val="Subtitle"/>
        <w:rPr>
          <w:b/>
          <w:i/>
          <w:sz w:val="26"/>
          <w:szCs w:val="26"/>
        </w:rPr>
      </w:pPr>
      <w:r>
        <w:t>Astronomy Activity</w:t>
      </w:r>
    </w:p>
    <w:p w14:paraId="5DDA44D3" w14:textId="77777777" w:rsidR="00D13259" w:rsidRDefault="00790E77">
      <w:r>
        <w:rPr>
          <w:b/>
          <w:u w:val="single"/>
        </w:rPr>
        <w:t xml:space="preserve">Introduction- </w:t>
      </w:r>
      <w:r>
        <w:t xml:space="preserve"> In the last activity, </w:t>
      </w:r>
      <w:r>
        <w:rPr>
          <w:b/>
          <w:i/>
        </w:rPr>
        <w:t>Things we CAN’T see in the Milky Way</w:t>
      </w:r>
      <w:r>
        <w:t>, you saw (if you did it correctly) that there could be both Blueshift and Redshift happening in Quadrants I and IV, only Blueshift in Quadrant II, and only Redshift in Quadrant III.</w:t>
      </w:r>
    </w:p>
    <w:p w14:paraId="198F32A3" w14:textId="77777777" w:rsidR="00D13259" w:rsidRDefault="00790E77">
      <w:r>
        <w:t xml:space="preserve">This activity will be looking at modeling </w:t>
      </w:r>
      <w:r>
        <w:rPr>
          <w:b/>
        </w:rPr>
        <w:t>HOW MUCH SHIFT</w:t>
      </w:r>
      <w:r>
        <w:t xml:space="preserve"> occurs at specific angles within the Quadrants...Better said is…</w:t>
      </w:r>
      <w:r>
        <w:tab/>
      </w:r>
      <w:r>
        <w:tab/>
      </w:r>
      <w:r>
        <w:tab/>
      </w:r>
      <w:r>
        <w:tab/>
      </w:r>
      <w:r>
        <w:tab/>
      </w:r>
      <w:r>
        <w:tab/>
      </w:r>
      <w:r>
        <w:tab/>
      </w:r>
      <w:r>
        <w:tab/>
      </w:r>
      <w:r>
        <w:tab/>
      </w:r>
      <w:r>
        <w:tab/>
      </w:r>
      <w:r>
        <w:tab/>
        <w:t xml:space="preserve"> “</w:t>
      </w:r>
      <w:r>
        <w:rPr>
          <w:b/>
        </w:rPr>
        <w:t>How much shift occurs at each Galactic Longitude along the plane of the Galaxy?</w:t>
      </w:r>
      <w:r>
        <w:t>”</w:t>
      </w:r>
    </w:p>
    <w:p w14:paraId="259664D8" w14:textId="77777777" w:rsidR="00D13259" w:rsidRDefault="00790E77">
      <w:r>
        <w:t>The Model Galaxy sheet has dots that are equally spaced on all orbits.  By moving “stars” an equal number of dots per time step, this will represent that any star in the galaxy, whether in an inner orbit or outer, will be moving at the same speed.  Again, observations of regions of the galaxy shows that the speeds are reasonably consistent, so this will make a good approximation model. It would be like making a circle model of the Earth’s orbit. Though the actual orbit is slightly elliptical, a circle model is a good approximation over no model at all. (It worked for Copernicus!) The Galaxy is big, so there is a lot of data to gather.  However, each student is only getting 20 data points each and will add it to the collection class data set.</w:t>
      </w:r>
    </w:p>
    <w:p w14:paraId="15A76CD7" w14:textId="77777777" w:rsidR="00D13259" w:rsidRDefault="00790E77">
      <w:pPr>
        <w:pStyle w:val="Heading2"/>
        <w:rPr>
          <w:b w:val="0"/>
          <w:u w:val="single"/>
        </w:rPr>
      </w:pPr>
      <w:r>
        <w:t>WHAT TO DO</w:t>
      </w:r>
    </w:p>
    <w:p w14:paraId="53073AB0" w14:textId="77777777" w:rsidR="00D13259" w:rsidRDefault="00790E77">
      <w:pPr>
        <w:rPr>
          <w:b/>
        </w:rPr>
      </w:pPr>
      <w:r>
        <w:rPr>
          <w:b/>
        </w:rPr>
        <w:t>You will be “watching” one star from an Inner or Outer “Lane” from the Sun’s vantage point as they both move around the Galaxy.</w:t>
      </w:r>
    </w:p>
    <w:p w14:paraId="17FA1BFC" w14:textId="77777777" w:rsidR="00D13259" w:rsidRDefault="00790E77">
      <w:pPr>
        <w:keepNext/>
      </w:pPr>
      <w:r>
        <w:t xml:space="preserve">You should work with a partner, but each individual is responsible for a data set.  </w:t>
      </w:r>
    </w:p>
    <w:p w14:paraId="71104D37" w14:textId="77777777" w:rsidR="00D13259" w:rsidRDefault="00790E77">
      <w:pPr>
        <w:jc w:val="center"/>
      </w:pPr>
      <w:r>
        <w:rPr>
          <w:noProof/>
        </w:rPr>
        <w:drawing>
          <wp:inline distT="0" distB="0" distL="0" distR="0" wp14:anchorId="654909EE" wp14:editId="3E0ED2D1">
            <wp:extent cx="3721418" cy="3285314"/>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8"/>
                    <a:srcRect/>
                    <a:stretch>
                      <a:fillRect/>
                    </a:stretch>
                  </pic:blipFill>
                  <pic:spPr>
                    <a:xfrm>
                      <a:off x="0" y="0"/>
                      <a:ext cx="3721418" cy="3285314"/>
                    </a:xfrm>
                    <a:prstGeom prst="rect">
                      <a:avLst/>
                    </a:prstGeom>
                    <a:ln/>
                  </pic:spPr>
                </pic:pic>
              </a:graphicData>
            </a:graphic>
          </wp:inline>
        </w:drawing>
      </w:r>
    </w:p>
    <w:p w14:paraId="562FAB3D" w14:textId="7ED1E756" w:rsidR="00D13259" w:rsidRDefault="00790E77">
      <w:pPr>
        <w:numPr>
          <w:ilvl w:val="0"/>
          <w:numId w:val="1"/>
        </w:numPr>
      </w:pPr>
      <w:r>
        <w:t xml:space="preserve">Get a </w:t>
      </w:r>
      <w:r>
        <w:rPr>
          <w:b/>
        </w:rPr>
        <w:t>30cm Ruler</w:t>
      </w:r>
      <w:r>
        <w:t xml:space="preserve"> and a     </w:t>
      </w:r>
      <w:hyperlink r:id="rId9">
        <w:r>
          <w:rPr>
            <w:b/>
            <w:color w:val="1155CC"/>
            <w:u w:val="single"/>
          </w:rPr>
          <w:t>MIlky Way Model</w:t>
        </w:r>
      </w:hyperlink>
      <w:r>
        <w:t xml:space="preserve"> (foam base, Milky Way image, 3 pins, one circle protractor with extension arm)</w:t>
      </w:r>
    </w:p>
    <w:p w14:paraId="7DC91CEC" w14:textId="77777777" w:rsidR="00D13259" w:rsidRDefault="00790E77">
      <w:pPr>
        <w:numPr>
          <w:ilvl w:val="0"/>
          <w:numId w:val="1"/>
        </w:numPr>
      </w:pPr>
      <w:r>
        <w:lastRenderedPageBreak/>
        <w:t xml:space="preserve">Get your </w:t>
      </w:r>
      <w:r>
        <w:rPr>
          <w:b/>
        </w:rPr>
        <w:t>3 Random Numbers</w:t>
      </w:r>
      <w:r>
        <w:t xml:space="preserve"> from the Teacher. It will include:  1) your Sun start position# on circle, 2) which Lane your Target Star is in 3) your Target Star’s start position#.</w:t>
      </w:r>
    </w:p>
    <w:p w14:paraId="27677ACE" w14:textId="77777777" w:rsidR="00D13259" w:rsidRDefault="00790E77">
      <w:pPr>
        <w:numPr>
          <w:ilvl w:val="0"/>
          <w:numId w:val="1"/>
        </w:numPr>
      </w:pPr>
      <w:r>
        <w:t>Stick pin#1 through Protractor (may be done already) and into Sun Start Dot</w:t>
      </w:r>
    </w:p>
    <w:p w14:paraId="47DEE80F" w14:textId="77777777" w:rsidR="00D13259" w:rsidRDefault="00790E77">
      <w:pPr>
        <w:numPr>
          <w:ilvl w:val="0"/>
          <w:numId w:val="1"/>
        </w:numPr>
      </w:pPr>
      <w:r>
        <w:t>Stick pin#2 in the Galactic Center and the center line on the extension arm on the protractor.</w:t>
      </w:r>
    </w:p>
    <w:p w14:paraId="4D795C44" w14:textId="77777777" w:rsidR="00D13259" w:rsidRDefault="00790E77">
      <w:pPr>
        <w:numPr>
          <w:ilvl w:val="0"/>
          <w:numId w:val="1"/>
        </w:numPr>
      </w:pPr>
      <w:r>
        <w:t>Stick pin#3 in your Star’s starting position</w:t>
      </w:r>
    </w:p>
    <w:p w14:paraId="43D58E38" w14:textId="77777777" w:rsidR="00D13259" w:rsidRDefault="00790E77">
      <w:pPr>
        <w:numPr>
          <w:ilvl w:val="0"/>
          <w:numId w:val="1"/>
        </w:numPr>
      </w:pPr>
      <w:r>
        <w:t xml:space="preserve">Place Ruler against Sun and Star pins and </w:t>
      </w:r>
      <w:r>
        <w:rPr>
          <w:b/>
        </w:rPr>
        <w:t>read</w:t>
      </w:r>
      <w:r>
        <w:t xml:space="preserve"> the angle. This the </w:t>
      </w:r>
      <w:r>
        <w:rPr>
          <w:b/>
        </w:rPr>
        <w:t>Galactic Longitude</w:t>
      </w:r>
      <w:r>
        <w:t xml:space="preserve"> value.</w:t>
      </w:r>
    </w:p>
    <w:p w14:paraId="72BDDB4C" w14:textId="77777777" w:rsidR="00D13259" w:rsidRDefault="00790E77">
      <w:pPr>
        <w:numPr>
          <w:ilvl w:val="0"/>
          <w:numId w:val="1"/>
        </w:numPr>
      </w:pPr>
      <w:r>
        <w:t>Measure distance, with the ruler, from Sun to Star to the nearest 0.1 cm.</w:t>
      </w:r>
    </w:p>
    <w:p w14:paraId="7892F475" w14:textId="77777777" w:rsidR="00D13259" w:rsidRDefault="00790E77">
      <w:pPr>
        <w:numPr>
          <w:ilvl w:val="0"/>
          <w:numId w:val="1"/>
        </w:numPr>
      </w:pPr>
      <w:r>
        <w:t>Record this in your data chart line 0</w:t>
      </w:r>
    </w:p>
    <w:p w14:paraId="38B92477" w14:textId="77777777" w:rsidR="00D13259" w:rsidRDefault="00790E77">
      <w:pPr>
        <w:numPr>
          <w:ilvl w:val="0"/>
          <w:numId w:val="1"/>
        </w:numPr>
      </w:pPr>
      <w:r>
        <w:t>Move the Sun and Star pins two dots forward (clockwise) along their respective paths.</w:t>
      </w:r>
    </w:p>
    <w:p w14:paraId="31B8BBBA" w14:textId="77777777" w:rsidR="00D13259" w:rsidRDefault="00790E77">
      <w:pPr>
        <w:numPr>
          <w:ilvl w:val="0"/>
          <w:numId w:val="1"/>
        </w:numPr>
      </w:pPr>
      <w:r>
        <w:t>Repeat 6) - 9), Enter the data in the next line on Chart.</w:t>
      </w:r>
    </w:p>
    <w:p w14:paraId="1706A7E3" w14:textId="77777777" w:rsidR="00D13259" w:rsidRDefault="00790E77">
      <w:pPr>
        <w:numPr>
          <w:ilvl w:val="0"/>
          <w:numId w:val="1"/>
        </w:numPr>
      </w:pPr>
      <w:r>
        <w:t>Continue the process until the table is full.</w:t>
      </w:r>
    </w:p>
    <w:p w14:paraId="756376B8" w14:textId="77777777" w:rsidR="00D13259" w:rsidRDefault="00790E77">
      <w:pPr>
        <w:keepNext/>
        <w:pageBreakBefore/>
      </w:pPr>
      <w:r>
        <w:lastRenderedPageBreak/>
        <w:t>Your Data Chart</w:t>
      </w:r>
    </w:p>
    <w:tbl>
      <w:tblPr>
        <w:tblStyle w:val="a1"/>
        <w:tblW w:w="10080" w:type="dxa"/>
        <w:tblBorders>
          <w:top w:val="nil"/>
          <w:left w:val="nil"/>
          <w:bottom w:val="nil"/>
          <w:right w:val="nil"/>
          <w:insideH w:val="nil"/>
          <w:insideV w:val="nil"/>
        </w:tblBorders>
        <w:tblLayout w:type="fixed"/>
        <w:tblLook w:val="0600" w:firstRow="0" w:lastRow="0" w:firstColumn="0" w:lastColumn="0" w:noHBand="1" w:noVBand="1"/>
      </w:tblPr>
      <w:tblGrid>
        <w:gridCol w:w="1602"/>
        <w:gridCol w:w="1319"/>
        <w:gridCol w:w="2449"/>
        <w:gridCol w:w="2261"/>
        <w:gridCol w:w="2449"/>
      </w:tblGrid>
      <w:tr w:rsidR="00D13259" w14:paraId="47C6D0ED" w14:textId="77777777">
        <w:trPr>
          <w:cantSplit/>
          <w:trHeight w:hRule="exact" w:val="1100"/>
          <w:tblHeader/>
        </w:trPr>
        <w:tc>
          <w:tcPr>
            <w:tcW w:w="1601"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0555C62"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05C5E795" w14:textId="77777777" w:rsidR="00D13259" w:rsidRDefault="00790E77">
            <w:pPr>
              <w:keepNext/>
              <w:keepLines/>
              <w:widowControl w:val="0"/>
              <w:spacing w:after="0" w:line="252" w:lineRule="auto"/>
              <w:jc w:val="center"/>
              <w:rPr>
                <w:sz w:val="20"/>
                <w:szCs w:val="20"/>
              </w:rPr>
            </w:pPr>
            <w:r>
              <w:rPr>
                <w:b/>
                <w:color w:val="FFFFFF"/>
                <w:sz w:val="18"/>
                <w:szCs w:val="20"/>
              </w:rPr>
              <w:t>Data Pt #</w:t>
            </w:r>
          </w:p>
        </w:tc>
        <w:tc>
          <w:tcPr>
            <w:tcW w:w="2449"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1451F9A7" w14:textId="77777777" w:rsidR="00D13259" w:rsidRDefault="00790E77">
            <w:pPr>
              <w:keepNext/>
              <w:keepLines/>
              <w:widowControl w:val="0"/>
              <w:spacing w:after="0" w:line="252" w:lineRule="auto"/>
              <w:jc w:val="center"/>
              <w:rPr>
                <w:sz w:val="20"/>
                <w:szCs w:val="20"/>
              </w:rPr>
            </w:pPr>
            <w:r>
              <w:rPr>
                <w:b/>
                <w:color w:val="FFFFFF"/>
                <w:sz w:val="18"/>
                <w:szCs w:val="20"/>
              </w:rPr>
              <w:t>Galactic Longitude of your Star (Angle from 0° to 360°)</w:t>
            </w:r>
          </w:p>
        </w:tc>
        <w:tc>
          <w:tcPr>
            <w:tcW w:w="2261"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27E329D3" w14:textId="77777777" w:rsidR="00D13259" w:rsidRDefault="00790E77">
            <w:pPr>
              <w:keepNext/>
              <w:keepLines/>
              <w:widowControl w:val="0"/>
              <w:spacing w:after="0" w:line="252" w:lineRule="auto"/>
              <w:jc w:val="center"/>
              <w:rPr>
                <w:sz w:val="20"/>
                <w:szCs w:val="20"/>
              </w:rPr>
            </w:pPr>
            <w:r>
              <w:rPr>
                <w:b/>
                <w:color w:val="FFFFFF"/>
                <w:sz w:val="18"/>
                <w:szCs w:val="20"/>
              </w:rPr>
              <w:t>Distance from Sun to your Star (cm)</w:t>
            </w:r>
          </w:p>
        </w:tc>
        <w:tc>
          <w:tcPr>
            <w:tcW w:w="2449" w:type="dxa"/>
            <w:tcBorders>
              <w:top w:val="single" w:sz="4" w:space="0" w:color="D9D9D9"/>
              <w:left w:val="single" w:sz="4" w:space="0" w:color="D9D9D9"/>
              <w:bottom w:val="single" w:sz="4" w:space="0" w:color="D9D9D9"/>
              <w:right w:val="single" w:sz="4" w:space="0" w:color="D9D9D9"/>
            </w:tcBorders>
            <w:shd w:val="clear" w:color="auto" w:fill="002855"/>
            <w:tcMar>
              <w:top w:w="90" w:type="dxa"/>
              <w:left w:w="90" w:type="dxa"/>
              <w:bottom w:w="90" w:type="dxa"/>
              <w:right w:w="90" w:type="dxa"/>
            </w:tcMar>
            <w:vAlign w:val="center"/>
          </w:tcPr>
          <w:p w14:paraId="50C8594B" w14:textId="77777777" w:rsidR="00D13259" w:rsidRDefault="00790E77">
            <w:pPr>
              <w:keepNext/>
              <w:keepLines/>
              <w:widowControl w:val="0"/>
              <w:spacing w:after="0" w:line="252" w:lineRule="auto"/>
              <w:jc w:val="center"/>
              <w:rPr>
                <w:sz w:val="20"/>
                <w:szCs w:val="20"/>
              </w:rPr>
            </w:pPr>
            <w:r>
              <w:rPr>
                <w:b/>
                <w:color w:val="FFFFFF"/>
                <w:sz w:val="18"/>
                <w:szCs w:val="20"/>
              </w:rPr>
              <w:t>Change in Distance from last recording (cm)</w:t>
            </w:r>
          </w:p>
        </w:tc>
      </w:tr>
      <w:tr w:rsidR="00D13259" w14:paraId="3E31961E"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149F3B5" w14:textId="77777777" w:rsidR="00D13259" w:rsidRDefault="00790E77">
            <w:pPr>
              <w:keepNext/>
              <w:keepLines/>
              <w:widowControl w:val="0"/>
              <w:spacing w:after="0" w:line="252" w:lineRule="auto"/>
              <w:jc w:val="center"/>
              <w:rPr>
                <w:sz w:val="20"/>
                <w:szCs w:val="20"/>
              </w:rPr>
            </w:pPr>
            <w:r>
              <w:rPr>
                <w:sz w:val="18"/>
                <w:szCs w:val="20"/>
              </w:rPr>
              <w:t>Who's Data</w:t>
            </w: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D1737E6" w14:textId="77777777" w:rsidR="00D13259" w:rsidRDefault="00790E77">
            <w:pPr>
              <w:keepNext/>
              <w:keepLines/>
              <w:widowControl w:val="0"/>
              <w:spacing w:after="0" w:line="252" w:lineRule="auto"/>
              <w:jc w:val="center"/>
              <w:rPr>
                <w:sz w:val="20"/>
                <w:szCs w:val="20"/>
              </w:rPr>
            </w:pPr>
            <w:r>
              <w:rPr>
                <w:sz w:val="18"/>
                <w:szCs w:val="20"/>
              </w:rPr>
              <w:t>0</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EC867E4"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946810C"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0D1A6DD" w14:textId="77777777" w:rsidR="00D13259" w:rsidRDefault="00790E77">
            <w:pPr>
              <w:keepNext/>
              <w:keepLines/>
              <w:widowControl w:val="0"/>
              <w:spacing w:after="0" w:line="252" w:lineRule="auto"/>
              <w:jc w:val="center"/>
              <w:rPr>
                <w:sz w:val="20"/>
                <w:szCs w:val="20"/>
              </w:rPr>
            </w:pPr>
            <w:r>
              <w:rPr>
                <w:sz w:val="18"/>
                <w:szCs w:val="20"/>
              </w:rPr>
              <w:t>0</w:t>
            </w:r>
          </w:p>
        </w:tc>
      </w:tr>
      <w:tr w:rsidR="00D13259" w14:paraId="7716451E"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58D11F"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D5B4C08" w14:textId="77777777" w:rsidR="00D13259" w:rsidRDefault="00790E77">
            <w:pPr>
              <w:keepNext/>
              <w:keepLines/>
              <w:widowControl w:val="0"/>
              <w:spacing w:after="0" w:line="252" w:lineRule="auto"/>
              <w:jc w:val="center"/>
              <w:rPr>
                <w:sz w:val="20"/>
                <w:szCs w:val="20"/>
              </w:rPr>
            </w:pPr>
            <w:r>
              <w:rPr>
                <w:sz w:val="18"/>
                <w:szCs w:val="20"/>
              </w:rPr>
              <w:t>1</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280AA79"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D189615"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3429152" w14:textId="77777777" w:rsidR="00D13259" w:rsidRDefault="00D13259">
            <w:pPr>
              <w:keepNext/>
              <w:keepLines/>
              <w:widowControl w:val="0"/>
              <w:spacing w:after="0" w:line="252" w:lineRule="auto"/>
              <w:rPr>
                <w:sz w:val="20"/>
                <w:szCs w:val="20"/>
              </w:rPr>
            </w:pPr>
          </w:p>
        </w:tc>
      </w:tr>
      <w:tr w:rsidR="00D13259" w14:paraId="3D29C529"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C6674AE" w14:textId="77777777" w:rsidR="00D13259" w:rsidRDefault="00790E77">
            <w:pPr>
              <w:keepNext/>
              <w:keepLines/>
              <w:widowControl w:val="0"/>
              <w:spacing w:after="0" w:line="252" w:lineRule="auto"/>
              <w:jc w:val="center"/>
              <w:rPr>
                <w:sz w:val="20"/>
                <w:szCs w:val="20"/>
              </w:rPr>
            </w:pPr>
            <w:r>
              <w:rPr>
                <w:sz w:val="18"/>
                <w:szCs w:val="20"/>
              </w:rPr>
              <w:t>Sun's Start #</w:t>
            </w: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196F686" w14:textId="77777777" w:rsidR="00D13259" w:rsidRDefault="00790E77">
            <w:pPr>
              <w:keepNext/>
              <w:keepLines/>
              <w:widowControl w:val="0"/>
              <w:spacing w:after="0" w:line="252" w:lineRule="auto"/>
              <w:jc w:val="center"/>
              <w:rPr>
                <w:sz w:val="20"/>
                <w:szCs w:val="20"/>
              </w:rPr>
            </w:pPr>
            <w:r>
              <w:rPr>
                <w:sz w:val="18"/>
                <w:szCs w:val="20"/>
              </w:rPr>
              <w:t>2</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77C5F2D"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95C1BCA"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DA2D114" w14:textId="77777777" w:rsidR="00D13259" w:rsidRDefault="00D13259">
            <w:pPr>
              <w:keepNext/>
              <w:keepLines/>
              <w:widowControl w:val="0"/>
              <w:spacing w:after="0" w:line="252" w:lineRule="auto"/>
              <w:rPr>
                <w:sz w:val="20"/>
                <w:szCs w:val="20"/>
              </w:rPr>
            </w:pPr>
          </w:p>
        </w:tc>
      </w:tr>
      <w:tr w:rsidR="00D13259" w14:paraId="4F53C993"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67D8BD7"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96A77B2" w14:textId="77777777" w:rsidR="00D13259" w:rsidRDefault="00790E77">
            <w:pPr>
              <w:keepNext/>
              <w:keepLines/>
              <w:widowControl w:val="0"/>
              <w:spacing w:after="0" w:line="252" w:lineRule="auto"/>
              <w:jc w:val="center"/>
              <w:rPr>
                <w:sz w:val="20"/>
                <w:szCs w:val="20"/>
              </w:rPr>
            </w:pPr>
            <w:r>
              <w:rPr>
                <w:sz w:val="18"/>
                <w:szCs w:val="20"/>
              </w:rPr>
              <w:t>3</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47EB12C"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B5F9FBB"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7F8BFF" w14:textId="77777777" w:rsidR="00D13259" w:rsidRDefault="00D13259">
            <w:pPr>
              <w:keepNext/>
              <w:keepLines/>
              <w:widowControl w:val="0"/>
              <w:spacing w:after="0" w:line="252" w:lineRule="auto"/>
              <w:rPr>
                <w:sz w:val="20"/>
                <w:szCs w:val="20"/>
              </w:rPr>
            </w:pPr>
          </w:p>
        </w:tc>
      </w:tr>
      <w:tr w:rsidR="00D13259" w14:paraId="0D5ED898"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C68DBD3" w14:textId="77777777" w:rsidR="00D13259" w:rsidRDefault="00790E77">
            <w:pPr>
              <w:keepNext/>
              <w:keepLines/>
              <w:widowControl w:val="0"/>
              <w:spacing w:after="0" w:line="252" w:lineRule="auto"/>
              <w:jc w:val="center"/>
              <w:rPr>
                <w:sz w:val="20"/>
                <w:szCs w:val="20"/>
              </w:rPr>
            </w:pPr>
            <w:r>
              <w:rPr>
                <w:sz w:val="18"/>
                <w:szCs w:val="20"/>
              </w:rPr>
              <w:t>Star's Lane</w:t>
            </w: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DC61C2C" w14:textId="77777777" w:rsidR="00D13259" w:rsidRDefault="00790E77">
            <w:pPr>
              <w:keepNext/>
              <w:keepLines/>
              <w:widowControl w:val="0"/>
              <w:spacing w:after="0" w:line="252" w:lineRule="auto"/>
              <w:jc w:val="center"/>
              <w:rPr>
                <w:sz w:val="20"/>
                <w:szCs w:val="20"/>
              </w:rPr>
            </w:pPr>
            <w:r>
              <w:rPr>
                <w:sz w:val="18"/>
                <w:szCs w:val="20"/>
              </w:rPr>
              <w:t>4</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4339AC0"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C49EA0"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4064919" w14:textId="77777777" w:rsidR="00D13259" w:rsidRDefault="00D13259">
            <w:pPr>
              <w:keepNext/>
              <w:keepLines/>
              <w:widowControl w:val="0"/>
              <w:spacing w:after="0" w:line="252" w:lineRule="auto"/>
              <w:rPr>
                <w:sz w:val="20"/>
                <w:szCs w:val="20"/>
              </w:rPr>
            </w:pPr>
          </w:p>
        </w:tc>
      </w:tr>
      <w:tr w:rsidR="00D13259" w14:paraId="1488D851"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AA80847"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B524316" w14:textId="77777777" w:rsidR="00D13259" w:rsidRDefault="00790E77">
            <w:pPr>
              <w:keepNext/>
              <w:keepLines/>
              <w:widowControl w:val="0"/>
              <w:spacing w:after="0" w:line="252" w:lineRule="auto"/>
              <w:jc w:val="center"/>
              <w:rPr>
                <w:sz w:val="20"/>
                <w:szCs w:val="20"/>
              </w:rPr>
            </w:pPr>
            <w:r>
              <w:rPr>
                <w:sz w:val="18"/>
                <w:szCs w:val="20"/>
              </w:rPr>
              <w:t>5</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DE4A524"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A0438C"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A4C3A29" w14:textId="77777777" w:rsidR="00D13259" w:rsidRDefault="00D13259">
            <w:pPr>
              <w:keepNext/>
              <w:keepLines/>
              <w:widowControl w:val="0"/>
              <w:spacing w:after="0" w:line="252" w:lineRule="auto"/>
              <w:rPr>
                <w:sz w:val="20"/>
                <w:szCs w:val="20"/>
              </w:rPr>
            </w:pPr>
          </w:p>
        </w:tc>
      </w:tr>
      <w:tr w:rsidR="00D13259" w14:paraId="70A6E354"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0DF653A" w14:textId="77777777" w:rsidR="00D13259" w:rsidRDefault="00790E77">
            <w:pPr>
              <w:keepNext/>
              <w:keepLines/>
              <w:widowControl w:val="0"/>
              <w:spacing w:after="0" w:line="252" w:lineRule="auto"/>
              <w:jc w:val="center"/>
              <w:rPr>
                <w:sz w:val="20"/>
                <w:szCs w:val="20"/>
              </w:rPr>
            </w:pPr>
            <w:r>
              <w:rPr>
                <w:sz w:val="18"/>
                <w:szCs w:val="20"/>
              </w:rPr>
              <w:t>Star's Start #</w:t>
            </w: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53B5F0C" w14:textId="77777777" w:rsidR="00D13259" w:rsidRDefault="00790E77">
            <w:pPr>
              <w:keepNext/>
              <w:keepLines/>
              <w:widowControl w:val="0"/>
              <w:spacing w:after="0" w:line="252" w:lineRule="auto"/>
              <w:jc w:val="center"/>
              <w:rPr>
                <w:sz w:val="20"/>
                <w:szCs w:val="20"/>
              </w:rPr>
            </w:pPr>
            <w:r>
              <w:rPr>
                <w:sz w:val="18"/>
                <w:szCs w:val="20"/>
              </w:rPr>
              <w:t>6</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1BA4EAB"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3689A9C"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F003E1F" w14:textId="77777777" w:rsidR="00D13259" w:rsidRDefault="00D13259">
            <w:pPr>
              <w:keepNext/>
              <w:keepLines/>
              <w:widowControl w:val="0"/>
              <w:spacing w:after="0" w:line="252" w:lineRule="auto"/>
              <w:rPr>
                <w:sz w:val="20"/>
                <w:szCs w:val="20"/>
              </w:rPr>
            </w:pPr>
          </w:p>
        </w:tc>
      </w:tr>
      <w:tr w:rsidR="00D13259" w14:paraId="357BA61C"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D6C0E3E"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56B3CC3" w14:textId="77777777" w:rsidR="00D13259" w:rsidRDefault="00790E77">
            <w:pPr>
              <w:keepNext/>
              <w:keepLines/>
              <w:widowControl w:val="0"/>
              <w:spacing w:after="0" w:line="252" w:lineRule="auto"/>
              <w:jc w:val="center"/>
              <w:rPr>
                <w:sz w:val="20"/>
                <w:szCs w:val="20"/>
              </w:rPr>
            </w:pPr>
            <w:r>
              <w:rPr>
                <w:sz w:val="18"/>
                <w:szCs w:val="20"/>
              </w:rPr>
              <w:t>7</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E06CF52"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4C4565"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0F0DE7" w14:textId="77777777" w:rsidR="00D13259" w:rsidRDefault="00D13259">
            <w:pPr>
              <w:keepNext/>
              <w:keepLines/>
              <w:widowControl w:val="0"/>
              <w:spacing w:after="0" w:line="252" w:lineRule="auto"/>
              <w:rPr>
                <w:sz w:val="20"/>
                <w:szCs w:val="20"/>
              </w:rPr>
            </w:pPr>
          </w:p>
        </w:tc>
      </w:tr>
      <w:tr w:rsidR="00D13259" w14:paraId="4CCD2EC4"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3A0506B"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83A0751" w14:textId="77777777" w:rsidR="00D13259" w:rsidRDefault="00790E77">
            <w:pPr>
              <w:keepNext/>
              <w:keepLines/>
              <w:widowControl w:val="0"/>
              <w:spacing w:after="0" w:line="252" w:lineRule="auto"/>
              <w:jc w:val="center"/>
              <w:rPr>
                <w:sz w:val="20"/>
                <w:szCs w:val="20"/>
              </w:rPr>
            </w:pPr>
            <w:r>
              <w:rPr>
                <w:sz w:val="18"/>
                <w:szCs w:val="20"/>
              </w:rPr>
              <w:t>8</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377E3A"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CF23BB5"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3E950EB" w14:textId="77777777" w:rsidR="00D13259" w:rsidRDefault="00D13259">
            <w:pPr>
              <w:keepNext/>
              <w:keepLines/>
              <w:widowControl w:val="0"/>
              <w:spacing w:after="0" w:line="252" w:lineRule="auto"/>
              <w:rPr>
                <w:sz w:val="20"/>
                <w:szCs w:val="20"/>
              </w:rPr>
            </w:pPr>
          </w:p>
        </w:tc>
      </w:tr>
      <w:tr w:rsidR="00D13259" w14:paraId="290BF7E8"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688067E"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B6E0230" w14:textId="77777777" w:rsidR="00D13259" w:rsidRDefault="00790E77">
            <w:pPr>
              <w:keepNext/>
              <w:keepLines/>
              <w:widowControl w:val="0"/>
              <w:spacing w:after="0" w:line="252" w:lineRule="auto"/>
              <w:jc w:val="center"/>
              <w:rPr>
                <w:sz w:val="20"/>
                <w:szCs w:val="20"/>
              </w:rPr>
            </w:pPr>
            <w:r>
              <w:rPr>
                <w:sz w:val="18"/>
                <w:szCs w:val="20"/>
              </w:rPr>
              <w:t>9</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56D35D"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BF76E26"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49A011" w14:textId="77777777" w:rsidR="00D13259" w:rsidRDefault="00D13259">
            <w:pPr>
              <w:keepNext/>
              <w:keepLines/>
              <w:widowControl w:val="0"/>
              <w:spacing w:after="0" w:line="252" w:lineRule="auto"/>
              <w:rPr>
                <w:sz w:val="20"/>
                <w:szCs w:val="20"/>
              </w:rPr>
            </w:pPr>
          </w:p>
        </w:tc>
      </w:tr>
      <w:tr w:rsidR="00D13259" w14:paraId="4EC6C935"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B324809"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302696B" w14:textId="77777777" w:rsidR="00D13259" w:rsidRDefault="00790E77">
            <w:pPr>
              <w:keepNext/>
              <w:keepLines/>
              <w:widowControl w:val="0"/>
              <w:spacing w:after="0" w:line="252" w:lineRule="auto"/>
              <w:jc w:val="center"/>
              <w:rPr>
                <w:sz w:val="20"/>
                <w:szCs w:val="20"/>
              </w:rPr>
            </w:pPr>
            <w:r>
              <w:rPr>
                <w:sz w:val="18"/>
                <w:szCs w:val="20"/>
              </w:rPr>
              <w:t>10</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E931A24"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C5EC2FA"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6AB9DF" w14:textId="77777777" w:rsidR="00D13259" w:rsidRDefault="00D13259">
            <w:pPr>
              <w:keepNext/>
              <w:keepLines/>
              <w:widowControl w:val="0"/>
              <w:spacing w:after="0" w:line="252" w:lineRule="auto"/>
              <w:rPr>
                <w:sz w:val="20"/>
                <w:szCs w:val="20"/>
              </w:rPr>
            </w:pPr>
          </w:p>
        </w:tc>
      </w:tr>
      <w:tr w:rsidR="00D13259" w14:paraId="627BD0B4"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B21CB4C"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A8102AC" w14:textId="77777777" w:rsidR="00D13259" w:rsidRDefault="00790E77">
            <w:pPr>
              <w:keepNext/>
              <w:keepLines/>
              <w:widowControl w:val="0"/>
              <w:spacing w:after="0" w:line="252" w:lineRule="auto"/>
              <w:jc w:val="center"/>
              <w:rPr>
                <w:sz w:val="20"/>
                <w:szCs w:val="20"/>
              </w:rPr>
            </w:pPr>
            <w:r>
              <w:rPr>
                <w:sz w:val="18"/>
                <w:szCs w:val="20"/>
              </w:rPr>
              <w:t>11</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2502EB7"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91CFF18"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87302AD" w14:textId="77777777" w:rsidR="00D13259" w:rsidRDefault="00D13259">
            <w:pPr>
              <w:keepNext/>
              <w:keepLines/>
              <w:widowControl w:val="0"/>
              <w:spacing w:after="0" w:line="252" w:lineRule="auto"/>
              <w:rPr>
                <w:sz w:val="20"/>
                <w:szCs w:val="20"/>
              </w:rPr>
            </w:pPr>
          </w:p>
        </w:tc>
      </w:tr>
      <w:tr w:rsidR="00D13259" w14:paraId="66247BC5"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3026C4C"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F017075" w14:textId="77777777" w:rsidR="00D13259" w:rsidRDefault="00790E77">
            <w:pPr>
              <w:keepNext/>
              <w:keepLines/>
              <w:widowControl w:val="0"/>
              <w:spacing w:after="0" w:line="252" w:lineRule="auto"/>
              <w:jc w:val="center"/>
              <w:rPr>
                <w:sz w:val="20"/>
                <w:szCs w:val="20"/>
              </w:rPr>
            </w:pPr>
            <w:r>
              <w:rPr>
                <w:sz w:val="18"/>
                <w:szCs w:val="20"/>
              </w:rPr>
              <w:t>12</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4411F9"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F722C4A"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A19DA83" w14:textId="77777777" w:rsidR="00D13259" w:rsidRDefault="00D13259">
            <w:pPr>
              <w:keepNext/>
              <w:keepLines/>
              <w:widowControl w:val="0"/>
              <w:spacing w:after="0" w:line="252" w:lineRule="auto"/>
              <w:rPr>
                <w:sz w:val="20"/>
                <w:szCs w:val="20"/>
              </w:rPr>
            </w:pPr>
          </w:p>
        </w:tc>
      </w:tr>
      <w:tr w:rsidR="00D13259" w14:paraId="5A745868"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0AD21D0"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CF6FBF6" w14:textId="77777777" w:rsidR="00D13259" w:rsidRDefault="00790E77">
            <w:pPr>
              <w:keepNext/>
              <w:keepLines/>
              <w:widowControl w:val="0"/>
              <w:spacing w:after="0" w:line="252" w:lineRule="auto"/>
              <w:jc w:val="center"/>
              <w:rPr>
                <w:sz w:val="20"/>
                <w:szCs w:val="20"/>
              </w:rPr>
            </w:pPr>
            <w:r>
              <w:rPr>
                <w:sz w:val="18"/>
                <w:szCs w:val="20"/>
              </w:rPr>
              <w:t>13</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A2CC637"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2BCE826"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422CE2C" w14:textId="77777777" w:rsidR="00D13259" w:rsidRDefault="00D13259">
            <w:pPr>
              <w:keepNext/>
              <w:keepLines/>
              <w:widowControl w:val="0"/>
              <w:spacing w:after="0" w:line="252" w:lineRule="auto"/>
              <w:rPr>
                <w:sz w:val="20"/>
                <w:szCs w:val="20"/>
              </w:rPr>
            </w:pPr>
          </w:p>
        </w:tc>
      </w:tr>
      <w:tr w:rsidR="00D13259" w14:paraId="17F3558A"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C706705"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F2D1178" w14:textId="77777777" w:rsidR="00D13259" w:rsidRDefault="00790E77">
            <w:pPr>
              <w:keepNext/>
              <w:keepLines/>
              <w:widowControl w:val="0"/>
              <w:spacing w:after="0" w:line="252" w:lineRule="auto"/>
              <w:jc w:val="center"/>
              <w:rPr>
                <w:sz w:val="20"/>
                <w:szCs w:val="20"/>
              </w:rPr>
            </w:pPr>
            <w:r>
              <w:rPr>
                <w:sz w:val="18"/>
                <w:szCs w:val="20"/>
              </w:rPr>
              <w:t>14</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F03FC97"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6FDF816"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823258E" w14:textId="77777777" w:rsidR="00D13259" w:rsidRDefault="00D13259">
            <w:pPr>
              <w:keepNext/>
              <w:keepLines/>
              <w:widowControl w:val="0"/>
              <w:spacing w:after="0" w:line="252" w:lineRule="auto"/>
              <w:rPr>
                <w:sz w:val="20"/>
                <w:szCs w:val="20"/>
              </w:rPr>
            </w:pPr>
          </w:p>
        </w:tc>
      </w:tr>
      <w:tr w:rsidR="00D13259" w14:paraId="4D630B04"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D255710"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C89E90A" w14:textId="77777777" w:rsidR="00D13259" w:rsidRDefault="00790E77">
            <w:pPr>
              <w:keepNext/>
              <w:keepLines/>
              <w:widowControl w:val="0"/>
              <w:spacing w:after="0" w:line="252" w:lineRule="auto"/>
              <w:jc w:val="center"/>
              <w:rPr>
                <w:sz w:val="20"/>
                <w:szCs w:val="20"/>
              </w:rPr>
            </w:pPr>
            <w:r>
              <w:rPr>
                <w:sz w:val="18"/>
                <w:szCs w:val="20"/>
              </w:rPr>
              <w:t>15</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1BDF195"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EE9CFDF"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D889AE" w14:textId="77777777" w:rsidR="00D13259" w:rsidRDefault="00D13259">
            <w:pPr>
              <w:keepNext/>
              <w:keepLines/>
              <w:widowControl w:val="0"/>
              <w:spacing w:after="0" w:line="252" w:lineRule="auto"/>
              <w:rPr>
                <w:sz w:val="20"/>
                <w:szCs w:val="20"/>
              </w:rPr>
            </w:pPr>
          </w:p>
        </w:tc>
      </w:tr>
      <w:tr w:rsidR="00D13259" w14:paraId="21D41A83"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6BAA731D"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0F1780" w14:textId="77777777" w:rsidR="00D13259" w:rsidRDefault="00790E77">
            <w:pPr>
              <w:keepNext/>
              <w:keepLines/>
              <w:widowControl w:val="0"/>
              <w:spacing w:after="0" w:line="252" w:lineRule="auto"/>
              <w:jc w:val="center"/>
              <w:rPr>
                <w:sz w:val="20"/>
                <w:szCs w:val="20"/>
              </w:rPr>
            </w:pPr>
            <w:r>
              <w:rPr>
                <w:sz w:val="18"/>
                <w:szCs w:val="20"/>
              </w:rPr>
              <w:t>16</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F0535A2"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5E7612A"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88775E1" w14:textId="77777777" w:rsidR="00D13259" w:rsidRDefault="00D13259">
            <w:pPr>
              <w:keepNext/>
              <w:keepLines/>
              <w:widowControl w:val="0"/>
              <w:spacing w:after="0" w:line="252" w:lineRule="auto"/>
              <w:rPr>
                <w:sz w:val="20"/>
                <w:szCs w:val="20"/>
              </w:rPr>
            </w:pPr>
          </w:p>
        </w:tc>
      </w:tr>
      <w:tr w:rsidR="00D13259" w14:paraId="6852D630"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109CD82"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01DDDBA" w14:textId="77777777" w:rsidR="00D13259" w:rsidRDefault="00790E77">
            <w:pPr>
              <w:keepNext/>
              <w:keepLines/>
              <w:widowControl w:val="0"/>
              <w:spacing w:after="0" w:line="252" w:lineRule="auto"/>
              <w:jc w:val="center"/>
              <w:rPr>
                <w:sz w:val="20"/>
                <w:szCs w:val="20"/>
              </w:rPr>
            </w:pPr>
            <w:r>
              <w:rPr>
                <w:sz w:val="18"/>
                <w:szCs w:val="20"/>
              </w:rPr>
              <w:t>17</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4CFF8D2"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989585E"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5100450" w14:textId="77777777" w:rsidR="00D13259" w:rsidRDefault="00D13259">
            <w:pPr>
              <w:keepNext/>
              <w:keepLines/>
              <w:widowControl w:val="0"/>
              <w:spacing w:after="0" w:line="252" w:lineRule="auto"/>
              <w:rPr>
                <w:sz w:val="20"/>
                <w:szCs w:val="20"/>
              </w:rPr>
            </w:pPr>
          </w:p>
        </w:tc>
      </w:tr>
      <w:tr w:rsidR="00D13259" w14:paraId="55D17EA8"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CEFD830"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284580BB" w14:textId="77777777" w:rsidR="00D13259" w:rsidRDefault="00790E77">
            <w:pPr>
              <w:keepNext/>
              <w:keepLines/>
              <w:widowControl w:val="0"/>
              <w:spacing w:after="0" w:line="252" w:lineRule="auto"/>
              <w:jc w:val="center"/>
              <w:rPr>
                <w:sz w:val="20"/>
                <w:szCs w:val="20"/>
              </w:rPr>
            </w:pPr>
            <w:r>
              <w:rPr>
                <w:sz w:val="18"/>
                <w:szCs w:val="20"/>
              </w:rPr>
              <w:t>18</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D6850DE"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75F2FA56"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57A9D19" w14:textId="77777777" w:rsidR="00D13259" w:rsidRDefault="00D13259">
            <w:pPr>
              <w:keepNext/>
              <w:keepLines/>
              <w:widowControl w:val="0"/>
              <w:spacing w:after="0" w:line="252" w:lineRule="auto"/>
              <w:rPr>
                <w:sz w:val="20"/>
                <w:szCs w:val="20"/>
              </w:rPr>
            </w:pPr>
          </w:p>
        </w:tc>
      </w:tr>
      <w:tr w:rsidR="00D13259" w14:paraId="0166A636"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0F4D8B5" w14:textId="77777777" w:rsidR="00D13259" w:rsidRDefault="00D13259">
            <w:pPr>
              <w:keepNext/>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C2A8440" w14:textId="77777777" w:rsidR="00D13259" w:rsidRDefault="00790E77">
            <w:pPr>
              <w:keepNext/>
              <w:keepLines/>
              <w:widowControl w:val="0"/>
              <w:spacing w:after="0" w:line="252" w:lineRule="auto"/>
              <w:jc w:val="center"/>
              <w:rPr>
                <w:sz w:val="20"/>
                <w:szCs w:val="20"/>
              </w:rPr>
            </w:pPr>
            <w:r>
              <w:rPr>
                <w:sz w:val="18"/>
                <w:szCs w:val="20"/>
              </w:rPr>
              <w:t>19</w:t>
            </w: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62065AF" w14:textId="77777777" w:rsidR="00D13259" w:rsidRDefault="00D13259">
            <w:pPr>
              <w:keepNext/>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3E9F3FE" w14:textId="77777777" w:rsidR="00D13259" w:rsidRDefault="00D13259">
            <w:pPr>
              <w:keepNext/>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1423635" w14:textId="77777777" w:rsidR="00D13259" w:rsidRDefault="00D13259">
            <w:pPr>
              <w:keepNext/>
              <w:keepLines/>
              <w:widowControl w:val="0"/>
              <w:spacing w:after="0" w:line="252" w:lineRule="auto"/>
              <w:rPr>
                <w:sz w:val="20"/>
                <w:szCs w:val="20"/>
              </w:rPr>
            </w:pPr>
          </w:p>
        </w:tc>
      </w:tr>
      <w:tr w:rsidR="00D13259" w14:paraId="07304FC7" w14:textId="77777777">
        <w:trPr>
          <w:cantSplit/>
          <w:trHeight w:hRule="exact" w:val="380"/>
        </w:trPr>
        <w:tc>
          <w:tcPr>
            <w:tcW w:w="160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5A032707" w14:textId="77777777" w:rsidR="00D13259" w:rsidRDefault="00D13259">
            <w:pPr>
              <w:keepLines/>
              <w:widowControl w:val="0"/>
              <w:spacing w:after="0" w:line="252" w:lineRule="auto"/>
              <w:rPr>
                <w:sz w:val="20"/>
                <w:szCs w:val="20"/>
              </w:rPr>
            </w:pPr>
          </w:p>
        </w:tc>
        <w:tc>
          <w:tcPr>
            <w:tcW w:w="131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45FD2756" w14:textId="77777777" w:rsidR="00D13259" w:rsidRDefault="00790E77">
            <w:pPr>
              <w:keepLines/>
              <w:widowControl w:val="0"/>
              <w:spacing w:after="0" w:line="252" w:lineRule="auto"/>
              <w:jc w:val="center"/>
              <w:rPr>
                <w:sz w:val="20"/>
                <w:szCs w:val="20"/>
              </w:rPr>
            </w:pPr>
            <w:r>
              <w:rPr>
                <w:sz w:val="18"/>
                <w:szCs w:val="20"/>
              </w:rPr>
              <w:t>20</w:t>
            </w: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1BDAF3D9" w14:textId="77777777" w:rsidR="00D13259" w:rsidRDefault="00D13259">
            <w:pPr>
              <w:keepLines/>
              <w:widowControl w:val="0"/>
              <w:spacing w:after="0" w:line="252" w:lineRule="auto"/>
              <w:rPr>
                <w:sz w:val="20"/>
                <w:szCs w:val="20"/>
              </w:rPr>
            </w:pPr>
          </w:p>
        </w:tc>
        <w:tc>
          <w:tcPr>
            <w:tcW w:w="2261"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39C98AFF" w14:textId="77777777" w:rsidR="00D13259" w:rsidRDefault="00D13259">
            <w:pPr>
              <w:keepLines/>
              <w:widowControl w:val="0"/>
              <w:spacing w:after="0" w:line="252" w:lineRule="auto"/>
              <w:rPr>
                <w:sz w:val="20"/>
                <w:szCs w:val="20"/>
              </w:rPr>
            </w:pPr>
          </w:p>
        </w:tc>
        <w:tc>
          <w:tcPr>
            <w:tcW w:w="2449" w:type="dxa"/>
            <w:tcBorders>
              <w:top w:val="single" w:sz="4" w:space="0" w:color="D9D9D9"/>
              <w:left w:val="single" w:sz="4" w:space="0" w:color="D9D9D9"/>
              <w:bottom w:val="single" w:sz="4" w:space="0" w:color="D9D9D9"/>
              <w:right w:val="single" w:sz="4" w:space="0" w:color="D9D9D9"/>
            </w:tcBorders>
            <w:shd w:val="clear" w:color="auto" w:fill="F3F5F7"/>
            <w:tcMar>
              <w:top w:w="90" w:type="dxa"/>
              <w:left w:w="90" w:type="dxa"/>
              <w:bottom w:w="90" w:type="dxa"/>
              <w:right w:w="90" w:type="dxa"/>
            </w:tcMar>
            <w:vAlign w:val="center"/>
          </w:tcPr>
          <w:p w14:paraId="03E63733" w14:textId="77777777" w:rsidR="00D13259" w:rsidRDefault="00D13259">
            <w:pPr>
              <w:keepLines/>
              <w:widowControl w:val="0"/>
              <w:spacing w:after="0" w:line="252" w:lineRule="auto"/>
              <w:rPr>
                <w:sz w:val="20"/>
                <w:szCs w:val="20"/>
              </w:rPr>
            </w:pPr>
          </w:p>
        </w:tc>
      </w:tr>
    </w:tbl>
    <w:p w14:paraId="15FB4FA5" w14:textId="77777777" w:rsidR="00D13259" w:rsidRDefault="00790E77">
      <w:pPr>
        <w:spacing w:after="40" w:line="252" w:lineRule="auto"/>
      </w:pPr>
      <w:r>
        <w:rPr>
          <w:sz w:val="20"/>
          <w:szCs w:val="20"/>
        </w:rPr>
        <w:t xml:space="preserve">The first two columns will be filled with your recorded data.  </w:t>
      </w:r>
    </w:p>
    <w:p w14:paraId="41B2C41D" w14:textId="77777777" w:rsidR="00D13259" w:rsidRDefault="00790E77">
      <w:pPr>
        <w:spacing w:after="40" w:line="252" w:lineRule="auto"/>
        <w:rPr>
          <w:b/>
        </w:rPr>
      </w:pPr>
      <w:r>
        <w:rPr>
          <w:sz w:val="20"/>
          <w:szCs w:val="20"/>
        </w:rPr>
        <w:t xml:space="preserve">The </w:t>
      </w:r>
      <w:r>
        <w:rPr>
          <w:b/>
          <w:sz w:val="20"/>
          <w:szCs w:val="20"/>
        </w:rPr>
        <w:t>third column</w:t>
      </w:r>
      <w:r>
        <w:rPr>
          <w:sz w:val="20"/>
          <w:szCs w:val="20"/>
        </w:rPr>
        <w:t xml:space="preserve"> is the extent of the math being asked of you.  If the Sun-Star distance in row 0 is 15.6 cm and the next measure is 15.2 cm, then the CHANGE went down 0.4, thus would be -0.4 cm.  That goes into column 3, </w:t>
      </w:r>
      <w:r>
        <w:rPr>
          <w:b/>
          <w:sz w:val="20"/>
          <w:szCs w:val="20"/>
        </w:rPr>
        <w:t>DO NOT IGNORE THE NEGATIVE SIGN.</w:t>
      </w:r>
    </w:p>
    <w:p w14:paraId="497A46AF" w14:textId="77777777" w:rsidR="00D13259" w:rsidRDefault="00790E77">
      <w:pPr>
        <w:spacing w:after="40" w:line="252" w:lineRule="auto"/>
        <w:rPr>
          <w:i/>
        </w:rPr>
      </w:pPr>
      <w:r>
        <w:rPr>
          <w:i/>
          <w:sz w:val="20"/>
          <w:szCs w:val="20"/>
        </w:rPr>
        <w:t>(Teachers: the following needs to be edited for your class as to how you want the students to get to the spreadsheet for them to enter data)</w:t>
      </w:r>
    </w:p>
    <w:p w14:paraId="78424BFD" w14:textId="2C631640" w:rsidR="00D13259" w:rsidRDefault="00790E77">
      <w:pPr>
        <w:spacing w:after="40" w:line="252" w:lineRule="auto"/>
        <w:rPr>
          <w:b/>
        </w:rPr>
      </w:pPr>
      <w:bookmarkStart w:id="0" w:name="_heading=h.gjdgxs" w:colFirst="0" w:colLast="0"/>
      <w:bookmarkEnd w:id="0"/>
      <w:r>
        <w:rPr>
          <w:b/>
          <w:sz w:val="20"/>
          <w:szCs w:val="20"/>
        </w:rPr>
        <w:lastRenderedPageBreak/>
        <w:t xml:space="preserve">Once your table is full, grab a computer, open the (click here) </w:t>
      </w:r>
      <w:hyperlink r:id="rId10">
        <w:r>
          <w:rPr>
            <w:b/>
            <w:color w:val="1155CC"/>
            <w:u w:val="single"/>
          </w:rPr>
          <w:t>Galaxy Model Spreadsheet.</w:t>
        </w:r>
      </w:hyperlink>
      <w:r>
        <w:rPr>
          <w:b/>
          <w:sz w:val="20"/>
          <w:szCs w:val="20"/>
        </w:rPr>
        <w:t xml:space="preserve">  </w:t>
      </w:r>
    </w:p>
    <w:p w14:paraId="59E6BB40" w14:textId="77777777" w:rsidR="00D13259" w:rsidRDefault="00790E77">
      <w:pPr>
        <w:spacing w:after="40" w:line="252" w:lineRule="auto"/>
        <w:rPr>
          <w:b/>
        </w:rPr>
      </w:pPr>
      <w:bookmarkStart w:id="1" w:name="_heading=h.e7grrul2ui7a" w:colFirst="0" w:colLast="0"/>
      <w:bookmarkEnd w:id="1"/>
      <w:r>
        <w:rPr>
          <w:b/>
          <w:sz w:val="20"/>
          <w:szCs w:val="20"/>
        </w:rPr>
        <w:t xml:space="preserve">Find a block without any data and go to town(Enter yours)! </w:t>
      </w:r>
    </w:p>
    <w:p w14:paraId="0B679A8D" w14:textId="77777777" w:rsidR="00D13259" w:rsidRDefault="00790E77">
      <w:r>
        <w:t>File Resources:</w:t>
      </w:r>
    </w:p>
    <w:p w14:paraId="51CE5FE4" w14:textId="77777777" w:rsidR="00D13259" w:rsidRDefault="00790E77">
      <w:pPr>
        <w:pStyle w:val="Heading2"/>
        <w:rPr>
          <w:b w:val="0"/>
        </w:rPr>
      </w:pPr>
      <w:r>
        <w:t>Protractor with extension Arm</w:t>
      </w:r>
    </w:p>
    <w:p w14:paraId="75418591" w14:textId="77777777" w:rsidR="00D13259" w:rsidRDefault="00790E77">
      <w:r>
        <w:t>You may have to play with scaling a bit to get this right.  As long as the extension arm to the Sun distance is longer than the Model’s distance from Galactic Center to Sun’s Orbit.</w:t>
      </w:r>
    </w:p>
    <w:p w14:paraId="4752BC59" w14:textId="77777777" w:rsidR="00D13259" w:rsidRDefault="00790E77">
      <w:r>
        <w:t>It is suggested that you copy these on transparencies so the students can see through them.</w:t>
      </w:r>
    </w:p>
    <w:p w14:paraId="2E4203A0" w14:textId="77777777" w:rsidR="00D13259" w:rsidRDefault="00790E77">
      <w:r>
        <w:rPr>
          <w:noProof/>
        </w:rPr>
        <w:drawing>
          <wp:inline distT="114300" distB="114300" distL="114300" distR="114300" wp14:anchorId="59BA7038" wp14:editId="606FFB72">
            <wp:extent cx="6492240" cy="39751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6492240" cy="3975100"/>
                    </a:xfrm>
                    <a:prstGeom prst="rect">
                      <a:avLst/>
                    </a:prstGeom>
                    <a:ln/>
                  </pic:spPr>
                </pic:pic>
              </a:graphicData>
            </a:graphic>
          </wp:inline>
        </w:drawing>
      </w:r>
    </w:p>
    <w:p w14:paraId="37943290" w14:textId="77777777" w:rsidR="00D13259" w:rsidRDefault="00790E77">
      <w:pPr>
        <w:pStyle w:val="Heading2"/>
        <w:rPr>
          <w:b w:val="0"/>
        </w:rPr>
      </w:pPr>
      <w:r>
        <w:lastRenderedPageBreak/>
        <w:t>Galaxy Model PDF</w:t>
      </w:r>
      <w:r>
        <w:tab/>
      </w:r>
      <w:r>
        <w:tab/>
      </w:r>
      <w:r>
        <w:tab/>
      </w:r>
      <w:r>
        <w:tab/>
      </w:r>
      <w:r>
        <w:tab/>
        <w:t>Galaxy Model Spreadsheet</w:t>
      </w:r>
    </w:p>
    <w:p w14:paraId="4B6486C5" w14:textId="1B2BCFF0" w:rsidR="00D13259" w:rsidRDefault="00790E77">
      <w:pPr>
        <w:keepNext/>
      </w:pPr>
      <w:hyperlink r:id="rId12">
        <w:r>
          <w:rPr>
            <w:color w:val="1155CC"/>
            <w:u w:val="single"/>
          </w:rPr>
          <w:t>Click to retrieve</w:t>
        </w:r>
      </w:hyperlink>
      <w:r>
        <w:tab/>
      </w:r>
      <w:r>
        <w:tab/>
      </w:r>
      <w:r>
        <w:tab/>
      </w:r>
      <w:r>
        <w:tab/>
      </w:r>
      <w:r>
        <w:tab/>
      </w:r>
      <w:hyperlink r:id="rId13">
        <w:r>
          <w:rPr>
            <w:color w:val="1155CC"/>
            <w:u w:val="single"/>
          </w:rPr>
          <w:t>click to retrieve</w:t>
        </w:r>
      </w:hyperlink>
    </w:p>
    <w:p w14:paraId="6A92FFD7" w14:textId="77777777" w:rsidR="00D13259" w:rsidRDefault="00790E77">
      <w:r>
        <w:rPr>
          <w:noProof/>
        </w:rPr>
        <w:drawing>
          <wp:inline distT="0" distB="0" distL="0" distR="0" wp14:anchorId="430E1BDB" wp14:editId="0F4F796D">
            <wp:extent cx="2189815" cy="2184083"/>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4"/>
                    <a:srcRect/>
                    <a:stretch>
                      <a:fillRect/>
                    </a:stretch>
                  </pic:blipFill>
                  <pic:spPr>
                    <a:xfrm>
                      <a:off x="0" y="0"/>
                      <a:ext cx="2189815" cy="2184083"/>
                    </a:xfrm>
                    <a:prstGeom prst="rect">
                      <a:avLst/>
                    </a:prstGeom>
                    <a:ln/>
                  </pic:spPr>
                </pic:pic>
              </a:graphicData>
            </a:graphic>
          </wp:inline>
        </w:drawing>
      </w:r>
    </w:p>
    <w:p w14:paraId="246DD7DD" w14:textId="77777777" w:rsidR="00D13259" w:rsidRDefault="00790E77">
      <w:pPr>
        <w:ind w:firstLine="720"/>
      </w:pPr>
      <w:r>
        <w:tab/>
      </w:r>
      <w:r>
        <w:tab/>
        <w:t xml:space="preserve">You will have to make a copy of the file so it </w:t>
      </w:r>
    </w:p>
    <w:p w14:paraId="24FEFD52" w14:textId="77777777" w:rsidR="00D13259" w:rsidRDefault="00790E77">
      <w:pPr>
        <w:ind w:left="2160" w:firstLine="720"/>
      </w:pPr>
      <w:r>
        <w:t xml:space="preserve">                       becomes to you.</w:t>
      </w:r>
    </w:p>
    <w:sectPr w:rsidR="00D13259">
      <w:headerReference w:type="even" r:id="rId15"/>
      <w:headerReference w:type="default" r:id="rId16"/>
      <w:footerReference w:type="even" r:id="rId17"/>
      <w:footerReference w:type="default" r:id="rId18"/>
      <w:headerReference w:type="first" r:id="rId19"/>
      <w:footerReference w:type="first" r:id="rId20"/>
      <w:pgSz w:w="12240" w:h="15840"/>
      <w:pgMar w:top="1512" w:right="1080" w:bottom="1080" w:left="1080" w:header="432" w:footer="43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6BB20" w14:textId="77777777" w:rsidR="00F73167" w:rsidRDefault="00F73167">
      <w:pPr>
        <w:spacing w:after="0" w:line="240" w:lineRule="auto"/>
      </w:pPr>
      <w:r>
        <w:separator/>
      </w:r>
    </w:p>
  </w:endnote>
  <w:endnote w:type="continuationSeparator" w:id="0">
    <w:p w14:paraId="6A8945A7" w14:textId="77777777" w:rsidR="00F73167" w:rsidRDefault="00F73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EA8F8" w14:textId="77777777" w:rsidR="007A7085" w:rsidRDefault="007A70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7D1C9" w14:textId="77777777" w:rsidR="00790E77" w:rsidRDefault="00790E77">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31FC2" w14:textId="77777777" w:rsidR="007A7085" w:rsidRDefault="007A708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B4CB7" w14:textId="77777777" w:rsidR="00F73167" w:rsidRDefault="00F73167">
      <w:pPr>
        <w:spacing w:after="0" w:line="240" w:lineRule="auto"/>
      </w:pPr>
      <w:r>
        <w:separator/>
      </w:r>
    </w:p>
  </w:footnote>
  <w:footnote w:type="continuationSeparator" w:id="0">
    <w:p w14:paraId="25AD1A65" w14:textId="77777777" w:rsidR="00F73167" w:rsidRDefault="00F731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9A9A2" w14:textId="77777777" w:rsidR="007A7085" w:rsidRDefault="007A7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46839" w14:textId="77777777" w:rsidR="00790E77" w:rsidRDefault="00790E77">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2022" w14:textId="77777777" w:rsidR="007A7085" w:rsidRDefault="007A708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D657EC"/>
    <w:multiLevelType w:val="multilevel"/>
    <w:tmpl w:val="616A8ACC"/>
    <w:lvl w:ilvl="0">
      <w:start w:val="1"/>
      <w:numFmt w:val="decimal"/>
      <w:pStyle w:val="ListNumber"/>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71DE1B2B"/>
    <w:multiLevelType w:val="multilevel"/>
    <w:tmpl w:val="0B54EAFA"/>
    <w:lvl w:ilvl="0">
      <w:start w:val="1"/>
      <w:numFmt w:val="decimal"/>
      <w:pStyle w:val="ListBullet"/>
      <w:lvlText w:val="%1)"/>
      <w:lvlJc w:val="left"/>
      <w:pPr>
        <w:ind w:left="720" w:hanging="360"/>
      </w:pPr>
      <w:rPr>
        <w:rFonts w:ascii="Arial" w:eastAsia="Arial" w:hAnsi="Arial" w:cs="Arial"/>
        <w:u w:val="none"/>
      </w:rPr>
    </w:lvl>
    <w:lvl w:ilvl="1">
      <w:start w:val="1"/>
      <w:numFmt w:val="lowerLetter"/>
      <w:lvlText w:val="%2)"/>
      <w:lvlJc w:val="left"/>
      <w:pPr>
        <w:ind w:left="1440" w:hanging="360"/>
      </w:pPr>
      <w:rPr>
        <w:rFonts w:ascii="Arial" w:eastAsia="Arial" w:hAnsi="Arial" w:cs="Arial"/>
        <w:u w:val="none"/>
      </w:rPr>
    </w:lvl>
    <w:lvl w:ilvl="2">
      <w:start w:val="1"/>
      <w:numFmt w:val="lowerRoman"/>
      <w:lvlText w:val="%3)"/>
      <w:lvlJc w:val="right"/>
      <w:pPr>
        <w:ind w:left="2160" w:hanging="360"/>
      </w:pPr>
      <w:rPr>
        <w:rFonts w:ascii="Arial" w:eastAsia="Arial" w:hAnsi="Arial" w:cs="Arial"/>
        <w:u w:val="none"/>
      </w:rPr>
    </w:lvl>
    <w:lvl w:ilvl="3">
      <w:start w:val="1"/>
      <w:numFmt w:val="decimal"/>
      <w:lvlText w:val="(%4)"/>
      <w:lvlJc w:val="left"/>
      <w:pPr>
        <w:ind w:left="2880" w:hanging="360"/>
      </w:pPr>
      <w:rPr>
        <w:rFonts w:ascii="Arial" w:eastAsia="Arial" w:hAnsi="Arial" w:cs="Arial"/>
        <w:u w:val="none"/>
      </w:rPr>
    </w:lvl>
    <w:lvl w:ilvl="4">
      <w:start w:val="1"/>
      <w:numFmt w:val="lowerLetter"/>
      <w:lvlText w:val="(%5)"/>
      <w:lvlJc w:val="left"/>
      <w:pPr>
        <w:ind w:left="3600" w:hanging="360"/>
      </w:pPr>
      <w:rPr>
        <w:rFonts w:ascii="Arial" w:eastAsia="Arial" w:hAnsi="Arial" w:cs="Arial"/>
        <w:u w:val="none"/>
      </w:rPr>
    </w:lvl>
    <w:lvl w:ilvl="5">
      <w:start w:val="1"/>
      <w:numFmt w:val="lowerRoman"/>
      <w:lvlText w:val="(%6)"/>
      <w:lvlJc w:val="right"/>
      <w:pPr>
        <w:ind w:left="4320" w:hanging="360"/>
      </w:pPr>
      <w:rPr>
        <w:rFonts w:ascii="Arial" w:eastAsia="Arial" w:hAnsi="Arial" w:cs="Arial"/>
        <w:u w:val="none"/>
      </w:rPr>
    </w:lvl>
    <w:lvl w:ilvl="6">
      <w:start w:val="1"/>
      <w:numFmt w:val="decimal"/>
      <w:lvlText w:val="%7."/>
      <w:lvlJc w:val="left"/>
      <w:pPr>
        <w:ind w:left="5040" w:hanging="360"/>
      </w:pPr>
      <w:rPr>
        <w:rFonts w:ascii="Arial" w:eastAsia="Arial" w:hAnsi="Arial" w:cs="Arial"/>
        <w:u w:val="none"/>
      </w:rPr>
    </w:lvl>
    <w:lvl w:ilvl="7">
      <w:start w:val="1"/>
      <w:numFmt w:val="lowerLetter"/>
      <w:lvlText w:val="%8."/>
      <w:lvlJc w:val="left"/>
      <w:pPr>
        <w:ind w:left="5760" w:hanging="360"/>
      </w:pPr>
      <w:rPr>
        <w:rFonts w:ascii="Arial" w:eastAsia="Arial" w:hAnsi="Arial" w:cs="Arial"/>
        <w:u w:val="none"/>
      </w:rPr>
    </w:lvl>
    <w:lvl w:ilvl="8">
      <w:start w:val="1"/>
      <w:numFmt w:val="lowerRoman"/>
      <w:lvlText w:val="%9."/>
      <w:lvlJc w:val="right"/>
      <w:pPr>
        <w:ind w:left="6480" w:hanging="360"/>
      </w:pPr>
      <w:rPr>
        <w:rFonts w:ascii="Arial" w:eastAsia="Arial" w:hAnsi="Arial" w:cs="Arial"/>
        <w:u w:val="none"/>
      </w:rPr>
    </w:lvl>
  </w:abstractNum>
  <w:num w:numId="1" w16cid:durableId="2005549078">
    <w:abstractNumId w:val="1"/>
  </w:num>
  <w:num w:numId="2" w16cid:durableId="3140672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3259"/>
    <w:rsid w:val="00176530"/>
    <w:rsid w:val="003018E6"/>
    <w:rsid w:val="00434C69"/>
    <w:rsid w:val="005D0E94"/>
    <w:rsid w:val="00600FE8"/>
    <w:rsid w:val="006B73AA"/>
    <w:rsid w:val="00735244"/>
    <w:rsid w:val="007769E2"/>
    <w:rsid w:val="00790E77"/>
    <w:rsid w:val="007974EC"/>
    <w:rsid w:val="007A7085"/>
    <w:rsid w:val="00D13259"/>
    <w:rsid w:val="00F731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81649"/>
  <w15:docId w15:val="{4BE67615-61EF-405D-A854-276253D24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rPr>
      <w:color w:val="000000"/>
    </w:rPr>
  </w:style>
  <w:style w:type="paragraph" w:styleId="Heading1">
    <w:name w:val="heading 1"/>
    <w:basedOn w:val="Normal"/>
    <w:next w:val="Normal"/>
    <w:uiPriority w:val="9"/>
    <w:qFormat/>
    <w:pPr>
      <w:keepNext/>
      <w:keepLines/>
      <w:spacing w:before="400"/>
      <w:outlineLvl w:val="0"/>
    </w:pPr>
    <w:rPr>
      <w:b/>
      <w:sz w:val="30"/>
      <w:szCs w:val="40"/>
    </w:rPr>
  </w:style>
  <w:style w:type="paragraph" w:styleId="Heading2">
    <w:name w:val="heading 2"/>
    <w:basedOn w:val="Normal"/>
    <w:next w:val="Normal"/>
    <w:uiPriority w:val="9"/>
    <w:unhideWhenUsed/>
    <w:qFormat/>
    <w:pPr>
      <w:keepNext/>
      <w:keepLines/>
      <w:spacing w:before="360"/>
      <w:outlineLvl w:val="1"/>
    </w:pPr>
    <w:rPr>
      <w:b/>
      <w:sz w:val="24"/>
      <w:szCs w:val="32"/>
    </w:rPr>
  </w:style>
  <w:style w:type="paragraph" w:styleId="Heading3">
    <w:name w:val="heading 3"/>
    <w:basedOn w:val="Normal"/>
    <w:next w:val="Normal"/>
    <w:uiPriority w:val="9"/>
    <w:semiHidden/>
    <w:unhideWhenUsed/>
    <w:qFormat/>
    <w:pPr>
      <w:keepNext/>
      <w:keepLines/>
      <w:spacing w:before="320" w:after="80"/>
      <w:outlineLvl w:val="2"/>
    </w:pPr>
    <w:rPr>
      <w:b/>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160"/>
    </w:pPr>
    <w:rPr>
      <w:sz w:val="48"/>
      <w:szCs w:val="52"/>
    </w:rPr>
  </w:style>
  <w:style w:type="paragraph" w:styleId="Subtitle">
    <w:name w:val="Subtitle"/>
    <w:basedOn w:val="Normal"/>
    <w:next w:val="Normal"/>
    <w:uiPriority w:val="11"/>
    <w:qFormat/>
    <w:pPr>
      <w:keepNext/>
      <w:keepLines/>
      <w:spacing w:after="160"/>
    </w:pPr>
    <w:rPr>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customStyle="1" w:styleId="Header1">
    <w:name w:val="Header1"/>
    <w:pPr>
      <w:spacing w:after="120" w:line="264" w:lineRule="auto"/>
    </w:pPr>
    <w:rPr>
      <w:color w:val="000000"/>
      <w:sz w:val="18"/>
    </w:rPr>
  </w:style>
  <w:style w:type="paragraph" w:customStyle="1" w:styleId="Footer1">
    <w:name w:val="Footer1"/>
    <w:pPr>
      <w:spacing w:after="120" w:line="264" w:lineRule="auto"/>
    </w:pPr>
    <w:rPr>
      <w:color w:val="000000"/>
      <w:sz w:val="18"/>
    </w:rPr>
  </w:style>
  <w:style w:type="paragraph" w:styleId="Header">
    <w:name w:val="header"/>
    <w:basedOn w:val="Normal"/>
    <w:uiPriority w:val="99"/>
    <w:unhideWhenUsed/>
    <w:rsid w:val="00E618BF"/>
    <w:pPr>
      <w:spacing w:after="0" w:line="240" w:lineRule="auto"/>
    </w:pPr>
  </w:style>
  <w:style w:type="paragraph" w:styleId="Footer">
    <w:name w:val="footer"/>
    <w:basedOn w:val="Normal"/>
    <w:uiPriority w:val="99"/>
    <w:unhideWhenUsed/>
    <w:rsid w:val="00E618BF"/>
    <w:pPr>
      <w:spacing w:after="0" w:line="240" w:lineRule="auto"/>
    </w:pPr>
    <w:rPr>
      <w:sz w:val="18"/>
    </w:rPr>
  </w:style>
  <w:style w:type="paragraph" w:styleId="ListBullet">
    <w:name w:val="List Bullet"/>
    <w:basedOn w:val="Normal"/>
    <w:uiPriority w:val="99"/>
    <w:unhideWhenUsed/>
    <w:rsid w:val="00326F90"/>
    <w:pPr>
      <w:numPr>
        <w:numId w:val="1"/>
      </w:numPr>
      <w:contextualSpacing/>
    </w:pPr>
  </w:style>
  <w:style w:type="paragraph" w:styleId="ListNumber">
    <w:name w:val="List Number"/>
    <w:basedOn w:val="Normal"/>
    <w:uiPriority w:val="99"/>
    <w:unhideWhenUsed/>
    <w:rsid w:val="00326F90"/>
    <w:pPr>
      <w:numPr>
        <w:numId w:val="2"/>
      </w:numPr>
      <w:contextualSpacing/>
    </w:pPr>
  </w:style>
  <w:style w:type="paragraph" w:styleId="Caption">
    <w:name w:val="caption"/>
    <w:basedOn w:val="Normal"/>
    <w:next w:val="Normal"/>
    <w:uiPriority w:val="35"/>
    <w:semiHidden/>
    <w:unhideWhenUsed/>
    <w:qFormat/>
    <w:rsid w:val="00FC693F"/>
    <w:pPr>
      <w:spacing w:line="240" w:lineRule="auto"/>
    </w:pPr>
    <w:rPr>
      <w:bCs/>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s.google.com/spreadsheets/d/1gwL3GSYX-_zK7E2O1va8yNV41vwuRpVm2QRopB4B5TM/edit?usp=sharing"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vurail.org/dspira/assets/worksheets/milky-way/model-diagram.pdf"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docs.google.com/spreadsheets/d/1gwL3GSYX-_zK7E2O1va8yNV41vwuRpVm2QRopB4B5TM/edit?usp=sharing"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wvurail.org/dspira/assets/worksheets/milky-way/model-diagram.pdf" TargetMode="Externa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oFsgRCYJ54o8eExv1VjSYx5Ydw==">AMUW2mVSuSlNORaDJyTsS8DM7vT3teek0Yzy+Ysh2Tw3Fvt4Y6MxVYYShwu6o0aLSZJZbuN/2+kBxPnJR3nYajHdw20twpnzJcbXAmNtFd3ix1nb5ghJULBcUK5tkv3A+9IhbNR68B8QCPeRNOcGbiwm8uDvGkZLGfUd8+ZooI0eRKDcuB+Ql1o=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756</Words>
  <Characters>3562</Characters>
  <Application>Microsoft Office Word</Application>
  <DocSecurity>0</DocSecurity>
  <Lines>65</Lines>
  <Paragraphs>37</Paragraphs>
  <ScaleCrop>false</ScaleCrop>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Modeling motion in the Milky Way</dc:title>
  <dc:description/>
  <cp:lastModifiedBy>Dylan Gormley</cp:lastModifiedBy>
  <cp:revision>5</cp:revision>
  <dcterms:created xsi:type="dcterms:W3CDTF">2019-07-07T18:42:00Z</dcterms:created>
  <dcterms:modified xsi:type="dcterms:W3CDTF">2026-09-27T00:41:00Z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0x01010016C36F108F9F92488C988DDF36346911</vt:lpwstr>
  </property>
</Properties>
</file>