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3433F" w14:textId="77777777" w:rsidR="00B67EC7" w:rsidRDefault="000A702C">
      <w:pPr>
        <w:pStyle w:val="Title"/>
      </w:pPr>
      <w:r>
        <w:t>Milky Way model diagram</w:t>
      </w:r>
    </w:p>
    <w:p w14:paraId="43279237" w14:textId="77777777" w:rsidR="00B67EC7" w:rsidRDefault="000A702C">
      <w:r>
        <w:t>Print at actual size. Use tiled printing on smaller paper; do not shrink this measuring model.</w:t>
      </w:r>
    </w:p>
    <w:p w14:paraId="60212903" w14:textId="77777777" w:rsidR="00B67EC7" w:rsidRDefault="000A702C">
      <w:pPr>
        <w:spacing w:after="0"/>
      </w:pPr>
      <w:r>
        <w:rPr>
          <w:noProof/>
        </w:rPr>
        <w:drawing>
          <wp:inline distT="0" distB="0" distL="0" distR="0" wp14:anchorId="732F3A8B" wp14:editId="75E5DA42">
            <wp:extent cx="11519999" cy="1151999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lky-way-mode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519999" cy="1151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7EC7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20304" w:h="21744"/>
      <w:pgMar w:top="1080" w:right="1080" w:bottom="108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877CB" w14:textId="77777777" w:rsidR="00036BF7" w:rsidRDefault="00036BF7">
      <w:pPr>
        <w:spacing w:after="0" w:line="240" w:lineRule="auto"/>
      </w:pPr>
      <w:r>
        <w:separator/>
      </w:r>
    </w:p>
  </w:endnote>
  <w:endnote w:type="continuationSeparator" w:id="0">
    <w:p w14:paraId="40DDBB7F" w14:textId="77777777" w:rsidR="00036BF7" w:rsidRDefault="0003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B3772" w14:textId="77777777" w:rsidR="00D04A9A" w:rsidRDefault="00D04A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E850A" w14:textId="77777777" w:rsidR="000A702C" w:rsidRDefault="000A702C">
    <w:pPr>
      <w:pStyle w:val="Footer"/>
      <w:tabs>
        <w:tab w:val="right" w:pos="18144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09549" w14:textId="77777777" w:rsidR="00D04A9A" w:rsidRDefault="00D04A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1AE78" w14:textId="77777777" w:rsidR="00036BF7" w:rsidRDefault="00036BF7">
      <w:pPr>
        <w:spacing w:after="0" w:line="240" w:lineRule="auto"/>
      </w:pPr>
      <w:r>
        <w:separator/>
      </w:r>
    </w:p>
  </w:footnote>
  <w:footnote w:type="continuationSeparator" w:id="0">
    <w:p w14:paraId="4F4B149F" w14:textId="77777777" w:rsidR="00036BF7" w:rsidRDefault="00036B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13369" w14:textId="77777777" w:rsidR="00D04A9A" w:rsidRDefault="00D04A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E5108" w14:textId="77777777" w:rsidR="000A702C" w:rsidRDefault="000A702C">
    <w:pPr>
      <w:pStyle w:val="Header"/>
      <w:pBdr>
        <w:bottom w:val="single" w:sz="16" w:space="0" w:color="EEAA00"/>
      </w:pBdr>
      <w:shd w:val="clear" w:color="auto" w:fill="002855"/>
      <w:tabs>
        <w:tab w:val="right" w:pos="17885"/>
      </w:tabs>
      <w:spacing w:line="48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8BDE4" w14:textId="77777777" w:rsidR="00D04A9A" w:rsidRDefault="00D04A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5662503">
    <w:abstractNumId w:val="8"/>
  </w:num>
  <w:num w:numId="2" w16cid:durableId="1814981493">
    <w:abstractNumId w:val="6"/>
  </w:num>
  <w:num w:numId="3" w16cid:durableId="1904414551">
    <w:abstractNumId w:val="5"/>
  </w:num>
  <w:num w:numId="4" w16cid:durableId="109934187">
    <w:abstractNumId w:val="4"/>
  </w:num>
  <w:num w:numId="5" w16cid:durableId="558517798">
    <w:abstractNumId w:val="7"/>
  </w:num>
  <w:num w:numId="6" w16cid:durableId="1297682905">
    <w:abstractNumId w:val="3"/>
  </w:num>
  <w:num w:numId="7" w16cid:durableId="646475984">
    <w:abstractNumId w:val="2"/>
  </w:num>
  <w:num w:numId="8" w16cid:durableId="840005176">
    <w:abstractNumId w:val="1"/>
  </w:num>
  <w:num w:numId="9" w16cid:durableId="638533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6BF7"/>
    <w:rsid w:val="0006063C"/>
    <w:rsid w:val="000A702C"/>
    <w:rsid w:val="0015074B"/>
    <w:rsid w:val="00176530"/>
    <w:rsid w:val="0029639D"/>
    <w:rsid w:val="00326F90"/>
    <w:rsid w:val="004F3558"/>
    <w:rsid w:val="005D0E94"/>
    <w:rsid w:val="00735244"/>
    <w:rsid w:val="007974EC"/>
    <w:rsid w:val="009B5BC1"/>
    <w:rsid w:val="00AA1D8D"/>
    <w:rsid w:val="00AA5FB7"/>
    <w:rsid w:val="00AB7F29"/>
    <w:rsid w:val="00B47730"/>
    <w:rsid w:val="00B67EC7"/>
    <w:rsid w:val="00CB0664"/>
    <w:rsid w:val="00D04A9A"/>
    <w:rsid w:val="00FB0B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ED2585"/>
  <w14:defaultImageDpi w14:val="300"/>
  <w15:docId w15:val="{4BE67615-61EF-405D-A854-276253D2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4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eastAsia="Arial" w:hAnsi="Arial" w:cs="Ari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b/>
      <w:bCs/>
      <w:color w:val="000000"/>
      <w:sz w:val="3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b/>
      <w:bCs/>
      <w:color w:val="00000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color w:val="000000"/>
      <w:kern w:val="28"/>
      <w:sz w:val="4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iCs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eastAsia="Arial" w:hAnsi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eastAsia="Arial" w:hAnsi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eastAsia="Arial" w:hAnsi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eastAsia="Arial" w:hAnsi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eastAsia="Arial" w:hAnsi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eastAsia="Arial" w:hAnsi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Cs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eastAsia="Arial" w:hAnsi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eastAsia="Arial" w:hAnsi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eastAsia="Arial" w:hAnsi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eastAsia="Arial" w:hAnsi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eastAsia="Arial" w:hAnsi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eastAsia="Arial" w:hAnsi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ascii="Arial" w:eastAsia="Arial" w:hAnsi="Arial" w:cs="Arial"/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ascii="Arial" w:eastAsia="Arial" w:hAnsi="Arial" w:cs="Arial"/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ascii="Arial" w:eastAsia="Arial" w:hAnsi="Arial" w:cs="Arial"/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ascii="Arial" w:eastAsia="Arial" w:hAnsi="Arial" w:cs="Arial"/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Milky Way model diagram</dc:title>
  <dc:subject/>
  <dc:creator>WVU DSPIRA</dc:creator>
  <cp:keywords/>
  <dc:description/>
  <cp:lastModifiedBy>Dylan Gormley</cp:lastModifiedBy>
  <cp:revision>5</cp:revision>
  <dcterms:created xsi:type="dcterms:W3CDTF">2013-12-23T23:15:00Z</dcterms:created>
  <dcterms:modified xsi:type="dcterms:W3CDTF">2026-09-27T00:41:00Z</dcterms:modified>
  <cp:category/>
</cp:coreProperties>
</file>