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2AAAB" w14:textId="77777777" w:rsidR="00DF564D" w:rsidRDefault="00A74AE9">
      <w:pPr>
        <w:pStyle w:val="Title"/>
        <w:keepNext/>
      </w:pPr>
      <w:r>
        <w:t>Fourier transform activity</w:t>
      </w:r>
    </w:p>
    <w:p w14:paraId="63DA3AE9" w14:textId="77777777" w:rsidR="00DF564D" w:rsidRDefault="00A74AE9">
      <w:pPr>
        <w:pStyle w:val="Subtitle"/>
        <w:keepNext/>
      </w:pPr>
      <w:r>
        <w:t>Student activity</w:t>
      </w:r>
    </w:p>
    <w:p w14:paraId="4612DFD9" w14:textId="77777777" w:rsidR="00DF564D" w:rsidRDefault="00A74AE9">
      <w:r>
        <w:t>Name ______________________________    Date __________________</w:t>
      </w:r>
    </w:p>
    <w:p w14:paraId="5D22748D" w14:textId="77777777" w:rsidR="00DF564D" w:rsidRDefault="00A74AE9">
      <w:pPr>
        <w:pStyle w:val="ListBullet"/>
      </w:pPr>
      <w:r>
        <w:t xml:space="preserve"> Construct graphs of data using the </w:t>
      </w:r>
      <w:r>
        <w:rPr>
          <w:b/>
          <w:i/>
        </w:rPr>
        <w:t>FourierTransform_ActivityGraph.ods</w:t>
      </w:r>
      <w:r>
        <w:t xml:space="preserve"> file.</w:t>
      </w:r>
    </w:p>
    <w:p w14:paraId="0DDE3492" w14:textId="77777777" w:rsidR="00DF564D" w:rsidRDefault="00A74AE9">
      <w:pPr>
        <w:pStyle w:val="ListBullet"/>
      </w:pPr>
      <w:r>
        <w:t>Each graph should have data that appears random but has data points at one or  more regular time intervals.</w:t>
      </w:r>
    </w:p>
    <w:p w14:paraId="2093755F" w14:textId="77777777" w:rsidR="00DF564D" w:rsidRDefault="00A74AE9">
      <w:pPr>
        <w:pStyle w:val="ListBullet"/>
      </w:pPr>
      <w:r>
        <w:t>Time axis from 0 s to 60 s</w:t>
      </w:r>
    </w:p>
    <w:p w14:paraId="540A770E" w14:textId="77777777" w:rsidR="00DF564D" w:rsidRDefault="00A74AE9">
      <w:pPr>
        <w:pStyle w:val="ListBullet"/>
      </w:pPr>
      <w:r>
        <w:t xml:space="preserve">Each graph contains two signals at the periods indicated below, with noise included in the signal. These are created in the </w:t>
      </w:r>
      <w:r>
        <w:rPr>
          <w:i/>
        </w:rPr>
        <w:t>FourierTransform_ActivityGraph.ods</w:t>
      </w:r>
      <w:r>
        <w:t xml:space="preserve"> file.</w:t>
      </w:r>
    </w:p>
    <w:p w14:paraId="3086411C" w14:textId="77777777" w:rsidR="00DF564D" w:rsidRDefault="00A74AE9">
      <w:r>
        <w:t>1. (3, 7)</w:t>
      </w:r>
    </w:p>
    <w:p w14:paraId="297C8DAA" w14:textId="77777777" w:rsidR="00DF564D" w:rsidRDefault="00A74AE9">
      <w:r>
        <w:t>2. (4, 7)</w:t>
      </w:r>
    </w:p>
    <w:p w14:paraId="2A5378F8" w14:textId="77777777" w:rsidR="00DF564D" w:rsidRDefault="00A74AE9">
      <w:r>
        <w:t>3. (3, 8)</w:t>
      </w:r>
    </w:p>
    <w:p w14:paraId="5F547D23" w14:textId="77777777" w:rsidR="00DF564D" w:rsidRDefault="00A74AE9">
      <w:r>
        <w:t>4. (4, 9)</w:t>
      </w:r>
    </w:p>
    <w:p w14:paraId="475186A6" w14:textId="77777777" w:rsidR="00DF564D" w:rsidRDefault="00A74AE9">
      <w:r>
        <w:t>5. (4, 6)</w:t>
      </w:r>
    </w:p>
    <w:p w14:paraId="1DA76D77" w14:textId="77777777" w:rsidR="00DF564D" w:rsidRDefault="00A74AE9">
      <w:r>
        <w:t>6. (3, 5)</w:t>
      </w:r>
    </w:p>
    <w:p w14:paraId="3B1F3BEF" w14:textId="77777777" w:rsidR="00DF564D" w:rsidRDefault="00A74AE9">
      <w:r>
        <w:t>7. (5, 9)</w:t>
      </w:r>
    </w:p>
    <w:p w14:paraId="384B012A" w14:textId="77777777" w:rsidR="00DF564D" w:rsidRDefault="00A74AE9">
      <w:r>
        <w:t>8. (5, 7)</w:t>
      </w:r>
    </w:p>
    <w:p w14:paraId="30786AB8" w14:textId="77777777" w:rsidR="00DF564D" w:rsidRDefault="00A74AE9">
      <w:r>
        <w:t>9. (6, 9)</w:t>
      </w:r>
    </w:p>
    <w:p w14:paraId="16A2F31B" w14:textId="77777777" w:rsidR="00DF564D" w:rsidRDefault="00A74AE9">
      <w:r>
        <w:t>10.(5, 8)</w:t>
      </w:r>
    </w:p>
    <w:p w14:paraId="0455199F" w14:textId="77777777" w:rsidR="00DF564D" w:rsidRDefault="00A74AE9">
      <w:r>
        <w:t>50 s on time-axis = 7.50” → 1 s = 0.15”</w:t>
      </w:r>
    </w:p>
    <w:p w14:paraId="4FC48ED3" w14:textId="77777777" w:rsidR="00DF564D" w:rsidRDefault="00A74AE9">
      <w:pPr>
        <w:pStyle w:val="ListBullet"/>
      </w:pPr>
      <w:r>
        <w:t xml:space="preserve"> Intro</w:t>
      </w:r>
    </w:p>
    <w:p w14:paraId="42A818FB" w14:textId="77777777" w:rsidR="00DF564D" w:rsidRDefault="00A74AE9">
      <w:pPr>
        <w:pStyle w:val="ListBullet"/>
      </w:pPr>
      <w:r>
        <w:t>Hand out a blank graph of signal vs. time to each student.</w:t>
      </w:r>
    </w:p>
    <w:p w14:paraId="45D33757" w14:textId="77777777" w:rsidR="00DF564D" w:rsidRDefault="00A74AE9">
      <w:pPr>
        <w:spacing w:before="100" w:after="160"/>
        <w:jc w:val="center"/>
      </w:pPr>
      <w:r>
        <w:rPr>
          <w:noProof/>
        </w:rPr>
        <w:drawing>
          <wp:inline distT="0" distB="0" distL="0" distR="0" wp14:anchorId="233BC6C2" wp14:editId="4744CAA8">
            <wp:extent cx="2108200" cy="1092200"/>
            <wp:effectExtent l="0" t="0" r="0" b="0"/>
            <wp:docPr id="1" name="Picture 1" descr="Fourier transform activity illustr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ksheet-1-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082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EDC7F" w14:textId="77777777" w:rsidR="00DF564D" w:rsidRDefault="00A74AE9">
      <w:pPr>
        <w:pStyle w:val="ListBullet"/>
      </w:pPr>
      <w:r>
        <w:t>Demonstrate GNU Radio sound of single, clean periodic pulses at 1.0 s intervals. Ask  students to sketch what they think the pulse would like like on the graph.</w:t>
      </w:r>
    </w:p>
    <w:p w14:paraId="165DD074" w14:textId="77777777" w:rsidR="00DF564D" w:rsidRDefault="00A74AE9">
      <w:pPr>
        <w:pStyle w:val="ListBullet"/>
      </w:pPr>
      <w:r>
        <w:t xml:space="preserve">Have students discuss their graph with another student; then discuss as class: </w:t>
      </w:r>
    </w:p>
    <w:p w14:paraId="28129D3A" w14:textId="77777777" w:rsidR="00DF564D" w:rsidRDefault="00A74AE9">
      <w:r>
        <w:t>▪Have a volunteer sketch their graph on the board</w:t>
      </w:r>
    </w:p>
    <w:p w14:paraId="6D267E8D" w14:textId="77777777" w:rsidR="00DF564D" w:rsidRDefault="00A74AE9">
      <w:r>
        <w:t>▪Why does your graph represent what you heard?</w:t>
      </w:r>
    </w:p>
    <w:p w14:paraId="78D1E82C" w14:textId="77777777" w:rsidR="00DF564D" w:rsidRDefault="00A74AE9">
      <w:r>
        <w:t xml:space="preserve">▪How is the </w:t>
      </w:r>
      <w:r>
        <w:rPr>
          <w:i/>
        </w:rPr>
        <w:t>period</w:t>
      </w:r>
      <w:r>
        <w:t xml:space="preserve"> of a wave represented in your graph?</w:t>
      </w:r>
    </w:p>
    <w:p w14:paraId="27C4D10E" w14:textId="77777777" w:rsidR="00DF564D" w:rsidRDefault="00A74AE9">
      <w:pPr>
        <w:spacing w:after="780"/>
      </w:pPr>
      <w:r>
        <w:t>▪This is an example of a periodic signal.</w:t>
      </w:r>
    </w:p>
    <w:p w14:paraId="4494BD4F" w14:textId="77777777" w:rsidR="00DF564D" w:rsidRDefault="00A74AE9">
      <w:r>
        <w:lastRenderedPageBreak/>
        <w:t>▪Signals that are not noise usually have some sort of pattern that is repetitious -</w:t>
      </w:r>
    </w:p>
    <w:p w14:paraId="192F5485" w14:textId="77777777" w:rsidR="00DF564D" w:rsidRDefault="00A74AE9">
      <w:r>
        <w:t>periodic.</w:t>
      </w:r>
    </w:p>
    <w:p w14:paraId="47CA3D78" w14:textId="77777777" w:rsidR="00DF564D" w:rsidRDefault="00A74AE9">
      <w:r>
        <w:t xml:space="preserve">▪Review the </w:t>
      </w:r>
      <w:r>
        <w:rPr>
          <w:i/>
        </w:rPr>
        <w:t>period</w:t>
      </w:r>
      <w:r>
        <w:t xml:space="preserve">, </w:t>
      </w:r>
      <w:r>
        <w:rPr>
          <w:i/>
        </w:rPr>
        <w:t>amplitude</w:t>
      </w:r>
      <w:r>
        <w:t xml:space="preserve">, and </w:t>
      </w:r>
      <w:r>
        <w:rPr>
          <w:i/>
        </w:rPr>
        <w:t>frequency</w:t>
      </w:r>
      <w:r>
        <w:t xml:space="preserve"> of this signal, and how each is </w:t>
      </w:r>
    </w:p>
    <w:p w14:paraId="34A5058D" w14:textId="77777777" w:rsidR="00DF564D" w:rsidRDefault="00A74AE9">
      <w:r>
        <w:t>represented in a signal.</w:t>
      </w:r>
    </w:p>
    <w:p w14:paraId="39D2CDB6" w14:textId="77777777" w:rsidR="00DF564D" w:rsidRDefault="00A74AE9">
      <w:pPr>
        <w:pStyle w:val="ListBullet"/>
      </w:pPr>
      <w:r>
        <w:t>Then demonstrate GNU Radio pulses with noise added. Ask students to sketch what  they think the signal would look like in this case.</w:t>
      </w:r>
    </w:p>
    <w:p w14:paraId="672A90A3" w14:textId="77777777" w:rsidR="00DF564D" w:rsidRDefault="00A74AE9">
      <w:pPr>
        <w:pStyle w:val="ListBullet"/>
      </w:pPr>
      <w:r>
        <w:t xml:space="preserve">Students compare with a neighbor. </w:t>
      </w:r>
    </w:p>
    <w:p w14:paraId="66FBAF07" w14:textId="77777777" w:rsidR="00DF564D" w:rsidRDefault="00A74AE9">
      <w:pPr>
        <w:pStyle w:val="ListBullet"/>
      </w:pPr>
      <w:r>
        <w:t>Then discuss as class:</w:t>
      </w:r>
    </w:p>
    <w:p w14:paraId="60769C5F" w14:textId="77777777" w:rsidR="00DF564D" w:rsidRDefault="00A74AE9">
      <w:r>
        <w:t xml:space="preserve">▪What’s different? </w:t>
      </w:r>
    </w:p>
    <w:p w14:paraId="4159D9E1" w14:textId="77777777" w:rsidR="00DF564D" w:rsidRDefault="00A74AE9">
      <w:r>
        <w:t xml:space="preserve">▪What’s the same? </w:t>
      </w:r>
    </w:p>
    <w:p w14:paraId="2F085FC3" w14:textId="77777777" w:rsidR="00DF564D" w:rsidRDefault="00A74AE9">
      <w:r>
        <w:t xml:space="preserve">▪Noise is usually not periodic. Recall from yesterday: Signals carry information. </w:t>
      </w:r>
    </w:p>
    <w:p w14:paraId="6F4E7934" w14:textId="77777777" w:rsidR="00DF564D" w:rsidRDefault="00A74AE9">
      <w:r>
        <w:t>When processing signals, it is necessary to distinguish the signal from the  noise.</w:t>
      </w:r>
    </w:p>
    <w:p w14:paraId="308CB707" w14:textId="77777777" w:rsidR="00DF564D" w:rsidRDefault="00A74AE9">
      <w:r>
        <w:t xml:space="preserve">▪Recall Tad’s presentation with the photo filtering. This is filtering of amplitude. </w:t>
      </w:r>
    </w:p>
    <w:p w14:paraId="21565A31" w14:textId="77777777" w:rsidR="00DF564D" w:rsidRDefault="00A74AE9">
      <w:r>
        <w:t xml:space="preserve">▪Another method scientists use is filtering by frequency. Scientists have methods </w:t>
      </w:r>
    </w:p>
    <w:p w14:paraId="08CECAB1" w14:textId="77777777" w:rsidR="00DF564D" w:rsidRDefault="00A74AE9">
      <w:r>
        <w:t>to filter signals by frequency (or period).</w:t>
      </w:r>
    </w:p>
    <w:p w14:paraId="0042A752" w14:textId="77777777" w:rsidR="00DF564D" w:rsidRDefault="00A74AE9">
      <w:pPr>
        <w:pStyle w:val="ListBullet"/>
      </w:pPr>
      <w:r>
        <w:t xml:space="preserve"> Signal Processing Activity</w:t>
      </w:r>
    </w:p>
    <w:p w14:paraId="18199F0D" w14:textId="77777777" w:rsidR="00DF564D" w:rsidRDefault="00A74AE9">
      <w:pPr>
        <w:pStyle w:val="ListBullet"/>
      </w:pPr>
      <w:r>
        <w:t>Demonstrate process with the teacher graph</w:t>
      </w:r>
    </w:p>
    <w:p w14:paraId="29F77A49" w14:textId="77777777" w:rsidR="00DF564D" w:rsidRDefault="00A74AE9">
      <w:r>
        <w:t>▪explain masks.</w:t>
      </w:r>
    </w:p>
    <w:p w14:paraId="161B0C15" w14:textId="77777777" w:rsidR="00DF564D" w:rsidRDefault="00A74AE9">
      <w:r>
        <w:t>▪demonstrate sliding process to identify periods.</w:t>
      </w:r>
    </w:p>
    <w:p w14:paraId="26AB4B36" w14:textId="77777777" w:rsidR="00DF564D" w:rsidRDefault="00A74AE9">
      <w:r>
        <w:t>▪explain that a periodic signal must fill at each period translation.</w:t>
      </w:r>
    </w:p>
    <w:p w14:paraId="14711855" w14:textId="77777777" w:rsidR="00DF564D" w:rsidRDefault="00A74AE9">
      <w:r>
        <w:t>▪explain how noise shows up – signals less than 1.0 (usually), and not periodic.</w:t>
      </w:r>
    </w:p>
    <w:p w14:paraId="51BF33D1" w14:textId="77777777" w:rsidR="00DF564D" w:rsidRDefault="00A74AE9">
      <w:r>
        <w:t>▪Explain offset.</w:t>
      </w:r>
    </w:p>
    <w:p w14:paraId="2F33C8F2" w14:textId="77777777" w:rsidR="00DF564D" w:rsidRDefault="00A74AE9">
      <w:pPr>
        <w:pStyle w:val="ListBullet"/>
      </w:pPr>
      <w:r>
        <w:t>Group students into pairs.</w:t>
      </w:r>
    </w:p>
    <w:p w14:paraId="70B0B498" w14:textId="77777777" w:rsidR="00DF564D" w:rsidRDefault="00A74AE9">
      <w:pPr>
        <w:pStyle w:val="ListBullet"/>
      </w:pPr>
      <w:r>
        <w:t>Handout signal sheets and masks. Explain that they are to determine the periods in each signal graph; then replot the data showing only those periodic signals, without  noise.</w:t>
      </w:r>
    </w:p>
    <w:p w14:paraId="460D0C67" w14:textId="77777777" w:rsidR="00DF564D" w:rsidRDefault="00A74AE9">
      <w:pPr>
        <w:pStyle w:val="ListBullet"/>
      </w:pPr>
      <w:r>
        <w:t>Have students sketch the Signal vs. Frequency graph that corresponds to their</w:t>
      </w:r>
    </w:p>
    <w:p w14:paraId="7DA19585" w14:textId="77777777" w:rsidR="00DF564D" w:rsidRDefault="00A74AE9">
      <w:pPr>
        <w:pStyle w:val="ListBullet"/>
      </w:pPr>
      <w:r>
        <w:t xml:space="preserve"> Post Activity Discussion</w:t>
      </w:r>
    </w:p>
    <w:p w14:paraId="3AF201CF" w14:textId="77777777" w:rsidR="00DF564D" w:rsidRDefault="00A74AE9">
      <w:pPr>
        <w:pStyle w:val="ListBullet"/>
      </w:pPr>
      <w:r>
        <w:t>What challenges are there determining the periodic signals in the total signal?</w:t>
      </w:r>
    </w:p>
    <w:p w14:paraId="713C2AA7" w14:textId="77777777" w:rsidR="00DF564D" w:rsidRDefault="00A74AE9">
      <w:pPr>
        <w:pStyle w:val="ListBullet"/>
      </w:pPr>
      <w:r>
        <w:t>For the 3 s and 4 s  signals, harmonics show up. How do you think we can  distinguish whether the actual signal is the 3 s, 6 s, or 9 s?</w:t>
      </w:r>
    </w:p>
    <w:p w14:paraId="2C3D3B4F" w14:textId="77777777" w:rsidR="00DF564D" w:rsidRDefault="00A74AE9">
      <w:pPr>
        <w:pStyle w:val="ListBullet"/>
      </w:pPr>
      <w:r>
        <w:t>Many signals are a mixing of multiple frequencies – next activity with Howard.</w:t>
      </w:r>
    </w:p>
    <w:p w14:paraId="44191C3E" w14:textId="77777777" w:rsidR="00DF564D" w:rsidRDefault="00A74AE9">
      <w:pPr>
        <w:pStyle w:val="ListBullet"/>
        <w:spacing w:after="780"/>
      </w:pPr>
      <w:r>
        <w:t>Scavenger hunt clue.</w:t>
      </w:r>
    </w:p>
    <w:p w14:paraId="125D4880" w14:textId="77777777" w:rsidR="00DF564D" w:rsidRDefault="00A74AE9">
      <w:pPr>
        <w:pStyle w:val="ListBullet"/>
      </w:pPr>
      <w:r>
        <w:t xml:space="preserve"> Motivation: Explain/remind students that waves are repetitious, e.g. water waves  oscillate periodically. Information can be carried in the pattern, e.g. the morse code  activity done previously.</w:t>
      </w:r>
    </w:p>
    <w:p w14:paraId="1FB2FF0A" w14:textId="77777777" w:rsidR="00DF564D" w:rsidRDefault="00A74AE9">
      <w:pPr>
        <w:pStyle w:val="ListBullet"/>
      </w:pPr>
      <w:r>
        <w:t xml:space="preserve"> Show sample graphs:</w:t>
      </w:r>
    </w:p>
    <w:p w14:paraId="30EEE060" w14:textId="77777777" w:rsidR="00DF564D" w:rsidRDefault="00A74AE9">
      <w:pPr>
        <w:pStyle w:val="ListBullet"/>
      </w:pPr>
      <w:r>
        <w:t>Example showing sum of sinusoidal signals. What periodic waves are in this?</w:t>
      </w:r>
    </w:p>
    <w:p w14:paraId="57229020" w14:textId="77777777" w:rsidR="00DF564D" w:rsidRDefault="00A74AE9">
      <w:pPr>
        <w:pStyle w:val="ListBullet"/>
      </w:pPr>
      <w:r>
        <w:t xml:space="preserve">Example with periodic pulse signal in noise. </w:t>
      </w:r>
    </w:p>
    <w:p w14:paraId="63FFFFE1" w14:textId="77777777" w:rsidR="00DF564D" w:rsidRDefault="00A74AE9">
      <w:r>
        <w:lastRenderedPageBreak/>
        <w:t>▪What repetitious (periodic) waves in this signal?</w:t>
      </w:r>
    </w:p>
    <w:p w14:paraId="6F0835EC" w14:textId="77777777" w:rsidR="00DF564D" w:rsidRDefault="00A74AE9">
      <w:r>
        <w:t>▪Demonstrate masking method for determining the periodic waves in this.</w:t>
      </w:r>
    </w:p>
    <w:p w14:paraId="2909A11C" w14:textId="77777777" w:rsidR="00DF564D" w:rsidRDefault="00A74AE9">
      <w:pPr>
        <w:pStyle w:val="ListBullet"/>
      </w:pPr>
      <w:r>
        <w:t xml:space="preserve"> Lay the mask over the graph and slide the mask until each opening aligns  with the data at one second intervals. </w:t>
      </w:r>
    </w:p>
    <w:p w14:paraId="71768B1B" w14:textId="77777777" w:rsidR="00DF564D" w:rsidRDefault="00A74AE9">
      <w:pPr>
        <w:pStyle w:val="ListBullet"/>
      </w:pPr>
      <w:r>
        <w:t xml:space="preserve"> By sliding the mask to match up with the data at each one second interval  the period of the signal can be determined.</w:t>
      </w:r>
    </w:p>
    <w:p w14:paraId="6BC38623" w14:textId="77777777" w:rsidR="00DF564D" w:rsidRDefault="00A74AE9">
      <w:pPr>
        <w:pStyle w:val="ListBullet"/>
      </w:pPr>
      <w:r>
        <w:t xml:space="preserve"> Pair students up. Hand out graphs and masks to each group.</w:t>
      </w:r>
    </w:p>
    <w:p w14:paraId="46FDEC51" w14:textId="77777777" w:rsidR="00DF564D" w:rsidRDefault="00A74AE9">
      <w:pPr>
        <w:pStyle w:val="ListBullet"/>
      </w:pPr>
      <w:r>
        <w:t>Students are to use the mask method to determine the period of any waves in their  graph.</w:t>
      </w:r>
    </w:p>
    <w:p w14:paraId="165FC628" w14:textId="77777777" w:rsidR="00DF564D" w:rsidRDefault="00A74AE9">
      <w:pPr>
        <w:pStyle w:val="ListBullet"/>
      </w:pPr>
      <w:r>
        <w:t>Have each group sketch what the graph would look like if there were no noise.</w:t>
      </w:r>
    </w:p>
    <w:p w14:paraId="7341A121" w14:textId="77777777" w:rsidR="00DF564D" w:rsidRDefault="00A74AE9">
      <w:pPr>
        <w:pStyle w:val="ListBullet"/>
      </w:pPr>
      <w:r>
        <w:t>Extension: On a signal vs. frequency graph, have each group plot signal vs.  frequency.</w:t>
      </w:r>
    </w:p>
    <w:p w14:paraId="37CF5C76" w14:textId="77777777" w:rsidR="00DF564D" w:rsidRDefault="00A74AE9">
      <w:pPr>
        <w:pStyle w:val="ListBullet"/>
      </w:pPr>
      <w:r>
        <w:t xml:space="preserve"> Scavenger hunt:</w:t>
      </w:r>
    </w:p>
    <w:p w14:paraId="291ADCE1" w14:textId="77777777" w:rsidR="00DF564D" w:rsidRDefault="00A74AE9">
      <w:pPr>
        <w:pStyle w:val="ListBullet"/>
      </w:pPr>
      <w:r>
        <w:t>column (0 – 9) determined by amplitude of stronger signal</w:t>
      </w:r>
    </w:p>
    <w:p w14:paraId="06987E8E" w14:textId="77777777" w:rsidR="00DF564D" w:rsidRDefault="00A74AE9">
      <w:pPr>
        <w:pStyle w:val="ListBullet"/>
        <w:spacing w:after="780"/>
      </w:pPr>
      <w:r>
        <w:t>row (X – R) determined by frequency of weaker signal; use a table to convert  frequency to a letter.</w:t>
      </w:r>
    </w:p>
    <w:sectPr w:rsidR="00DF564D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512" w:right="1080" w:bottom="1080" w:left="108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9BBF8" w14:textId="77777777" w:rsidR="00F40813" w:rsidRDefault="00F40813">
      <w:pPr>
        <w:spacing w:after="0" w:line="240" w:lineRule="auto"/>
      </w:pPr>
      <w:r>
        <w:separator/>
      </w:r>
    </w:p>
  </w:endnote>
  <w:endnote w:type="continuationSeparator" w:id="0">
    <w:p w14:paraId="1EC009F8" w14:textId="77777777" w:rsidR="00F40813" w:rsidRDefault="00F40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D2F9" w14:textId="77777777" w:rsidR="003535EB" w:rsidRDefault="003535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8821B" w14:textId="77777777" w:rsidR="00A74AE9" w:rsidRDefault="00A74AE9">
    <w:pPr>
      <w:pStyle w:val="Footer"/>
      <w:tabs>
        <w:tab w:val="right" w:pos="10080"/>
      </w:tabs>
    </w:pPr>
    <w:r>
      <w:t>wvurail.org/dspira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6F39B" w14:textId="77777777" w:rsidR="003535EB" w:rsidRDefault="003535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46B1C" w14:textId="77777777" w:rsidR="00F40813" w:rsidRDefault="00F40813">
      <w:pPr>
        <w:spacing w:after="0" w:line="240" w:lineRule="auto"/>
      </w:pPr>
      <w:r>
        <w:separator/>
      </w:r>
    </w:p>
  </w:footnote>
  <w:footnote w:type="continuationSeparator" w:id="0">
    <w:p w14:paraId="6C04B161" w14:textId="77777777" w:rsidR="00F40813" w:rsidRDefault="00F408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3F6B9" w14:textId="77777777" w:rsidR="003535EB" w:rsidRDefault="003535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80EC6" w14:textId="77777777" w:rsidR="00A74AE9" w:rsidRDefault="00A74AE9">
    <w:pPr>
      <w:pStyle w:val="Header"/>
      <w:pBdr>
        <w:bottom w:val="single" w:sz="16" w:space="0" w:color="EEAA00"/>
      </w:pBdr>
      <w:shd w:val="clear" w:color="auto" w:fill="002855"/>
      <w:tabs>
        <w:tab w:val="right" w:pos="9821"/>
      </w:tabs>
      <w:spacing w:line="600" w:lineRule="exact"/>
    </w:pPr>
    <w:r>
      <w:rPr>
        <w:b/>
        <w:color w:val="FFFFFF"/>
        <w:sz w:val="32"/>
      </w:rPr>
      <w:t xml:space="preserve">  WVU DSPIRA</w:t>
    </w:r>
    <w:r>
      <w:rPr>
        <w:color w:val="FFFFFF"/>
        <w:sz w:val="18"/>
      </w:rPr>
      <w:tab/>
      <w:t>WEST VIRGINIA UNIVERSITY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96A0" w14:textId="77777777" w:rsidR="003535EB" w:rsidRDefault="003535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67881329">
    <w:abstractNumId w:val="8"/>
  </w:num>
  <w:num w:numId="2" w16cid:durableId="1227915216">
    <w:abstractNumId w:val="6"/>
  </w:num>
  <w:num w:numId="3" w16cid:durableId="904607356">
    <w:abstractNumId w:val="5"/>
  </w:num>
  <w:num w:numId="4" w16cid:durableId="125124649">
    <w:abstractNumId w:val="4"/>
  </w:num>
  <w:num w:numId="5" w16cid:durableId="229466471">
    <w:abstractNumId w:val="7"/>
  </w:num>
  <w:num w:numId="6" w16cid:durableId="990406715">
    <w:abstractNumId w:val="3"/>
  </w:num>
  <w:num w:numId="7" w16cid:durableId="846477751">
    <w:abstractNumId w:val="2"/>
  </w:num>
  <w:num w:numId="8" w16cid:durableId="1196652501">
    <w:abstractNumId w:val="1"/>
  </w:num>
  <w:num w:numId="9" w16cid:durableId="141135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6530"/>
    <w:rsid w:val="00187B16"/>
    <w:rsid w:val="0029639D"/>
    <w:rsid w:val="00326F90"/>
    <w:rsid w:val="003535EB"/>
    <w:rsid w:val="00491C3D"/>
    <w:rsid w:val="005D0E94"/>
    <w:rsid w:val="00735244"/>
    <w:rsid w:val="007974EC"/>
    <w:rsid w:val="008501B4"/>
    <w:rsid w:val="00A74AE9"/>
    <w:rsid w:val="00AA1D8D"/>
    <w:rsid w:val="00AC17AE"/>
    <w:rsid w:val="00B47730"/>
    <w:rsid w:val="00B93617"/>
    <w:rsid w:val="00CB0664"/>
    <w:rsid w:val="00DF564D"/>
    <w:rsid w:val="00F4081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928210"/>
  <w14:defaultImageDpi w14:val="300"/>
  <w15:docId w15:val="{4BE67615-61EF-405D-A854-276253D24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64" w:lineRule="auto"/>
    </w:pPr>
    <w:rPr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b/>
      <w:bCs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/>
      <w:outlineLvl w:val="1"/>
    </w:pPr>
    <w:rPr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000000"/>
      <w:sz w:val="30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000000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000000"/>
      <w:kern w:val="28"/>
      <w:sz w:val="48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Cs/>
      <w:color w:val="000000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Arial" w:eastAsia="Arial" w:hAnsi="Arial" w:cs="Arial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Arial" w:eastAsia="Arial" w:hAnsi="Arial" w:cs="Arial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Arial" w:eastAsia="Arial" w:hAnsi="Arial" w:cs="Arial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Arial" w:eastAsia="Arial" w:hAnsi="Arial" w:cs="Arial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Cs/>
      <w:sz w:val="20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rFonts w:ascii="Arial" w:eastAsia="Arial" w:hAnsi="Arial" w:cs="Arial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ascii="Arial" w:eastAsia="Arial" w:hAnsi="Arial" w:cs="Arial"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rial" w:eastAsia="Arial" w:hAnsi="Arial" w:cs="Arial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rFonts w:ascii="Arial" w:eastAsia="Arial" w:hAnsi="Arial" w:cs="Arial"/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rFonts w:ascii="Arial" w:eastAsia="Arial" w:hAnsi="Arial" w:cs="Arial"/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</w:rPr>
    </w:tblStylePr>
    <w:tblStylePr w:type="lastRow">
      <w:rPr>
        <w:rFonts w:ascii="Arial" w:eastAsia="Arial" w:hAnsi="Arial" w:cs="Arial"/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rFonts w:ascii="Arial" w:eastAsia="Arial" w:hAnsi="Arial" w:cs="Arial"/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rFonts w:ascii="Arial" w:eastAsia="Arial" w:hAnsi="Arial" w:cs="Arial"/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rFonts w:ascii="Arial" w:eastAsia="Arial" w:hAnsi="Arial" w:cs="Arial"/>
        <w:color w:val="000000" w:themeColor="text1"/>
      </w:rPr>
    </w:tblStylePr>
    <w:tblStylePr w:type="nwCell">
      <w:rPr>
        <w:rFonts w:ascii="Arial" w:eastAsia="Arial" w:hAnsi="Arial" w:cs="Arial"/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rFonts w:ascii="Arial" w:eastAsia="Arial" w:hAnsi="Arial" w:cs="Arial"/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rFonts w:ascii="Arial" w:eastAsia="Arial" w:hAnsi="Arial" w:cs="Arial"/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rFonts w:ascii="Arial" w:eastAsia="Arial" w:hAnsi="Arial" w:cs="Arial"/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rFonts w:ascii="Arial" w:eastAsia="Arial" w:hAnsi="Arial" w:cs="Arial"/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rFonts w:ascii="Arial" w:eastAsia="Arial" w:hAnsi="Arial" w:cs="Arial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rFonts w:ascii="Arial" w:eastAsia="Arial" w:hAnsi="Arial" w:cs="Arial"/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rFonts w:ascii="Arial" w:eastAsia="Arial" w:hAnsi="Arial" w:cs="Arial"/>
        <w:b/>
        <w:bCs/>
      </w:rPr>
    </w:tblStylePr>
    <w:tblStylePr w:type="lastCol">
      <w:rPr>
        <w:rFonts w:ascii="Arial" w:eastAsia="Arial" w:hAnsi="Arial" w:cs="Arial"/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rFonts w:ascii="Arial" w:eastAsia="Arial" w:hAnsi="Arial" w:cs="Arial"/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rFonts w:ascii="Arial" w:eastAsia="Arial" w:hAnsi="Arial" w:cs="Arial"/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rFonts w:ascii="Arial" w:eastAsia="Arial" w:hAnsi="Arial" w:cs="Arial"/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674</Words>
  <Characters>3380</Characters>
  <Application>Microsoft Office Word</Application>
  <DocSecurity>0</DocSecurity>
  <Lines>60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Fourier transform activity</dc:title>
  <dc:subject>Student activity</dc:subject>
  <dc:creator>WVU DSPIRA</dc:creator>
  <cp:keywords/>
  <dc:description/>
  <cp:lastModifiedBy>Dylan Gormley</cp:lastModifiedBy>
  <cp:revision>5</cp:revision>
  <dcterms:created xsi:type="dcterms:W3CDTF">2026-09-26T00:00:00Z</dcterms:created>
  <dcterms:modified xsi:type="dcterms:W3CDTF">2026-09-27T00:41:00Z</dcterms:modified>
  <cp:category/>
</cp:coreProperties>
</file>