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C7F1" w14:textId="77777777" w:rsidR="00796D36" w:rsidRDefault="00E059CA">
      <w:pPr>
        <w:pStyle w:val="Title"/>
        <w:keepNext/>
      </w:pPr>
      <w:r>
        <w:t>Electromagnetic spectrum</w:t>
      </w:r>
    </w:p>
    <w:p w14:paraId="26751E0D" w14:textId="77777777" w:rsidR="00796D36" w:rsidRDefault="00E059CA">
      <w:pPr>
        <w:pStyle w:val="Subtitle"/>
        <w:keepNext/>
      </w:pPr>
      <w:r>
        <w:t>Student activity</w:t>
      </w:r>
    </w:p>
    <w:p w14:paraId="760EA6B8" w14:textId="77777777" w:rsidR="00796D36" w:rsidRDefault="00E059CA">
      <w:r>
        <w:t>Name ______________________________    Date __________________</w:t>
      </w:r>
    </w:p>
    <w:p w14:paraId="2B1EE46B" w14:textId="77777777" w:rsidR="00796D36" w:rsidRDefault="00E059CA">
      <w:r>
        <w:t>Identify each region of the electromagnetic spectrum. Compare the direction of increasing frequency with increasing wavelength.</w:t>
      </w:r>
    </w:p>
    <w:p w14:paraId="5B2DB536" w14:textId="77777777" w:rsidR="00796D36" w:rsidRDefault="00E059CA">
      <w:r>
        <w:rPr>
          <w:noProof/>
        </w:rPr>
        <w:drawing>
          <wp:inline distT="0" distB="0" distL="0" distR="0" wp14:anchorId="6C858849" wp14:editId="59CA49BC">
            <wp:extent cx="3200400" cy="24048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ksheet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DB861" w14:textId="77777777" w:rsidR="00796D36" w:rsidRDefault="00E059CA">
      <w:r>
        <w:t>Diagram credit: Lori Maldonado. Original credit remains in the artwork.</w:t>
      </w:r>
    </w:p>
    <w:p w14:paraId="6EE719F5" w14:textId="77777777" w:rsidR="00796D36" w:rsidRDefault="00E059CA">
      <w:pPr>
        <w:pStyle w:val="Heading1"/>
      </w:pPr>
      <w:r>
        <w:t>Spectrum labels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796D36" w14:paraId="1692895F" w14:textId="77777777">
        <w:trPr>
          <w:cantSplit/>
          <w:tblHeader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DBB91A" w14:textId="77777777" w:rsidR="00796D36" w:rsidRDefault="00E059CA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Position from left to right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58DFE8" w14:textId="77777777" w:rsidR="00796D36" w:rsidRDefault="00E059CA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Region</w:t>
            </w:r>
          </w:p>
        </w:tc>
      </w:tr>
      <w:tr w:rsidR="00796D36" w14:paraId="7FF848ED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ACBCEF" w14:textId="77777777" w:rsidR="00796D36" w:rsidRDefault="00E059CA">
            <w:pPr>
              <w:keepNext/>
              <w:keepLines/>
              <w:spacing w:after="40" w:line="252" w:lineRule="auto"/>
            </w:pPr>
            <w:r>
              <w:t>1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D8D1E0" w14:textId="77777777" w:rsidR="00796D36" w:rsidRDefault="00796D36">
            <w:pPr>
              <w:keepNext/>
              <w:keepLines/>
              <w:spacing w:after="40" w:line="252" w:lineRule="auto"/>
            </w:pPr>
          </w:p>
        </w:tc>
      </w:tr>
      <w:tr w:rsidR="00796D36" w14:paraId="037CC321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12A208" w14:textId="77777777" w:rsidR="00796D36" w:rsidRDefault="00E059CA">
            <w:pPr>
              <w:keepNext/>
              <w:keepLines/>
              <w:spacing w:after="40" w:line="252" w:lineRule="auto"/>
            </w:pPr>
            <w:r>
              <w:t>2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DF0983" w14:textId="77777777" w:rsidR="00796D36" w:rsidRDefault="00796D36">
            <w:pPr>
              <w:keepNext/>
              <w:keepLines/>
              <w:spacing w:after="40" w:line="252" w:lineRule="auto"/>
            </w:pPr>
          </w:p>
        </w:tc>
      </w:tr>
      <w:tr w:rsidR="00796D36" w14:paraId="1758350D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688FA" w14:textId="77777777" w:rsidR="00796D36" w:rsidRDefault="00E059CA">
            <w:pPr>
              <w:keepNext/>
              <w:keepLines/>
              <w:spacing w:after="40" w:line="252" w:lineRule="auto"/>
            </w:pPr>
            <w:r>
              <w:t>3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D1BD4E" w14:textId="77777777" w:rsidR="00796D36" w:rsidRDefault="00796D36">
            <w:pPr>
              <w:keepNext/>
              <w:keepLines/>
              <w:spacing w:after="40" w:line="252" w:lineRule="auto"/>
            </w:pPr>
          </w:p>
        </w:tc>
      </w:tr>
      <w:tr w:rsidR="00796D36" w14:paraId="4F6C388C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F7F3CA" w14:textId="77777777" w:rsidR="00796D36" w:rsidRDefault="00E059CA">
            <w:pPr>
              <w:keepNext/>
              <w:keepLines/>
              <w:spacing w:after="40" w:line="252" w:lineRule="auto"/>
            </w:pPr>
            <w:r>
              <w:t>4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504B7A" w14:textId="77777777" w:rsidR="00796D36" w:rsidRDefault="00796D36">
            <w:pPr>
              <w:keepNext/>
              <w:keepLines/>
              <w:spacing w:after="40" w:line="252" w:lineRule="auto"/>
            </w:pPr>
          </w:p>
        </w:tc>
      </w:tr>
      <w:tr w:rsidR="00796D36" w14:paraId="146C5B81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C239AA" w14:textId="77777777" w:rsidR="00796D36" w:rsidRDefault="00E059CA">
            <w:pPr>
              <w:keepNext/>
              <w:keepLines/>
              <w:spacing w:after="40" w:line="252" w:lineRule="auto"/>
            </w:pPr>
            <w:r>
              <w:t>5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2AEA54" w14:textId="77777777" w:rsidR="00796D36" w:rsidRDefault="00796D36">
            <w:pPr>
              <w:keepNext/>
              <w:keepLines/>
              <w:spacing w:after="40" w:line="252" w:lineRule="auto"/>
            </w:pPr>
          </w:p>
        </w:tc>
      </w:tr>
      <w:tr w:rsidR="00796D36" w14:paraId="0CB8018A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FF262D" w14:textId="77777777" w:rsidR="00796D36" w:rsidRDefault="00E059CA">
            <w:pPr>
              <w:keepNext/>
              <w:keepLines/>
              <w:spacing w:after="40" w:line="252" w:lineRule="auto"/>
            </w:pPr>
            <w:r>
              <w:t>6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685CAC" w14:textId="77777777" w:rsidR="00796D36" w:rsidRDefault="00796D36">
            <w:pPr>
              <w:keepNext/>
              <w:keepLines/>
              <w:spacing w:after="40" w:line="252" w:lineRule="auto"/>
            </w:pPr>
          </w:p>
        </w:tc>
      </w:tr>
      <w:tr w:rsidR="00796D36" w14:paraId="10E23407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FB073" w14:textId="77777777" w:rsidR="00796D36" w:rsidRDefault="00E059CA">
            <w:pPr>
              <w:keepLines/>
              <w:spacing w:after="40" w:line="252" w:lineRule="auto"/>
            </w:pPr>
            <w:r>
              <w:t>7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C0F0C8" w14:textId="77777777" w:rsidR="00796D36" w:rsidRDefault="00796D36">
            <w:pPr>
              <w:keepLines/>
              <w:spacing w:after="40" w:line="252" w:lineRule="auto"/>
            </w:pPr>
          </w:p>
        </w:tc>
      </w:tr>
    </w:tbl>
    <w:p w14:paraId="50F29E53" w14:textId="77777777" w:rsidR="00796D36" w:rsidRDefault="00796D36">
      <w:pPr>
        <w:spacing w:after="0"/>
      </w:pPr>
    </w:p>
    <w:p w14:paraId="06B0AF52" w14:textId="77777777" w:rsidR="00796D36" w:rsidRDefault="00E059CA">
      <w:r>
        <w:t>In which direction does frequency increase? __________________________</w:t>
      </w:r>
    </w:p>
    <w:p w14:paraId="4342961C" w14:textId="77777777" w:rsidR="00796D36" w:rsidRDefault="00E059CA">
      <w:r>
        <w:t>In which direction does wavelength increase? ________________________</w:t>
      </w:r>
    </w:p>
    <w:sectPr w:rsidR="00796D36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2BF84" w14:textId="77777777" w:rsidR="00EB7F55" w:rsidRDefault="00EB7F55">
      <w:pPr>
        <w:spacing w:after="0" w:line="240" w:lineRule="auto"/>
      </w:pPr>
      <w:r>
        <w:separator/>
      </w:r>
    </w:p>
  </w:endnote>
  <w:endnote w:type="continuationSeparator" w:id="0">
    <w:p w14:paraId="4117BABB" w14:textId="77777777" w:rsidR="00EB7F55" w:rsidRDefault="00EB7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2C7D" w14:textId="77777777" w:rsidR="000A1221" w:rsidRDefault="000A12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20E62" w14:textId="77777777" w:rsidR="00E059CA" w:rsidRDefault="00E059C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11EC" w14:textId="77777777" w:rsidR="000A1221" w:rsidRDefault="000A12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F46C" w14:textId="77777777" w:rsidR="00EB7F55" w:rsidRDefault="00EB7F55">
      <w:pPr>
        <w:spacing w:after="0" w:line="240" w:lineRule="auto"/>
      </w:pPr>
      <w:r>
        <w:separator/>
      </w:r>
    </w:p>
  </w:footnote>
  <w:footnote w:type="continuationSeparator" w:id="0">
    <w:p w14:paraId="2043FCDA" w14:textId="77777777" w:rsidR="00EB7F55" w:rsidRDefault="00EB7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656D2" w14:textId="77777777" w:rsidR="000A1221" w:rsidRDefault="000A12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17FD" w14:textId="77777777" w:rsidR="00E059CA" w:rsidRDefault="00E059C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76D0F" w14:textId="77777777" w:rsidR="000A1221" w:rsidRDefault="000A12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6623650">
    <w:abstractNumId w:val="8"/>
  </w:num>
  <w:num w:numId="2" w16cid:durableId="208036387">
    <w:abstractNumId w:val="6"/>
  </w:num>
  <w:num w:numId="3" w16cid:durableId="1107774812">
    <w:abstractNumId w:val="5"/>
  </w:num>
  <w:num w:numId="4" w16cid:durableId="1772552561">
    <w:abstractNumId w:val="4"/>
  </w:num>
  <w:num w:numId="5" w16cid:durableId="185338721">
    <w:abstractNumId w:val="7"/>
  </w:num>
  <w:num w:numId="6" w16cid:durableId="163011673">
    <w:abstractNumId w:val="3"/>
  </w:num>
  <w:num w:numId="7" w16cid:durableId="1688825035">
    <w:abstractNumId w:val="2"/>
  </w:num>
  <w:num w:numId="8" w16cid:durableId="592594881">
    <w:abstractNumId w:val="1"/>
  </w:num>
  <w:num w:numId="9" w16cid:durableId="38828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221"/>
    <w:rsid w:val="0015074B"/>
    <w:rsid w:val="00176530"/>
    <w:rsid w:val="0029639D"/>
    <w:rsid w:val="00326F90"/>
    <w:rsid w:val="0037447D"/>
    <w:rsid w:val="003C68B2"/>
    <w:rsid w:val="003F2469"/>
    <w:rsid w:val="00506A20"/>
    <w:rsid w:val="005D0E94"/>
    <w:rsid w:val="00735244"/>
    <w:rsid w:val="00796D36"/>
    <w:rsid w:val="00AA1D8D"/>
    <w:rsid w:val="00B47730"/>
    <w:rsid w:val="00CB0664"/>
    <w:rsid w:val="00D64F6A"/>
    <w:rsid w:val="00E059CA"/>
    <w:rsid w:val="00E818DA"/>
    <w:rsid w:val="00EB7F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44194C"/>
  <w14:defaultImageDpi w14:val="300"/>
  <w15:docId w15:val="{488DC37A-8146-4BF1-A190-3DD423C8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452</Characters>
  <Application>Microsoft Office Word</Application>
  <DocSecurity>0</DocSecurity>
  <Lines>32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Electromagnetic spectrum</dc:title>
  <dc:subject>Student activity</dc:subject>
  <dc:creator>WVU DSPIRA</dc:creator>
  <cp:keywords/>
  <dc:description/>
  <cp:lastModifiedBy>Dylan Gormley</cp:lastModifiedBy>
  <cp:revision>5</cp:revision>
  <dcterms:created xsi:type="dcterms:W3CDTF">2026-09-26T00:00:00Z</dcterms:created>
  <dcterms:modified xsi:type="dcterms:W3CDTF">2026-09-27T00:41:00Z</dcterms:modified>
  <cp:category/>
</cp:coreProperties>
</file>