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8CBF8" w14:textId="77777777" w:rsidR="00BE72F4" w:rsidRDefault="00E846B8">
      <w:pPr>
        <w:pStyle w:val="Title"/>
      </w:pPr>
      <w:r>
        <w:t>Earth orbit model diagram</w:t>
      </w:r>
    </w:p>
    <w:p w14:paraId="3AB5CBC6" w14:textId="77777777" w:rsidR="00BE72F4" w:rsidRDefault="00E846B8">
      <w:r>
        <w:t>Print at 100% on legal paper. Each grid square represents 1 cm. Do not use fit to page.</w:t>
      </w:r>
    </w:p>
    <w:p w14:paraId="6B574D3C" w14:textId="77777777" w:rsidR="00BE72F4" w:rsidRDefault="00E846B8">
      <w:pPr>
        <w:spacing w:after="0"/>
      </w:pPr>
      <w:r>
        <w:rPr>
          <w:noProof/>
        </w:rPr>
        <w:drawing>
          <wp:inline distT="0" distB="0" distL="0" distR="0" wp14:anchorId="0F3ADCA1" wp14:editId="602EBA45">
            <wp:extent cx="7193280" cy="9707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ZH7kvTEcVaMl58jet1LkjiGaGwPlmJ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970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72F4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/>
      <w:pgMar w:top="1080" w:right="432" w:bottom="1080" w:left="43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2C304" w14:textId="77777777" w:rsidR="00FC7A04" w:rsidRDefault="00FC7A04">
      <w:pPr>
        <w:spacing w:after="0" w:line="240" w:lineRule="auto"/>
      </w:pPr>
      <w:r>
        <w:separator/>
      </w:r>
    </w:p>
  </w:endnote>
  <w:endnote w:type="continuationSeparator" w:id="0">
    <w:p w14:paraId="388AFD56" w14:textId="77777777" w:rsidR="00FC7A04" w:rsidRDefault="00FC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B898" w14:textId="77777777" w:rsidR="00E50A06" w:rsidRDefault="00E50A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273E" w14:textId="77777777" w:rsidR="00E846B8" w:rsidRDefault="00E846B8">
    <w:pPr>
      <w:pStyle w:val="Footer"/>
      <w:tabs>
        <w:tab w:val="right" w:pos="11376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15DDE" w14:textId="77777777" w:rsidR="00E50A06" w:rsidRDefault="00E50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1F81E" w14:textId="77777777" w:rsidR="00FC7A04" w:rsidRDefault="00FC7A04">
      <w:pPr>
        <w:spacing w:after="0" w:line="240" w:lineRule="auto"/>
      </w:pPr>
      <w:r>
        <w:separator/>
      </w:r>
    </w:p>
  </w:footnote>
  <w:footnote w:type="continuationSeparator" w:id="0">
    <w:p w14:paraId="4BCA6144" w14:textId="77777777" w:rsidR="00FC7A04" w:rsidRDefault="00FC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4E1F" w14:textId="77777777" w:rsidR="00E50A06" w:rsidRDefault="00E50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0BC9A" w14:textId="77777777" w:rsidR="00E846B8" w:rsidRDefault="00E846B8">
    <w:pPr>
      <w:pStyle w:val="Header"/>
      <w:pBdr>
        <w:bottom w:val="single" w:sz="16" w:space="0" w:color="EEAA00"/>
      </w:pBdr>
      <w:shd w:val="clear" w:color="auto" w:fill="002855"/>
      <w:tabs>
        <w:tab w:val="right" w:pos="11117"/>
      </w:tabs>
      <w:spacing w:line="48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FDD9" w14:textId="77777777" w:rsidR="00E50A06" w:rsidRDefault="00E50A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9659138">
    <w:abstractNumId w:val="8"/>
  </w:num>
  <w:num w:numId="2" w16cid:durableId="645624739">
    <w:abstractNumId w:val="6"/>
  </w:num>
  <w:num w:numId="3" w16cid:durableId="250162860">
    <w:abstractNumId w:val="5"/>
  </w:num>
  <w:num w:numId="4" w16cid:durableId="782304293">
    <w:abstractNumId w:val="4"/>
  </w:num>
  <w:num w:numId="5" w16cid:durableId="1565407903">
    <w:abstractNumId w:val="7"/>
  </w:num>
  <w:num w:numId="6" w16cid:durableId="113644645">
    <w:abstractNumId w:val="3"/>
  </w:num>
  <w:num w:numId="7" w16cid:durableId="1112045866">
    <w:abstractNumId w:val="2"/>
  </w:num>
  <w:num w:numId="8" w16cid:durableId="1674185054">
    <w:abstractNumId w:val="1"/>
  </w:num>
  <w:num w:numId="9" w16cid:durableId="1985231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6530"/>
    <w:rsid w:val="002929B8"/>
    <w:rsid w:val="0029639D"/>
    <w:rsid w:val="00326F90"/>
    <w:rsid w:val="00355B33"/>
    <w:rsid w:val="004C0022"/>
    <w:rsid w:val="005D0E94"/>
    <w:rsid w:val="00735244"/>
    <w:rsid w:val="007974EC"/>
    <w:rsid w:val="00AA1D8D"/>
    <w:rsid w:val="00B47730"/>
    <w:rsid w:val="00BE72F4"/>
    <w:rsid w:val="00CB0664"/>
    <w:rsid w:val="00D725AB"/>
    <w:rsid w:val="00DE27C6"/>
    <w:rsid w:val="00E50A06"/>
    <w:rsid w:val="00E846B8"/>
    <w:rsid w:val="00FC693F"/>
    <w:rsid w:val="00FC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9DD6D1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 orbit model diagram</dc:title>
  <dc:subject/>
  <dc:creator>WVU DSPIRA</dc:creator>
  <cp:keywords/>
  <dc:description/>
  <cp:lastModifiedBy>Dylan Gormley</cp:lastModifiedBy>
  <cp:revision>5</cp:revision>
  <dcterms:created xsi:type="dcterms:W3CDTF">2013-12-23T23:15:00Z</dcterms:created>
  <dcterms:modified xsi:type="dcterms:W3CDTF">2026-09-27T00:41:00Z</dcterms:modified>
  <cp:category/>
</cp:coreProperties>
</file>