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98A9F" w14:textId="77777777" w:rsidR="006D6FE7" w:rsidRDefault="002E4BA7">
      <w:pPr>
        <w:pStyle w:val="Title"/>
        <w:rPr>
          <w:sz w:val="28"/>
          <w:szCs w:val="28"/>
        </w:rPr>
      </w:pPr>
      <w:r>
        <w:t xml:space="preserve">Measuring the Earth’s Speed around the Sun- Final Comparison Model meets Experiment </w:t>
      </w:r>
    </w:p>
    <w:p w14:paraId="76F7B0E1" w14:textId="77777777" w:rsidR="006D6FE7" w:rsidRDefault="002E4BA7">
      <w:pPr>
        <w:pStyle w:val="Subtitle"/>
        <w:rPr>
          <w:b/>
          <w:sz w:val="26"/>
          <w:szCs w:val="26"/>
        </w:rPr>
      </w:pPr>
      <w:r>
        <w:t>Astronomy Activity</w:t>
      </w:r>
    </w:p>
    <w:p w14:paraId="17498DA5" w14:textId="77777777" w:rsidR="006D6FE7" w:rsidRDefault="002E4BA7">
      <w:pPr>
        <w:keepNext/>
      </w:pPr>
      <w:r>
        <w:t xml:space="preserve">In Science, there is a constant play between theory and observation... </w:t>
      </w:r>
    </w:p>
    <w:p w14:paraId="7BCBA79D" w14:textId="77777777" w:rsidR="006D6FE7" w:rsidRDefault="002E4BA7">
      <w:pPr>
        <w:jc w:val="center"/>
      </w:pPr>
      <w:r>
        <w:rPr>
          <w:noProof/>
        </w:rPr>
        <w:drawing>
          <wp:inline distT="0" distB="0" distL="0" distR="0" wp14:anchorId="61CB46B6" wp14:editId="4E648D95">
            <wp:extent cx="2265680" cy="2776855"/>
            <wp:effectExtent l="0" t="0" r="0" b="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65680" cy="27768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EA2679" w14:textId="77777777" w:rsidR="006D6FE7" w:rsidRDefault="002E4BA7">
      <w:pPr>
        <w:rPr>
          <w:b/>
        </w:rPr>
      </w:pPr>
      <w:r>
        <w:t xml:space="preserve">The theoretical orbit for the Earth around the Sun (assuming a circular path) was first modeled on the sheet with the circle on it (like the one seen at right). </w:t>
      </w:r>
      <w:r>
        <w:rPr>
          <w:b/>
        </w:rPr>
        <w:t>(Activity E2 - MODEL)</w:t>
      </w:r>
    </w:p>
    <w:p w14:paraId="07D2D44A" w14:textId="77777777" w:rsidR="006D6FE7" w:rsidRDefault="002E4BA7">
      <w:pPr>
        <w:rPr>
          <w:b/>
        </w:rPr>
      </w:pPr>
      <w:r>
        <w:t xml:space="preserve">Our second activity analyzed actual data taken (by Mr. Herman) over the course of the past ½ year.  The idea is that the detected Neutral Hydrogen line had been Doppler Shift based on whether the Earth was moving towards or away from the Galactic Center. </w:t>
      </w:r>
      <w:r>
        <w:rPr>
          <w:b/>
        </w:rPr>
        <w:t>(Activity E4 - DOPPLER)</w:t>
      </w:r>
    </w:p>
    <w:p w14:paraId="3E26D6AD" w14:textId="77777777" w:rsidR="006D6FE7" w:rsidRDefault="002E4BA7">
      <w:r>
        <w:t xml:space="preserve">Here we will take information from the </w:t>
      </w:r>
      <w:r>
        <w:rPr>
          <w:b/>
          <w:u w:val="single"/>
        </w:rPr>
        <w:t>MODEL chart</w:t>
      </w:r>
      <w:r>
        <w:t xml:space="preserve"> and compare it to the calculated data from the </w:t>
      </w:r>
      <w:r>
        <w:rPr>
          <w:b/>
          <w:u w:val="single"/>
        </w:rPr>
        <w:t>DOPPLER chart</w:t>
      </w:r>
      <w:r>
        <w:t xml:space="preserve">. So, </w:t>
      </w:r>
      <w:r>
        <w:rPr>
          <w:b/>
        </w:rPr>
        <w:t>have the two tables ready to go</w:t>
      </w:r>
      <w:r>
        <w:t>…</w:t>
      </w:r>
    </w:p>
    <w:p w14:paraId="730682BC" w14:textId="77777777" w:rsidR="006D6FE7" w:rsidRDefault="002E4BA7">
      <w:pPr>
        <w:pStyle w:val="Heading2"/>
        <w:rPr>
          <w:sz w:val="28"/>
          <w:szCs w:val="28"/>
        </w:rPr>
      </w:pPr>
      <w:r>
        <w:lastRenderedPageBreak/>
        <w:t>FINAL COMPARISON Chart</w:t>
      </w:r>
    </w:p>
    <w:tbl>
      <w:tblPr>
        <w:tblStyle w:val="a0"/>
        <w:tblW w:w="10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80"/>
        <w:gridCol w:w="1680"/>
        <w:gridCol w:w="1680"/>
        <w:gridCol w:w="1680"/>
        <w:gridCol w:w="1680"/>
        <w:gridCol w:w="1680"/>
      </w:tblGrid>
      <w:tr w:rsidR="006D6FE7" w14:paraId="231A39BC" w14:textId="77777777">
        <w:trPr>
          <w:cantSplit/>
          <w:tblHeader/>
        </w:trPr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D268F8" w14:textId="77777777" w:rsidR="006D6FE7" w:rsidRDefault="002E4BA7">
            <w:pPr>
              <w:keepNext/>
              <w:keepLines/>
              <w:spacing w:after="40" w:line="252" w:lineRule="auto"/>
              <w:jc w:val="center"/>
            </w:pPr>
            <w:r>
              <w:rPr>
                <w:b/>
                <w:color w:val="FFFFFF"/>
                <w:sz w:val="20"/>
                <w:szCs w:val="20"/>
              </w:rPr>
              <w:t>A</w:t>
            </w: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11E9E8" w14:textId="77777777" w:rsidR="006D6FE7" w:rsidRDefault="002E4BA7">
            <w:pPr>
              <w:keepNext/>
              <w:keepLines/>
              <w:spacing w:after="40" w:line="252" w:lineRule="auto"/>
              <w:jc w:val="center"/>
            </w:pPr>
            <w:r>
              <w:rPr>
                <w:b/>
                <w:color w:val="FFFFFF"/>
                <w:sz w:val="20"/>
                <w:szCs w:val="20"/>
              </w:rPr>
              <w:t>B</w:t>
            </w: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472DC3" w14:textId="77777777" w:rsidR="006D6FE7" w:rsidRDefault="002E4BA7">
            <w:pPr>
              <w:keepNext/>
              <w:keepLines/>
              <w:spacing w:after="40" w:line="252" w:lineRule="auto"/>
              <w:jc w:val="center"/>
            </w:pPr>
            <w:r>
              <w:rPr>
                <w:b/>
                <w:color w:val="FFFFFF"/>
                <w:sz w:val="20"/>
                <w:szCs w:val="20"/>
              </w:rPr>
              <w:t>C</w:t>
            </w: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B392CA" w14:textId="77777777" w:rsidR="006D6FE7" w:rsidRDefault="002E4BA7">
            <w:pPr>
              <w:keepNext/>
              <w:keepLines/>
              <w:spacing w:after="40" w:line="252" w:lineRule="auto"/>
              <w:jc w:val="center"/>
            </w:pPr>
            <w:r>
              <w:rPr>
                <w:b/>
                <w:color w:val="FFFFFF"/>
                <w:sz w:val="20"/>
                <w:szCs w:val="20"/>
              </w:rPr>
              <w:t>D</w:t>
            </w: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134074" w14:textId="77777777" w:rsidR="006D6FE7" w:rsidRDefault="002E4BA7">
            <w:pPr>
              <w:keepNext/>
              <w:keepLines/>
              <w:spacing w:after="40" w:line="252" w:lineRule="auto"/>
              <w:jc w:val="center"/>
            </w:pPr>
            <w:r>
              <w:rPr>
                <w:b/>
                <w:color w:val="FFFFFF"/>
                <w:sz w:val="20"/>
                <w:szCs w:val="20"/>
              </w:rPr>
              <w:t>E</w:t>
            </w: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002855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9C5949" w14:textId="77777777" w:rsidR="006D6FE7" w:rsidRDefault="002E4BA7">
            <w:pPr>
              <w:keepNext/>
              <w:keepLines/>
              <w:spacing w:after="40" w:line="252" w:lineRule="auto"/>
              <w:jc w:val="center"/>
            </w:pPr>
            <w:r>
              <w:rPr>
                <w:b/>
                <w:color w:val="FFFFFF"/>
                <w:sz w:val="20"/>
                <w:szCs w:val="20"/>
              </w:rPr>
              <w:t>F</w:t>
            </w:r>
          </w:p>
        </w:tc>
      </w:tr>
      <w:tr w:rsidR="006D6FE7" w14:paraId="09886725" w14:textId="77777777">
        <w:trPr>
          <w:cantSplit/>
        </w:trPr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25B092" w14:textId="77777777" w:rsidR="006D6FE7" w:rsidRDefault="002E4BA7">
            <w:pPr>
              <w:keepNext/>
              <w:keepLines/>
              <w:spacing w:after="40" w:line="252" w:lineRule="auto"/>
              <w:jc w:val="center"/>
            </w:pPr>
            <w:r>
              <w:rPr>
                <w:sz w:val="20"/>
                <w:szCs w:val="20"/>
              </w:rPr>
              <w:t>DOPPLER col A</w:t>
            </w: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F3B1A0" w14:textId="77777777" w:rsidR="006D6FE7" w:rsidRDefault="002E4BA7">
            <w:pPr>
              <w:keepNext/>
              <w:keepLines/>
              <w:spacing w:after="40" w:line="252" w:lineRule="auto"/>
              <w:jc w:val="center"/>
            </w:pPr>
            <w:r>
              <w:rPr>
                <w:sz w:val="20"/>
                <w:szCs w:val="20"/>
              </w:rPr>
              <w:t>DOPPLER col B</w:t>
            </w: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F1FFC6" w14:textId="77777777" w:rsidR="006D6FE7" w:rsidRDefault="002E4BA7">
            <w:pPr>
              <w:keepNext/>
              <w:keepLines/>
              <w:spacing w:after="40" w:line="252" w:lineRule="auto"/>
              <w:jc w:val="center"/>
            </w:pPr>
            <w:r>
              <w:rPr>
                <w:sz w:val="20"/>
                <w:szCs w:val="20"/>
              </w:rPr>
              <w:t>MODEL col A</w:t>
            </w: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EE0EB2" w14:textId="77777777" w:rsidR="006D6FE7" w:rsidRDefault="002E4BA7">
            <w:pPr>
              <w:keepNext/>
              <w:keepLines/>
              <w:spacing w:after="40" w:line="252" w:lineRule="auto"/>
              <w:jc w:val="center"/>
            </w:pPr>
            <w:r>
              <w:rPr>
                <w:sz w:val="20"/>
                <w:szCs w:val="20"/>
              </w:rPr>
              <w:t>DOPPLER col F</w:t>
            </w: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B697BF" w14:textId="77777777" w:rsidR="006D6FE7" w:rsidRDefault="002E4BA7">
            <w:pPr>
              <w:keepNext/>
              <w:keepLines/>
              <w:spacing w:after="40" w:line="252" w:lineRule="auto"/>
              <w:jc w:val="center"/>
            </w:pPr>
            <w:r>
              <w:rPr>
                <w:sz w:val="20"/>
                <w:szCs w:val="20"/>
              </w:rPr>
              <w:t>MODELl col C</w:t>
            </w: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E84AC0" w14:textId="77777777" w:rsidR="006D6FE7" w:rsidRDefault="002E4BA7">
            <w:pPr>
              <w:keepNext/>
              <w:keepLines/>
              <w:spacing w:after="40" w:line="252" w:lineRule="auto"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New (col D)-(col E)</w:t>
            </w:r>
          </w:p>
        </w:tc>
      </w:tr>
      <w:tr w:rsidR="006D6FE7" w14:paraId="46E93D94" w14:textId="77777777">
        <w:trPr>
          <w:cantSplit/>
        </w:trPr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E99D2E" w14:textId="77777777" w:rsidR="006D6FE7" w:rsidRDefault="002E4BA7">
            <w:pPr>
              <w:keepNext/>
              <w:keepLines/>
              <w:spacing w:after="40" w:line="252" w:lineRule="auto"/>
              <w:jc w:val="center"/>
            </w:pPr>
            <w:r>
              <w:rPr>
                <w:sz w:val="20"/>
                <w:szCs w:val="20"/>
              </w:rPr>
              <w:t>Date of Year</w:t>
            </w: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3FC408" w14:textId="77777777" w:rsidR="006D6FE7" w:rsidRDefault="002E4BA7">
            <w:pPr>
              <w:keepNext/>
              <w:keepLines/>
              <w:spacing w:after="40" w:line="252" w:lineRule="auto"/>
              <w:jc w:val="center"/>
            </w:pPr>
            <w:r>
              <w:rPr>
                <w:sz w:val="20"/>
                <w:szCs w:val="20"/>
              </w:rPr>
              <w:t>Day # from 12/18</w:t>
            </w: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5023FA" w14:textId="77777777" w:rsidR="006D6FE7" w:rsidRDefault="002E4BA7">
            <w:pPr>
              <w:keepNext/>
              <w:keepLines/>
              <w:spacing w:after="40" w:line="252" w:lineRule="auto"/>
              <w:jc w:val="center"/>
            </w:pPr>
            <w:r>
              <w:rPr>
                <w:sz w:val="20"/>
                <w:szCs w:val="20"/>
              </w:rPr>
              <w:t>Angle Position 12/18 =0°</w:t>
            </w: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80E2B8" w14:textId="77777777" w:rsidR="006D6FE7" w:rsidRDefault="002E4BA7">
            <w:pPr>
              <w:keepNext/>
              <w:keepLines/>
              <w:spacing w:after="40" w:line="252" w:lineRule="auto"/>
              <w:jc w:val="center"/>
            </w:pPr>
            <w:r>
              <w:rPr>
                <w:sz w:val="20"/>
                <w:szCs w:val="20"/>
              </w:rPr>
              <w:t>Speed To-or-Fro Galactic</w:t>
            </w:r>
          </w:p>
          <w:p w14:paraId="06868FD5" w14:textId="77777777" w:rsidR="006D6FE7" w:rsidRDefault="002E4BA7">
            <w:pPr>
              <w:keepNext/>
              <w:keepLines/>
              <w:spacing w:after="40" w:line="252" w:lineRule="auto"/>
              <w:jc w:val="center"/>
            </w:pPr>
            <w:r>
              <w:rPr>
                <w:sz w:val="20"/>
                <w:szCs w:val="20"/>
              </w:rPr>
              <w:t>Center (km/s)</w:t>
            </w: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488078" w14:textId="77777777" w:rsidR="006D6FE7" w:rsidRDefault="002E4BA7">
            <w:pPr>
              <w:keepNext/>
              <w:keepLines/>
              <w:spacing w:after="40" w:line="252" w:lineRule="auto"/>
              <w:jc w:val="center"/>
            </w:pPr>
            <w:r>
              <w:rPr>
                <w:sz w:val="20"/>
                <w:szCs w:val="20"/>
              </w:rPr>
              <w:t>Speed To-or-Fro Galactic</w:t>
            </w:r>
          </w:p>
          <w:p w14:paraId="3F756E3C" w14:textId="77777777" w:rsidR="006D6FE7" w:rsidRDefault="002E4BA7">
            <w:pPr>
              <w:keepNext/>
              <w:keepLines/>
              <w:spacing w:after="40" w:line="252" w:lineRule="auto"/>
              <w:jc w:val="center"/>
            </w:pPr>
            <w:r>
              <w:rPr>
                <w:sz w:val="20"/>
                <w:szCs w:val="20"/>
              </w:rPr>
              <w:t>Center (km/s)</w:t>
            </w: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12CA58" w14:textId="77777777" w:rsidR="006D6FE7" w:rsidRDefault="002E4BA7">
            <w:pPr>
              <w:keepNext/>
              <w:keepLines/>
              <w:spacing w:after="40" w:line="252" w:lineRule="auto"/>
              <w:jc w:val="center"/>
            </w:pPr>
            <w:r>
              <w:rPr>
                <w:sz w:val="20"/>
                <w:szCs w:val="20"/>
              </w:rPr>
              <w:t>Diff from Model and Observed (km/s)</w:t>
            </w:r>
          </w:p>
        </w:tc>
      </w:tr>
      <w:tr w:rsidR="006D6FE7" w14:paraId="591320D5" w14:textId="77777777">
        <w:trPr>
          <w:cantSplit/>
          <w:trHeight w:val="502"/>
        </w:trPr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EC25A9" w14:textId="77777777" w:rsidR="006D6FE7" w:rsidRDefault="006D6FE7">
            <w:pPr>
              <w:keepNext/>
              <w:keepLines/>
              <w:spacing w:after="40" w:line="252" w:lineRule="auto"/>
              <w:jc w:val="center"/>
            </w:pP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6DCEDE" w14:textId="77777777" w:rsidR="006D6FE7" w:rsidRDefault="006D6FE7">
            <w:pPr>
              <w:keepNext/>
              <w:keepLines/>
              <w:spacing w:after="40" w:line="252" w:lineRule="auto"/>
              <w:jc w:val="center"/>
            </w:pP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A5C18A" w14:textId="77777777" w:rsidR="006D6FE7" w:rsidRDefault="006D6FE7">
            <w:pPr>
              <w:keepNext/>
              <w:keepLines/>
              <w:spacing w:after="40" w:line="252" w:lineRule="auto"/>
              <w:jc w:val="center"/>
            </w:pP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FE8906" w14:textId="77777777" w:rsidR="006D6FE7" w:rsidRDefault="006D6FE7">
            <w:pPr>
              <w:keepNext/>
              <w:keepLines/>
              <w:spacing w:after="40" w:line="252" w:lineRule="auto"/>
              <w:jc w:val="center"/>
            </w:pP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DB865E" w14:textId="77777777" w:rsidR="006D6FE7" w:rsidRDefault="006D6FE7">
            <w:pPr>
              <w:keepNext/>
              <w:keepLines/>
              <w:spacing w:after="40" w:line="252" w:lineRule="auto"/>
              <w:jc w:val="center"/>
            </w:pP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BEA02A" w14:textId="77777777" w:rsidR="006D6FE7" w:rsidRDefault="006D6FE7">
            <w:pPr>
              <w:keepNext/>
              <w:keepLines/>
              <w:spacing w:after="40" w:line="252" w:lineRule="auto"/>
              <w:jc w:val="center"/>
            </w:pPr>
          </w:p>
        </w:tc>
      </w:tr>
      <w:tr w:rsidR="006D6FE7" w14:paraId="3EB4A0AD" w14:textId="77777777">
        <w:trPr>
          <w:cantSplit/>
          <w:trHeight w:val="502"/>
        </w:trPr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DF6059" w14:textId="77777777" w:rsidR="006D6FE7" w:rsidRDefault="006D6FE7">
            <w:pPr>
              <w:keepNext/>
              <w:keepLines/>
              <w:spacing w:after="40" w:line="252" w:lineRule="auto"/>
              <w:jc w:val="center"/>
            </w:pP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800F6D" w14:textId="77777777" w:rsidR="006D6FE7" w:rsidRDefault="006D6FE7">
            <w:pPr>
              <w:keepNext/>
              <w:keepLines/>
              <w:spacing w:after="40" w:line="252" w:lineRule="auto"/>
              <w:jc w:val="center"/>
            </w:pP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DC7AF4" w14:textId="77777777" w:rsidR="006D6FE7" w:rsidRDefault="006D6FE7">
            <w:pPr>
              <w:keepNext/>
              <w:keepLines/>
              <w:spacing w:after="40" w:line="252" w:lineRule="auto"/>
              <w:jc w:val="center"/>
            </w:pP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659884" w14:textId="77777777" w:rsidR="006D6FE7" w:rsidRDefault="006D6FE7">
            <w:pPr>
              <w:keepNext/>
              <w:keepLines/>
              <w:spacing w:after="40" w:line="252" w:lineRule="auto"/>
              <w:jc w:val="center"/>
            </w:pP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98CA6E" w14:textId="77777777" w:rsidR="006D6FE7" w:rsidRDefault="006D6FE7">
            <w:pPr>
              <w:keepNext/>
              <w:keepLines/>
              <w:spacing w:after="40" w:line="252" w:lineRule="auto"/>
              <w:jc w:val="center"/>
            </w:pP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9ACCEF" w14:textId="77777777" w:rsidR="006D6FE7" w:rsidRDefault="006D6FE7">
            <w:pPr>
              <w:keepNext/>
              <w:keepLines/>
              <w:spacing w:after="40" w:line="252" w:lineRule="auto"/>
              <w:jc w:val="center"/>
            </w:pPr>
          </w:p>
        </w:tc>
      </w:tr>
      <w:tr w:rsidR="006D6FE7" w14:paraId="2F07777D" w14:textId="77777777">
        <w:trPr>
          <w:cantSplit/>
          <w:trHeight w:val="502"/>
        </w:trPr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84DB00" w14:textId="77777777" w:rsidR="006D6FE7" w:rsidRDefault="006D6FE7">
            <w:pPr>
              <w:keepNext/>
              <w:keepLines/>
              <w:spacing w:after="40" w:line="252" w:lineRule="auto"/>
              <w:jc w:val="center"/>
            </w:pP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D253C9" w14:textId="77777777" w:rsidR="006D6FE7" w:rsidRDefault="006D6FE7">
            <w:pPr>
              <w:keepNext/>
              <w:keepLines/>
              <w:spacing w:after="40" w:line="252" w:lineRule="auto"/>
              <w:jc w:val="center"/>
            </w:pP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E5161D" w14:textId="77777777" w:rsidR="006D6FE7" w:rsidRDefault="006D6FE7">
            <w:pPr>
              <w:keepNext/>
              <w:keepLines/>
              <w:spacing w:after="40" w:line="252" w:lineRule="auto"/>
              <w:jc w:val="center"/>
            </w:pP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8E5D69" w14:textId="77777777" w:rsidR="006D6FE7" w:rsidRDefault="006D6FE7">
            <w:pPr>
              <w:keepNext/>
              <w:keepLines/>
              <w:spacing w:after="40" w:line="252" w:lineRule="auto"/>
              <w:jc w:val="center"/>
            </w:pP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A236D2" w14:textId="77777777" w:rsidR="006D6FE7" w:rsidRDefault="006D6FE7">
            <w:pPr>
              <w:keepNext/>
              <w:keepLines/>
              <w:spacing w:after="40" w:line="252" w:lineRule="auto"/>
              <w:jc w:val="center"/>
            </w:pP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1E008A" w14:textId="77777777" w:rsidR="006D6FE7" w:rsidRDefault="006D6FE7">
            <w:pPr>
              <w:keepNext/>
              <w:keepLines/>
              <w:spacing w:after="40" w:line="252" w:lineRule="auto"/>
              <w:jc w:val="center"/>
            </w:pPr>
          </w:p>
        </w:tc>
      </w:tr>
      <w:tr w:rsidR="006D6FE7" w14:paraId="648B90BF" w14:textId="77777777">
        <w:trPr>
          <w:cantSplit/>
          <w:trHeight w:val="502"/>
        </w:trPr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7FC995" w14:textId="77777777" w:rsidR="006D6FE7" w:rsidRDefault="006D6FE7">
            <w:pPr>
              <w:keepNext/>
              <w:keepLines/>
              <w:spacing w:after="40" w:line="252" w:lineRule="auto"/>
              <w:jc w:val="center"/>
            </w:pP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65246E" w14:textId="77777777" w:rsidR="006D6FE7" w:rsidRDefault="006D6FE7">
            <w:pPr>
              <w:keepNext/>
              <w:keepLines/>
              <w:spacing w:after="40" w:line="252" w:lineRule="auto"/>
              <w:jc w:val="center"/>
            </w:pP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337EDC" w14:textId="77777777" w:rsidR="006D6FE7" w:rsidRDefault="006D6FE7">
            <w:pPr>
              <w:keepNext/>
              <w:keepLines/>
              <w:spacing w:after="40" w:line="252" w:lineRule="auto"/>
              <w:jc w:val="center"/>
            </w:pP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966ACE" w14:textId="77777777" w:rsidR="006D6FE7" w:rsidRDefault="006D6FE7">
            <w:pPr>
              <w:keepNext/>
              <w:keepLines/>
              <w:spacing w:after="40" w:line="252" w:lineRule="auto"/>
              <w:jc w:val="center"/>
            </w:pP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8C331B" w14:textId="77777777" w:rsidR="006D6FE7" w:rsidRDefault="006D6FE7">
            <w:pPr>
              <w:keepNext/>
              <w:keepLines/>
              <w:spacing w:after="40" w:line="252" w:lineRule="auto"/>
              <w:jc w:val="center"/>
            </w:pP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917D95" w14:textId="77777777" w:rsidR="006D6FE7" w:rsidRDefault="006D6FE7">
            <w:pPr>
              <w:keepNext/>
              <w:keepLines/>
              <w:spacing w:after="40" w:line="252" w:lineRule="auto"/>
              <w:jc w:val="center"/>
            </w:pPr>
          </w:p>
        </w:tc>
      </w:tr>
      <w:tr w:rsidR="006D6FE7" w14:paraId="0AE50723" w14:textId="77777777">
        <w:trPr>
          <w:cantSplit/>
          <w:trHeight w:val="502"/>
        </w:trPr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3CE480" w14:textId="77777777" w:rsidR="006D6FE7" w:rsidRDefault="006D6FE7">
            <w:pPr>
              <w:keepNext/>
              <w:keepLines/>
              <w:spacing w:after="40" w:line="252" w:lineRule="auto"/>
              <w:jc w:val="center"/>
            </w:pP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16D8AC" w14:textId="77777777" w:rsidR="006D6FE7" w:rsidRDefault="006D6FE7">
            <w:pPr>
              <w:keepNext/>
              <w:keepLines/>
              <w:spacing w:after="40" w:line="252" w:lineRule="auto"/>
              <w:jc w:val="center"/>
            </w:pP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82ED9D" w14:textId="77777777" w:rsidR="006D6FE7" w:rsidRDefault="006D6FE7">
            <w:pPr>
              <w:keepNext/>
              <w:keepLines/>
              <w:spacing w:after="40" w:line="252" w:lineRule="auto"/>
              <w:jc w:val="center"/>
            </w:pP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E2838A" w14:textId="77777777" w:rsidR="006D6FE7" w:rsidRDefault="006D6FE7">
            <w:pPr>
              <w:keepNext/>
              <w:keepLines/>
              <w:spacing w:after="40" w:line="252" w:lineRule="auto"/>
              <w:jc w:val="center"/>
            </w:pP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DD275E" w14:textId="77777777" w:rsidR="006D6FE7" w:rsidRDefault="006D6FE7">
            <w:pPr>
              <w:keepNext/>
              <w:keepLines/>
              <w:spacing w:after="40" w:line="252" w:lineRule="auto"/>
              <w:jc w:val="center"/>
            </w:pP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3F5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3BF9A6" w14:textId="77777777" w:rsidR="006D6FE7" w:rsidRDefault="006D6FE7">
            <w:pPr>
              <w:keepNext/>
              <w:keepLines/>
              <w:spacing w:after="40" w:line="252" w:lineRule="auto"/>
              <w:jc w:val="center"/>
            </w:pPr>
          </w:p>
        </w:tc>
      </w:tr>
      <w:tr w:rsidR="006D6FE7" w14:paraId="6BAF61E8" w14:textId="77777777">
        <w:trPr>
          <w:cantSplit/>
          <w:trHeight w:val="502"/>
        </w:trPr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4F752D" w14:textId="77777777" w:rsidR="006D6FE7" w:rsidRDefault="006D6FE7">
            <w:pPr>
              <w:keepLines/>
              <w:spacing w:after="40" w:line="252" w:lineRule="auto"/>
              <w:jc w:val="center"/>
            </w:pP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4F004F" w14:textId="77777777" w:rsidR="006D6FE7" w:rsidRDefault="006D6FE7">
            <w:pPr>
              <w:keepLines/>
              <w:spacing w:after="40" w:line="252" w:lineRule="auto"/>
              <w:jc w:val="center"/>
            </w:pP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CBC30B" w14:textId="77777777" w:rsidR="006D6FE7" w:rsidRDefault="006D6FE7">
            <w:pPr>
              <w:keepLines/>
              <w:spacing w:after="40" w:line="252" w:lineRule="auto"/>
              <w:jc w:val="center"/>
            </w:pP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067003" w14:textId="77777777" w:rsidR="006D6FE7" w:rsidRDefault="006D6FE7">
            <w:pPr>
              <w:keepLines/>
              <w:spacing w:after="40" w:line="252" w:lineRule="auto"/>
              <w:jc w:val="center"/>
            </w:pP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03F5F6" w14:textId="77777777" w:rsidR="006D6FE7" w:rsidRDefault="006D6FE7">
            <w:pPr>
              <w:keepLines/>
              <w:spacing w:after="40" w:line="252" w:lineRule="auto"/>
              <w:jc w:val="center"/>
            </w:pPr>
          </w:p>
        </w:tc>
        <w:tc>
          <w:tcPr>
            <w:tcW w:w="16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FFB42A" w14:textId="77777777" w:rsidR="006D6FE7" w:rsidRDefault="006D6FE7">
            <w:pPr>
              <w:keepLines/>
              <w:spacing w:after="40" w:line="252" w:lineRule="auto"/>
              <w:jc w:val="center"/>
            </w:pPr>
          </w:p>
        </w:tc>
      </w:tr>
    </w:tbl>
    <w:p w14:paraId="424BF964" w14:textId="77777777" w:rsidR="006D6FE7" w:rsidRDefault="006D6FE7"/>
    <w:p w14:paraId="77AB51C2" w14:textId="77777777" w:rsidR="006D6FE7" w:rsidRDefault="002E4BA7">
      <w:r>
        <w:t xml:space="preserve"> If life is good, the values from the last column should bounce around 0, unless there is something else going on.  Place 6 dots in the number line to represent the 6 values from the last column.</w:t>
      </w:r>
    </w:p>
    <w:p w14:paraId="026C76EB" w14:textId="77777777" w:rsidR="006D6FE7" w:rsidRDefault="002E4BA7">
      <w:r>
        <w:rPr>
          <w:noProof/>
        </w:rPr>
        <w:drawing>
          <wp:inline distT="0" distB="0" distL="0" distR="0" wp14:anchorId="02986254" wp14:editId="2B00D1C9">
            <wp:extent cx="5852160" cy="495300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9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</w:t>
      </w:r>
    </w:p>
    <w:p w14:paraId="161AB72B" w14:textId="77777777" w:rsidR="006D6FE7" w:rsidRDefault="002E4BA7">
      <w:r>
        <w:t>QUESTIONS</w:t>
      </w:r>
    </w:p>
    <w:p w14:paraId="19F19D08" w14:textId="77777777" w:rsidR="006D6FE7" w:rsidRDefault="002E4BA7">
      <w:r>
        <w:t>1) So, what was the AVERAGE of the 6 values from your last column (F)?     ____________________km/s</w:t>
      </w:r>
    </w:p>
    <w:p w14:paraId="6521ED0F" w14:textId="77777777" w:rsidR="006D6FE7" w:rsidRDefault="006D6FE7"/>
    <w:p w14:paraId="61903848" w14:textId="77777777" w:rsidR="006D6FE7" w:rsidRDefault="006D6FE7"/>
    <w:p w14:paraId="74CC0835" w14:textId="77777777" w:rsidR="006D6FE7" w:rsidRDefault="002E4BA7">
      <w:r>
        <w:t>2) What was the RANGE/2 of the 6 values (highest – lowest)/2?    +/-____________________km/s</w:t>
      </w:r>
    </w:p>
    <w:p w14:paraId="5263C23A" w14:textId="77777777" w:rsidR="006D6FE7" w:rsidRDefault="006D6FE7"/>
    <w:p w14:paraId="581F1757" w14:textId="77777777" w:rsidR="006D6FE7" w:rsidRDefault="006D6FE7"/>
    <w:p w14:paraId="3BCF5081" w14:textId="77777777" w:rsidR="006D6FE7" w:rsidRDefault="002E4BA7">
      <w:r>
        <w:t xml:space="preserve">3) Column D is the final velocity results from the actual data.  Column E is the final velocity derived from the Model. Are they the same? </w:t>
      </w:r>
    </w:p>
    <w:p w14:paraId="1B502DEC" w14:textId="77777777" w:rsidR="006D6FE7" w:rsidRDefault="002E4BA7">
      <w:r>
        <w:lastRenderedPageBreak/>
        <w:t>Based on the above two answers to 1) and 2), does it seem reasonable that a difference of 0 km/s between Actual and Model is something that you could claim to be true?  Explain (maybe make reference to the number line at the bottom of the last page).</w:t>
      </w:r>
    </w:p>
    <w:p w14:paraId="6DFE6E07" w14:textId="77777777" w:rsidR="006D6FE7" w:rsidRDefault="006D6FE7"/>
    <w:p w14:paraId="54D004B1" w14:textId="77777777" w:rsidR="006D6FE7" w:rsidRDefault="006D6FE7"/>
    <w:p w14:paraId="4B50E7C5" w14:textId="77777777" w:rsidR="006D6FE7" w:rsidRDefault="002E4BA7">
      <w:r>
        <w:t>4) (If your class is accumulating classwide data)  Go to the Class Data spreadsheet on the and add your six values from the last column (F) to the class data set.</w:t>
      </w:r>
    </w:p>
    <w:p w14:paraId="79D858DD" w14:textId="77777777" w:rsidR="006D6FE7" w:rsidRDefault="006D6FE7"/>
    <w:p w14:paraId="7BD6107D" w14:textId="77777777" w:rsidR="006D6FE7" w:rsidRDefault="006D6FE7"/>
    <w:p w14:paraId="5E439580" w14:textId="77777777" w:rsidR="006D6FE7" w:rsidRDefault="002E4BA7">
      <w:r>
        <w:t>5) Does the Class Data support the notion that the data sits around the difference of Model and Observation was 0 km/s, or does there seem to be something else to consider?  Explain.</w:t>
      </w:r>
    </w:p>
    <w:sectPr w:rsidR="006D6FE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512" w:right="1080" w:bottom="1080" w:left="1080" w:header="432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A74AD" w14:textId="77777777" w:rsidR="00E017B2" w:rsidRDefault="00E017B2">
      <w:pPr>
        <w:spacing w:after="0" w:line="240" w:lineRule="auto"/>
      </w:pPr>
      <w:r>
        <w:separator/>
      </w:r>
    </w:p>
  </w:endnote>
  <w:endnote w:type="continuationSeparator" w:id="0">
    <w:p w14:paraId="454BC9DA" w14:textId="77777777" w:rsidR="00E017B2" w:rsidRDefault="00E01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58CE2" w14:textId="77777777" w:rsidR="009318C9" w:rsidRDefault="009318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B2FED" w14:textId="77777777" w:rsidR="002E4BA7" w:rsidRDefault="002E4BA7">
    <w:pPr>
      <w:pStyle w:val="Footer"/>
      <w:tabs>
        <w:tab w:val="right" w:pos="10080"/>
      </w:tabs>
    </w:pPr>
    <w:r>
      <w:t>wvurail.org/dspira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8BF95" w14:textId="77777777" w:rsidR="009318C9" w:rsidRDefault="009318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A773B" w14:textId="77777777" w:rsidR="00E017B2" w:rsidRDefault="00E017B2">
      <w:pPr>
        <w:spacing w:after="0" w:line="240" w:lineRule="auto"/>
      </w:pPr>
      <w:r>
        <w:separator/>
      </w:r>
    </w:p>
  </w:footnote>
  <w:footnote w:type="continuationSeparator" w:id="0">
    <w:p w14:paraId="02BE8241" w14:textId="77777777" w:rsidR="00E017B2" w:rsidRDefault="00E017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1F6A0" w14:textId="77777777" w:rsidR="009318C9" w:rsidRDefault="009318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4FF75" w14:textId="77777777" w:rsidR="002E4BA7" w:rsidRDefault="002E4BA7">
    <w:pPr>
      <w:pStyle w:val="Header"/>
      <w:pBdr>
        <w:bottom w:val="single" w:sz="16" w:space="0" w:color="EEAA00"/>
      </w:pBdr>
      <w:shd w:val="clear" w:color="auto" w:fill="002855"/>
      <w:tabs>
        <w:tab w:val="right" w:pos="9821"/>
      </w:tabs>
      <w:spacing w:line="600" w:lineRule="exact"/>
    </w:pPr>
    <w:r>
      <w:rPr>
        <w:b/>
        <w:color w:val="FFFFFF"/>
        <w:sz w:val="32"/>
      </w:rPr>
      <w:t xml:space="preserve">  WVU DSPIRA</w:t>
    </w:r>
    <w:r>
      <w:rPr>
        <w:color w:val="FFFFFF"/>
        <w:sz w:val="18"/>
      </w:rPr>
      <w:tab/>
      <w:t>WEST VIRGINIA UNIVERSITY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A055A" w14:textId="77777777" w:rsidR="009318C9" w:rsidRDefault="009318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992AA5"/>
    <w:multiLevelType w:val="multilevel"/>
    <w:tmpl w:val="8DB2573E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63174914">
    <w:abstractNumId w:val="0"/>
  </w:num>
  <w:num w:numId="2" w16cid:durableId="15980518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FE7"/>
    <w:rsid w:val="00176530"/>
    <w:rsid w:val="002E4BA7"/>
    <w:rsid w:val="005D0E94"/>
    <w:rsid w:val="006745D7"/>
    <w:rsid w:val="006D6FE7"/>
    <w:rsid w:val="0072215E"/>
    <w:rsid w:val="00735244"/>
    <w:rsid w:val="007974EC"/>
    <w:rsid w:val="009318C9"/>
    <w:rsid w:val="00B70C2F"/>
    <w:rsid w:val="00BC1C5E"/>
    <w:rsid w:val="00E017B2"/>
    <w:rsid w:val="00FD2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CF502"/>
  <w15:docId w15:val="{4BE67615-61EF-405D-A854-276253D2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 w:line="264" w:lineRule="auto"/>
    </w:pPr>
    <w:rPr>
      <w:color w:val="000000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30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24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160"/>
    </w:pPr>
    <w:rPr>
      <w:sz w:val="48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73D0"/>
    <w:pPr>
      <w:spacing w:after="0"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3D0"/>
    <w:rPr>
      <w:rFonts w:ascii="Arial" w:eastAsia="Arial" w:hAnsi="Arial" w:cs="Arial"/>
      <w:sz w:val="18"/>
      <w:szCs w:val="18"/>
    </w:rPr>
  </w:style>
  <w:style w:type="table" w:styleId="TableGrid">
    <w:name w:val="Table Grid"/>
    <w:basedOn w:val="TableNormal"/>
    <w:uiPriority w:val="39"/>
    <w:rsid w:val="00CD0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160"/>
    </w:pPr>
    <w:rPr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customStyle="1" w:styleId="Header1">
    <w:name w:val="Header1"/>
    <w:pPr>
      <w:spacing w:after="120" w:line="264" w:lineRule="auto"/>
    </w:pPr>
    <w:rPr>
      <w:color w:val="000000"/>
      <w:sz w:val="18"/>
    </w:rPr>
  </w:style>
  <w:style w:type="paragraph" w:customStyle="1" w:styleId="Footer1">
    <w:name w:val="Footer1"/>
    <w:pPr>
      <w:spacing w:after="120" w:line="264" w:lineRule="auto"/>
    </w:pPr>
    <w:rPr>
      <w:color w:val="000000"/>
      <w:sz w:val="18"/>
    </w:rPr>
  </w:style>
  <w:style w:type="paragraph" w:styleId="Header">
    <w:name w:val="header"/>
    <w:basedOn w:val="Normal"/>
    <w:uiPriority w:val="99"/>
    <w:unhideWhenUsed/>
    <w:rsid w:val="00E618BF"/>
    <w:pPr>
      <w:spacing w:after="0" w:line="240" w:lineRule="auto"/>
    </w:pPr>
  </w:style>
  <w:style w:type="paragraph" w:styleId="Footer">
    <w:name w:val="footer"/>
    <w:basedOn w:val="Normal"/>
    <w:uiPriority w:val="99"/>
    <w:unhideWhenUsed/>
    <w:rsid w:val="00E618BF"/>
    <w:pPr>
      <w:spacing w:after="0" w:line="240" w:lineRule="auto"/>
    </w:pPr>
    <w:rPr>
      <w:sz w:val="18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6qllR2F6Z3yhqoWJ8rnxn50idcw==">AMUW2mXztUHprRWA/8rsZ+dWs4qAJi4gKnSQTPEhMBP4uyLmJDaN2AjvXaM4zaCo8Gy6SPyOg1DfJCaEErNIaGWkCv7ozKBQPZ8sBCm1CTpZ4qR4ta3nXaTLV9CuHZNVPvBNX9SKZihx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391</Words>
  <Characters>1883</Characters>
  <Application>Microsoft Office Word</Application>
  <DocSecurity>0</DocSecurity>
  <Lines>69</Lines>
  <Paragraphs>27</Paragraphs>
  <ScaleCrop>false</ScaleCrop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Earth speed comparing model and measurements</dc:title>
  <dc:creator>thaddeus.herman</dc:creator>
  <dc:description/>
  <cp:lastModifiedBy>Dylan Gormley</cp:lastModifiedBy>
  <cp:revision>5</cp:revision>
  <dcterms:created xsi:type="dcterms:W3CDTF">2019-03-18T21:33:00Z</dcterms:created>
  <dcterms:modified xsi:type="dcterms:W3CDTF">2026-09-27T00:41:00Z</dcterms:modified>
</cp:coreProperties>
</file>