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1AAAF93" w14:textId="77777777" w:rsidR="00E17093" w:rsidRDefault="00D76534">
      <w:pPr>
        <w:pStyle w:val="Title"/>
        <w:keepNext/>
        <w:rPr>
          <w:b/>
          <w:bCs/>
          <w:i/>
          <w:iCs/>
          <w:sz w:val="32"/>
          <w:szCs w:val="32"/>
        </w:rPr>
      </w:pPr>
      <w:r>
        <w:t>Using Physics to Find the Speed of the Earth around the Sun</w:t>
      </w:r>
    </w:p>
    <w:p w14:paraId="0C1E3A66" w14:textId="77777777" w:rsidR="00E17093" w:rsidRDefault="00D76534">
      <w:pPr>
        <w:pStyle w:val="Subtitle"/>
        <w:keepNext/>
        <w:rPr>
          <w:b/>
          <w:bCs/>
          <w:i/>
          <w:sz w:val="26"/>
          <w:szCs w:val="26"/>
        </w:rPr>
      </w:pPr>
      <w:r>
        <w:t>Astronomy Activity</w:t>
      </w:r>
    </w:p>
    <w:p w14:paraId="7EB32409" w14:textId="77777777" w:rsidR="00E17093" w:rsidRDefault="00D76534">
      <w:pPr>
        <w:spacing w:after="120" w:line="259" w:lineRule="auto"/>
        <w:jc w:val="center"/>
        <w:rPr>
          <w:b/>
          <w:bCs/>
          <w:i/>
          <w:iCs/>
          <w:sz w:val="32"/>
          <w:szCs w:val="32"/>
        </w:rPr>
      </w:pPr>
      <w:r>
        <w:rPr>
          <w:noProof/>
        </w:rPr>
        <w:drawing>
          <wp:inline distT="0" distB="0" distL="0" distR="0" wp14:anchorId="1EAD4A99" wp14:editId="79138AEC">
            <wp:extent cx="2406968" cy="1840076"/>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406968" cy="1840076"/>
                    </a:xfrm>
                    <a:prstGeom prst="rect">
                      <a:avLst/>
                    </a:prstGeom>
                    <a:ln/>
                  </pic:spPr>
                </pic:pic>
              </a:graphicData>
            </a:graphic>
          </wp:inline>
        </w:drawing>
      </w:r>
    </w:p>
    <w:p w14:paraId="397A5AF5" w14:textId="77777777" w:rsidR="00E17093" w:rsidRDefault="00D76534">
      <w:pPr>
        <w:spacing w:after="120"/>
        <w:rPr>
          <w:sz w:val="24"/>
          <w:szCs w:val="24"/>
        </w:rPr>
      </w:pPr>
      <w:r>
        <w:rPr>
          <w:b/>
          <w:bCs/>
          <w:u w:val="single"/>
        </w:rPr>
        <w:t>Objective</w:t>
      </w:r>
      <w:r>
        <w:t xml:space="preserve"> - Using the Universal Law of Gravity and the concept of centripetal force to find the speed of the Earth around the Sun. </w:t>
      </w:r>
    </w:p>
    <w:p w14:paraId="260030B6" w14:textId="77777777" w:rsidR="00E17093" w:rsidRDefault="00D76534">
      <w:pPr>
        <w:spacing w:after="120"/>
        <w:rPr>
          <w:sz w:val="24"/>
          <w:szCs w:val="24"/>
        </w:rPr>
      </w:pPr>
      <w:r>
        <w:t>This will be a specific example based on what you have learned about Newton’s Law of Gravity and centripetal motion.</w:t>
      </w:r>
    </w:p>
    <w:p w14:paraId="7059896F" w14:textId="77777777" w:rsidR="00E17093" w:rsidRDefault="00D76534">
      <w:pPr>
        <w:spacing w:after="120"/>
        <w:rPr>
          <w:sz w:val="24"/>
          <w:szCs w:val="24"/>
        </w:rPr>
      </w:pPr>
      <w:r>
        <w:t>Questions</w:t>
      </w:r>
    </w:p>
    <w:p w14:paraId="35FA66EE" w14:textId="77777777" w:rsidR="00E17093" w:rsidRDefault="00D76534">
      <w:pPr>
        <w:keepNext/>
        <w:numPr>
          <w:ilvl w:val="0"/>
          <w:numId w:val="1"/>
        </w:numPr>
        <w:spacing w:after="120"/>
        <w:rPr>
          <w:sz w:val="24"/>
          <w:szCs w:val="24"/>
        </w:rPr>
      </w:pPr>
      <w:r>
        <w:t>What is the equation for Universal Law of Gravity?</w:t>
      </w:r>
    </w:p>
    <w:tbl>
      <w:tblPr>
        <w:tblStyle w:val="TableNormal0"/>
        <w:tblW w:w="0" w:type="auto"/>
        <w:tblInd w:w="0" w:type="dxa"/>
        <w:tblLook w:val="04A0" w:firstRow="1" w:lastRow="0" w:firstColumn="1" w:lastColumn="0" w:noHBand="0" w:noVBand="1"/>
      </w:tblPr>
      <w:tblGrid>
        <w:gridCol w:w="10070"/>
      </w:tblGrid>
      <w:tr w:rsidR="00E17093" w14:paraId="0467119F" w14:textId="77777777">
        <w:trPr>
          <w:cantSplit/>
          <w:trHeight w:val="936"/>
        </w:trPr>
        <w:tc>
          <w:tcPr>
            <w:tcW w:w="10080" w:type="dxa"/>
            <w:tcBorders>
              <w:top w:val="single" w:sz="4" w:space="0" w:color="000000"/>
              <w:left w:val="single" w:sz="4" w:space="0" w:color="000000"/>
              <w:bottom w:val="single" w:sz="4" w:space="0" w:color="000000"/>
              <w:right w:val="single" w:sz="4" w:space="0" w:color="000000"/>
            </w:tcBorders>
          </w:tcPr>
          <w:p w14:paraId="624B78D3" w14:textId="77777777" w:rsidR="00E17093" w:rsidRDefault="00E17093"/>
        </w:tc>
      </w:tr>
    </w:tbl>
    <w:p w14:paraId="011BA182" w14:textId="77777777" w:rsidR="00E17093" w:rsidRDefault="00D76534">
      <w:pPr>
        <w:spacing w:after="120"/>
        <w:rPr>
          <w:sz w:val="24"/>
          <w:szCs w:val="24"/>
        </w:rPr>
      </w:pPr>
      <w:r>
        <w:t>There are two masses in the equation...the 2 masses of consideration, and in this example the 2 objects in the image at right.</w:t>
      </w:r>
    </w:p>
    <w:p w14:paraId="1C0FBA2A" w14:textId="77777777" w:rsidR="00E17093" w:rsidRDefault="00D76534">
      <w:pPr>
        <w:keepNext/>
        <w:numPr>
          <w:ilvl w:val="0"/>
          <w:numId w:val="1"/>
        </w:numPr>
        <w:spacing w:after="120"/>
        <w:rPr>
          <w:sz w:val="24"/>
          <w:szCs w:val="24"/>
        </w:rPr>
      </w:pPr>
      <w:r>
        <w:t>What is the equation for Centripetal Force on the smaller object, in terms of mass, radius, and velocity? This time there is only one mass.  It is the smaller of the two masses since it is the one exhibiting the circular motion.</w:t>
      </w:r>
    </w:p>
    <w:tbl>
      <w:tblPr>
        <w:tblStyle w:val="TableNormal0"/>
        <w:tblW w:w="0" w:type="auto"/>
        <w:tblInd w:w="0" w:type="dxa"/>
        <w:tblLook w:val="04A0" w:firstRow="1" w:lastRow="0" w:firstColumn="1" w:lastColumn="0" w:noHBand="0" w:noVBand="1"/>
      </w:tblPr>
      <w:tblGrid>
        <w:gridCol w:w="10070"/>
      </w:tblGrid>
      <w:tr w:rsidR="00E17093" w14:paraId="3248219A" w14:textId="77777777">
        <w:trPr>
          <w:cantSplit/>
          <w:trHeight w:val="1008"/>
        </w:trPr>
        <w:tc>
          <w:tcPr>
            <w:tcW w:w="10080" w:type="dxa"/>
            <w:tcBorders>
              <w:top w:val="single" w:sz="4" w:space="0" w:color="000000"/>
              <w:left w:val="single" w:sz="4" w:space="0" w:color="000000"/>
              <w:bottom w:val="single" w:sz="4" w:space="0" w:color="000000"/>
              <w:right w:val="single" w:sz="4" w:space="0" w:color="000000"/>
            </w:tcBorders>
          </w:tcPr>
          <w:p w14:paraId="2265B11B" w14:textId="77777777" w:rsidR="00E17093" w:rsidRDefault="00E17093"/>
        </w:tc>
      </w:tr>
    </w:tbl>
    <w:p w14:paraId="143DE967" w14:textId="77777777" w:rsidR="00E17093" w:rsidRDefault="00D76534">
      <w:pPr>
        <w:keepNext/>
        <w:pageBreakBefore/>
        <w:numPr>
          <w:ilvl w:val="0"/>
          <w:numId w:val="1"/>
        </w:numPr>
        <w:spacing w:after="120"/>
        <w:rPr>
          <w:sz w:val="24"/>
          <w:szCs w:val="24"/>
        </w:rPr>
      </w:pPr>
      <w:r>
        <w:lastRenderedPageBreak/>
        <w:t xml:space="preserve">Equate the above two answers and solve algebraically for velocity (of the Earth)?   </w:t>
      </w:r>
      <w:r>
        <w:tab/>
      </w:r>
      <w:r>
        <w:tab/>
        <w:t>Put a box around your final result. (Remember, no substitutions, just variables)</w:t>
      </w:r>
    </w:p>
    <w:tbl>
      <w:tblPr>
        <w:tblStyle w:val="TableNormal0"/>
        <w:tblW w:w="0" w:type="auto"/>
        <w:tblInd w:w="0" w:type="dxa"/>
        <w:tblLook w:val="04A0" w:firstRow="1" w:lastRow="0" w:firstColumn="1" w:lastColumn="0" w:noHBand="0" w:noVBand="1"/>
      </w:tblPr>
      <w:tblGrid>
        <w:gridCol w:w="10070"/>
      </w:tblGrid>
      <w:tr w:rsidR="00E17093" w14:paraId="11A8A2B7" w14:textId="77777777">
        <w:trPr>
          <w:cantSplit/>
          <w:trHeight w:val="1512"/>
        </w:trPr>
        <w:tc>
          <w:tcPr>
            <w:tcW w:w="10080" w:type="dxa"/>
            <w:tcBorders>
              <w:top w:val="single" w:sz="4" w:space="0" w:color="000000"/>
              <w:left w:val="single" w:sz="4" w:space="0" w:color="000000"/>
              <w:bottom w:val="single" w:sz="4" w:space="0" w:color="000000"/>
              <w:right w:val="single" w:sz="4" w:space="0" w:color="000000"/>
            </w:tcBorders>
          </w:tcPr>
          <w:p w14:paraId="262FC516" w14:textId="77777777" w:rsidR="00E17093" w:rsidRDefault="00E17093"/>
        </w:tc>
      </w:tr>
    </w:tbl>
    <w:p w14:paraId="0D770DC7" w14:textId="77777777" w:rsidR="00E17093" w:rsidRDefault="00D76534">
      <w:pPr>
        <w:keepNext/>
        <w:numPr>
          <w:ilvl w:val="0"/>
          <w:numId w:val="1"/>
        </w:numPr>
        <w:spacing w:after="120"/>
        <w:rPr>
          <w:sz w:val="24"/>
          <w:szCs w:val="24"/>
        </w:rPr>
      </w:pPr>
      <w:r>
        <w:t>Find the values and units for the following:</w:t>
      </w:r>
    </w:p>
    <w:tbl>
      <w:tblPr>
        <w:tblStyle w:val="a"/>
        <w:tblW w:w="100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0"/>
        <w:gridCol w:w="5040"/>
      </w:tblGrid>
      <w:tr w:rsidR="00E17093" w14:paraId="360F6305" w14:textId="77777777">
        <w:trPr>
          <w:cantSplit/>
          <w:tblHeader/>
        </w:trPr>
        <w:tc>
          <w:tcPr>
            <w:tcW w:w="504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2B584B78" w14:textId="77777777" w:rsidR="00E17093" w:rsidRDefault="00D76534">
            <w:pPr>
              <w:keepNext/>
              <w:keepLines/>
              <w:widowControl w:val="0"/>
              <w:spacing w:after="40" w:line="252" w:lineRule="auto"/>
              <w:rPr>
                <w:sz w:val="24"/>
                <w:szCs w:val="24"/>
              </w:rPr>
            </w:pPr>
            <w:r>
              <w:rPr>
                <w:b/>
                <w:color w:val="FFFFFF"/>
              </w:rPr>
              <w:t>Universal Gravitational Constant</w:t>
            </w:r>
          </w:p>
        </w:tc>
        <w:tc>
          <w:tcPr>
            <w:tcW w:w="504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75541751" w14:textId="77777777" w:rsidR="00E17093" w:rsidRDefault="00E17093">
            <w:pPr>
              <w:keepNext/>
              <w:keepLines/>
              <w:widowControl w:val="0"/>
              <w:spacing w:after="40" w:line="252" w:lineRule="auto"/>
              <w:rPr>
                <w:sz w:val="24"/>
                <w:szCs w:val="24"/>
              </w:rPr>
            </w:pPr>
          </w:p>
        </w:tc>
      </w:tr>
      <w:tr w:rsidR="00E17093" w14:paraId="102BA8DD" w14:textId="77777777">
        <w:trPr>
          <w:cantSplit/>
        </w:trPr>
        <w:tc>
          <w:tcPr>
            <w:tcW w:w="504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75677EF" w14:textId="77777777" w:rsidR="00E17093" w:rsidRDefault="00D76534">
            <w:pPr>
              <w:keepNext/>
              <w:keepLines/>
              <w:widowControl w:val="0"/>
              <w:spacing w:after="40" w:line="252" w:lineRule="auto"/>
              <w:rPr>
                <w:sz w:val="24"/>
                <w:szCs w:val="24"/>
              </w:rPr>
            </w:pPr>
            <w:r>
              <w:t>Mass of the Sun (kg)</w:t>
            </w:r>
          </w:p>
        </w:tc>
        <w:tc>
          <w:tcPr>
            <w:tcW w:w="504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B43B962" w14:textId="77777777" w:rsidR="00E17093" w:rsidRDefault="00E17093">
            <w:pPr>
              <w:keepNext/>
              <w:keepLines/>
              <w:widowControl w:val="0"/>
              <w:spacing w:after="40" w:line="252" w:lineRule="auto"/>
              <w:rPr>
                <w:sz w:val="24"/>
                <w:szCs w:val="24"/>
              </w:rPr>
            </w:pPr>
          </w:p>
        </w:tc>
      </w:tr>
      <w:tr w:rsidR="00E17093" w14:paraId="6119017C" w14:textId="77777777">
        <w:trPr>
          <w:cantSplit/>
        </w:trPr>
        <w:tc>
          <w:tcPr>
            <w:tcW w:w="50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5F9EBF7" w14:textId="77777777" w:rsidR="00E17093" w:rsidRDefault="00D76534">
            <w:pPr>
              <w:keepNext/>
              <w:keepLines/>
              <w:widowControl w:val="0"/>
              <w:spacing w:after="40" w:line="252" w:lineRule="auto"/>
              <w:rPr>
                <w:sz w:val="24"/>
                <w:szCs w:val="24"/>
              </w:rPr>
            </w:pPr>
            <w:r>
              <w:t xml:space="preserve">Mass of the Earth (kg) </w:t>
            </w:r>
          </w:p>
        </w:tc>
        <w:tc>
          <w:tcPr>
            <w:tcW w:w="50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FDE6017" w14:textId="77777777" w:rsidR="00E17093" w:rsidRDefault="00E17093">
            <w:pPr>
              <w:keepNext/>
              <w:keepLines/>
              <w:widowControl w:val="0"/>
              <w:spacing w:after="40" w:line="252" w:lineRule="auto"/>
              <w:rPr>
                <w:sz w:val="24"/>
                <w:szCs w:val="24"/>
              </w:rPr>
            </w:pPr>
          </w:p>
        </w:tc>
      </w:tr>
      <w:tr w:rsidR="00E17093" w14:paraId="537D9500" w14:textId="77777777">
        <w:trPr>
          <w:cantSplit/>
        </w:trPr>
        <w:tc>
          <w:tcPr>
            <w:tcW w:w="504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75AD58E" w14:textId="77777777" w:rsidR="00E17093" w:rsidRDefault="00D76534">
            <w:pPr>
              <w:keepLines/>
              <w:widowControl w:val="0"/>
              <w:spacing w:after="40" w:line="252" w:lineRule="auto"/>
              <w:rPr>
                <w:sz w:val="24"/>
                <w:szCs w:val="24"/>
              </w:rPr>
            </w:pPr>
            <w:r>
              <w:t>Distance between the Earth and Sun (m)</w:t>
            </w:r>
          </w:p>
        </w:tc>
        <w:tc>
          <w:tcPr>
            <w:tcW w:w="504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2BF6475" w14:textId="77777777" w:rsidR="00E17093" w:rsidRDefault="00E17093">
            <w:pPr>
              <w:keepLines/>
              <w:widowControl w:val="0"/>
              <w:spacing w:after="40" w:line="252" w:lineRule="auto"/>
              <w:rPr>
                <w:sz w:val="24"/>
                <w:szCs w:val="24"/>
              </w:rPr>
            </w:pPr>
          </w:p>
        </w:tc>
      </w:tr>
    </w:tbl>
    <w:p w14:paraId="13C9F932" w14:textId="77777777" w:rsidR="00E17093" w:rsidRDefault="00D76534">
      <w:pPr>
        <w:keepNext/>
        <w:numPr>
          <w:ilvl w:val="0"/>
          <w:numId w:val="1"/>
        </w:numPr>
        <w:spacing w:after="120"/>
        <w:rPr>
          <w:sz w:val="24"/>
          <w:szCs w:val="24"/>
        </w:rPr>
      </w:pPr>
      <w:r>
        <w:t>Start by rewriting your derived equation from 3), then process in solving for the velocity of the Earth.  Show all work, with units.</w:t>
      </w:r>
    </w:p>
    <w:tbl>
      <w:tblPr>
        <w:tblStyle w:val="TableNormal0"/>
        <w:tblW w:w="0" w:type="auto"/>
        <w:tblInd w:w="0" w:type="dxa"/>
        <w:tblLook w:val="04A0" w:firstRow="1" w:lastRow="0" w:firstColumn="1" w:lastColumn="0" w:noHBand="0" w:noVBand="1"/>
      </w:tblPr>
      <w:tblGrid>
        <w:gridCol w:w="10070"/>
      </w:tblGrid>
      <w:tr w:rsidR="00E17093" w14:paraId="5CF72116" w14:textId="77777777">
        <w:trPr>
          <w:cantSplit/>
          <w:trHeight w:val="2160"/>
        </w:trPr>
        <w:tc>
          <w:tcPr>
            <w:tcW w:w="10080" w:type="dxa"/>
            <w:tcBorders>
              <w:top w:val="single" w:sz="4" w:space="0" w:color="000000"/>
              <w:left w:val="single" w:sz="4" w:space="0" w:color="000000"/>
              <w:bottom w:val="single" w:sz="4" w:space="0" w:color="000000"/>
              <w:right w:val="single" w:sz="4" w:space="0" w:color="000000"/>
            </w:tcBorders>
          </w:tcPr>
          <w:p w14:paraId="46699E9F" w14:textId="77777777" w:rsidR="00E17093" w:rsidRDefault="00E17093"/>
        </w:tc>
      </w:tr>
    </w:tbl>
    <w:p w14:paraId="0FBD3557" w14:textId="77777777" w:rsidR="00E17093" w:rsidRDefault="00D76534">
      <w:pPr>
        <w:numPr>
          <w:ilvl w:val="0"/>
          <w:numId w:val="1"/>
        </w:numPr>
        <w:spacing w:after="120"/>
        <w:rPr>
          <w:sz w:val="24"/>
          <w:szCs w:val="24"/>
        </w:rPr>
      </w:pPr>
      <w:r>
        <w:t xml:space="preserve">Optional- Which of the four values from the chart </w:t>
      </w:r>
      <w:r>
        <w:tab/>
      </w:r>
      <w:r>
        <w:tab/>
      </w:r>
      <w:r>
        <w:tab/>
      </w:r>
      <w:r>
        <w:tab/>
      </w:r>
      <w:r>
        <w:tab/>
      </w:r>
      <w:r>
        <w:tab/>
      </w:r>
      <w:r>
        <w:tab/>
        <w:t>above did you not need to use in your calculations? ________________________________</w:t>
      </w:r>
    </w:p>
    <w:p w14:paraId="68B4171B" w14:textId="77777777" w:rsidR="00E17093" w:rsidRDefault="00D76534">
      <w:pPr>
        <w:numPr>
          <w:ilvl w:val="0"/>
          <w:numId w:val="1"/>
        </w:numPr>
        <w:spacing w:after="120"/>
        <w:rPr>
          <w:sz w:val="24"/>
          <w:szCs w:val="24"/>
        </w:rPr>
      </w:pPr>
      <w:r>
        <w:t>The speed of the Earth is often given in kilometers per second (km/s) So, convert your answer, to one decimal place, for the speed of the Earth in km/s.</w:t>
      </w:r>
    </w:p>
    <w:tbl>
      <w:tblPr>
        <w:tblStyle w:val="a0"/>
        <w:tblW w:w="9954"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54"/>
      </w:tblGrid>
      <w:tr w:rsidR="00E17093" w14:paraId="4F22F80D" w14:textId="77777777">
        <w:trPr>
          <w:cantSplit/>
          <w:trHeight w:val="2025"/>
        </w:trPr>
        <w:tc>
          <w:tcPr>
            <w:tcW w:w="9954" w:type="dxa"/>
            <w:tcMar>
              <w:top w:w="100" w:type="dxa"/>
              <w:left w:w="100" w:type="dxa"/>
              <w:bottom w:w="100" w:type="dxa"/>
              <w:right w:w="100" w:type="dxa"/>
            </w:tcMar>
          </w:tcPr>
          <w:p w14:paraId="5FE7521B" w14:textId="77777777" w:rsidR="00E17093" w:rsidRDefault="00E17093">
            <w:pPr>
              <w:widowControl w:val="0"/>
              <w:spacing w:after="0" w:line="240" w:lineRule="auto"/>
              <w:jc w:val="right"/>
              <w:rPr>
                <w:sz w:val="24"/>
                <w:szCs w:val="24"/>
              </w:rPr>
            </w:pPr>
          </w:p>
          <w:p w14:paraId="4845B3D8" w14:textId="77777777" w:rsidR="00E17093" w:rsidRDefault="00E17093">
            <w:pPr>
              <w:widowControl w:val="0"/>
              <w:spacing w:after="0" w:line="240" w:lineRule="auto"/>
              <w:jc w:val="right"/>
              <w:rPr>
                <w:sz w:val="24"/>
                <w:szCs w:val="24"/>
              </w:rPr>
            </w:pPr>
          </w:p>
          <w:p w14:paraId="35113DBC" w14:textId="77777777" w:rsidR="00E17093" w:rsidRDefault="00E17093">
            <w:pPr>
              <w:widowControl w:val="0"/>
              <w:spacing w:after="0" w:line="240" w:lineRule="auto"/>
              <w:jc w:val="right"/>
              <w:rPr>
                <w:sz w:val="24"/>
                <w:szCs w:val="24"/>
              </w:rPr>
            </w:pPr>
          </w:p>
          <w:p w14:paraId="717A2E16" w14:textId="77777777" w:rsidR="00E17093" w:rsidRDefault="00E17093">
            <w:pPr>
              <w:widowControl w:val="0"/>
              <w:spacing w:after="0" w:line="240" w:lineRule="auto"/>
              <w:jc w:val="right"/>
              <w:rPr>
                <w:sz w:val="24"/>
                <w:szCs w:val="24"/>
              </w:rPr>
            </w:pPr>
          </w:p>
          <w:p w14:paraId="7746E532" w14:textId="77777777" w:rsidR="00E17093" w:rsidRDefault="00E17093">
            <w:pPr>
              <w:widowControl w:val="0"/>
              <w:spacing w:after="0" w:line="240" w:lineRule="auto"/>
              <w:jc w:val="right"/>
              <w:rPr>
                <w:sz w:val="24"/>
                <w:szCs w:val="24"/>
              </w:rPr>
            </w:pPr>
          </w:p>
          <w:p w14:paraId="75D39BE2" w14:textId="77777777" w:rsidR="00E17093" w:rsidRDefault="00E17093">
            <w:pPr>
              <w:widowControl w:val="0"/>
              <w:spacing w:after="0" w:line="240" w:lineRule="auto"/>
              <w:jc w:val="right"/>
              <w:rPr>
                <w:sz w:val="24"/>
                <w:szCs w:val="24"/>
              </w:rPr>
            </w:pPr>
          </w:p>
          <w:p w14:paraId="52101C85" w14:textId="77777777" w:rsidR="00E17093" w:rsidRDefault="00D76534">
            <w:pPr>
              <w:widowControl w:val="0"/>
              <w:spacing w:after="0" w:line="240" w:lineRule="auto"/>
              <w:jc w:val="right"/>
              <w:rPr>
                <w:sz w:val="24"/>
                <w:szCs w:val="24"/>
              </w:rPr>
            </w:pPr>
            <w:r>
              <w:t>Velocity of Earth = ______________________km/s</w:t>
            </w:r>
          </w:p>
        </w:tc>
      </w:tr>
    </w:tbl>
    <w:p w14:paraId="0B92ED7B" w14:textId="77777777" w:rsidR="00D76534" w:rsidRDefault="00D76534"/>
    <w:sectPr w:rsidR="00D76534">
      <w:headerReference w:type="even" r:id="rId8"/>
      <w:headerReference w:type="default" r:id="rId9"/>
      <w:footerReference w:type="even" r:id="rId10"/>
      <w:footerReference w:type="default" r:id="rId11"/>
      <w:headerReference w:type="first" r:id="rId12"/>
      <w:footerReference w:type="first" r:id="rId13"/>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89589" w14:textId="77777777" w:rsidR="00C05EF0" w:rsidRDefault="00C05EF0">
      <w:pPr>
        <w:spacing w:after="0" w:line="240" w:lineRule="auto"/>
      </w:pPr>
      <w:r>
        <w:separator/>
      </w:r>
    </w:p>
  </w:endnote>
  <w:endnote w:type="continuationSeparator" w:id="0">
    <w:p w14:paraId="17A47EEA" w14:textId="77777777" w:rsidR="00C05EF0" w:rsidRDefault="00C05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09699" w14:textId="77777777" w:rsidR="0071332D" w:rsidRDefault="007133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467AD" w14:textId="77777777" w:rsidR="00D76534" w:rsidRDefault="00D76534">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82422" w14:textId="77777777" w:rsidR="0071332D" w:rsidRDefault="007133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4EF4B" w14:textId="77777777" w:rsidR="00C05EF0" w:rsidRDefault="00C05EF0">
      <w:pPr>
        <w:spacing w:after="0" w:line="240" w:lineRule="auto"/>
      </w:pPr>
      <w:r>
        <w:separator/>
      </w:r>
    </w:p>
  </w:footnote>
  <w:footnote w:type="continuationSeparator" w:id="0">
    <w:p w14:paraId="46977AE1" w14:textId="77777777" w:rsidR="00C05EF0" w:rsidRDefault="00C05E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0F489" w14:textId="77777777" w:rsidR="0071332D" w:rsidRDefault="007133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F5D5C" w14:textId="77777777" w:rsidR="00D76534" w:rsidRDefault="00D76534">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9DCD" w14:textId="77777777" w:rsidR="0071332D" w:rsidRDefault="007133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0B7B52"/>
    <w:multiLevelType w:val="multilevel"/>
    <w:tmpl w:val="B3A0B582"/>
    <w:lvl w:ilvl="0">
      <w:start w:val="1"/>
      <w:numFmt w:val="decimal"/>
      <w:pStyle w:val="ListBullet"/>
      <w:lvlText w:val="%1)"/>
      <w:lvlJc w:val="left"/>
      <w:pPr>
        <w:ind w:left="270" w:hanging="360"/>
      </w:pPr>
      <w:rPr>
        <w:rFonts w:ascii="Arial" w:eastAsia="Arial" w:hAnsi="Arial" w:cs="Arial"/>
        <w:u w:val="none"/>
      </w:rPr>
    </w:lvl>
    <w:lvl w:ilvl="1">
      <w:start w:val="1"/>
      <w:numFmt w:val="lowerLetter"/>
      <w:lvlText w:val="%2)"/>
      <w:lvlJc w:val="left"/>
      <w:pPr>
        <w:ind w:left="1440" w:hanging="360"/>
      </w:pPr>
      <w:rPr>
        <w:rFonts w:ascii="Arial" w:eastAsia="Arial" w:hAnsi="Arial" w:cs="Arial"/>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rFonts w:ascii="Arial" w:eastAsia="Arial" w:hAnsi="Arial" w:cs="Arial"/>
        <w:u w:val="none"/>
      </w:rPr>
    </w:lvl>
    <w:lvl w:ilvl="4">
      <w:start w:val="1"/>
      <w:numFmt w:val="lowerLetter"/>
      <w:lvlText w:val="(%5)"/>
      <w:lvlJc w:val="left"/>
      <w:pPr>
        <w:ind w:left="3600" w:hanging="360"/>
      </w:pPr>
      <w:rPr>
        <w:rFonts w:ascii="Arial" w:eastAsia="Arial" w:hAnsi="Arial" w:cs="Arial"/>
        <w:u w:val="none"/>
      </w:rPr>
    </w:lvl>
    <w:lvl w:ilvl="5">
      <w:start w:val="1"/>
      <w:numFmt w:val="lowerRoman"/>
      <w:lvlText w:val="(%6)"/>
      <w:lvlJc w:val="right"/>
      <w:pPr>
        <w:ind w:left="4320" w:hanging="360"/>
      </w:pPr>
      <w:rPr>
        <w:rFonts w:ascii="Arial" w:eastAsia="Arial" w:hAnsi="Arial" w:cs="Arial"/>
        <w:u w:val="none"/>
      </w:rPr>
    </w:lvl>
    <w:lvl w:ilvl="6">
      <w:start w:val="1"/>
      <w:numFmt w:val="decimal"/>
      <w:lvlText w:val="%7."/>
      <w:lvlJc w:val="left"/>
      <w:pPr>
        <w:ind w:left="5040" w:hanging="360"/>
      </w:pPr>
      <w:rPr>
        <w:rFonts w:ascii="Arial" w:eastAsia="Arial" w:hAnsi="Arial" w:cs="Arial"/>
        <w:u w:val="none"/>
      </w:rPr>
    </w:lvl>
    <w:lvl w:ilvl="7">
      <w:start w:val="1"/>
      <w:numFmt w:val="lowerLetter"/>
      <w:lvlText w:val="%8."/>
      <w:lvlJc w:val="left"/>
      <w:pPr>
        <w:ind w:left="5760" w:hanging="360"/>
      </w:pPr>
      <w:rPr>
        <w:rFonts w:ascii="Arial" w:eastAsia="Arial" w:hAnsi="Arial" w:cs="Arial"/>
        <w:u w:val="none"/>
      </w:rPr>
    </w:lvl>
    <w:lvl w:ilvl="8">
      <w:start w:val="1"/>
      <w:numFmt w:val="lowerRoman"/>
      <w:lvlText w:val="%9."/>
      <w:lvlJc w:val="right"/>
      <w:pPr>
        <w:ind w:left="6480" w:hanging="360"/>
      </w:pPr>
      <w:rPr>
        <w:rFonts w:ascii="Arial" w:eastAsia="Arial" w:hAnsi="Arial" w:cs="Arial"/>
        <w:u w:val="none"/>
      </w:rPr>
    </w:lvl>
  </w:abstractNum>
  <w:abstractNum w:abstractNumId="1" w15:restartNumberingAfterBreak="0">
    <w:nsid w:val="5E13514E"/>
    <w:multiLevelType w:val="multilevel"/>
    <w:tmpl w:val="D47883AC"/>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6368698">
    <w:abstractNumId w:val="0"/>
  </w:num>
  <w:num w:numId="2" w16cid:durableId="19185148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093"/>
    <w:rsid w:val="00176530"/>
    <w:rsid w:val="003C3BBA"/>
    <w:rsid w:val="005D0E94"/>
    <w:rsid w:val="0071332D"/>
    <w:rsid w:val="00735244"/>
    <w:rsid w:val="007974EC"/>
    <w:rsid w:val="00B131CD"/>
    <w:rsid w:val="00B150AD"/>
    <w:rsid w:val="00C05EF0"/>
    <w:rsid w:val="00CC7CAE"/>
    <w:rsid w:val="00D3708F"/>
    <w:rsid w:val="00D76534"/>
    <w:rsid w:val="00E17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AA346"/>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rPr>
  </w:style>
  <w:style w:type="paragraph" w:styleId="Heading1">
    <w:name w:val="heading 1"/>
    <w:basedOn w:val="Normal"/>
    <w:next w:val="Normal"/>
    <w:uiPriority w:val="9"/>
    <w:qFormat/>
    <w:rsid w:val="00FC693F"/>
    <w:pPr>
      <w:keepNext/>
      <w:keepLines/>
      <w:spacing w:before="240"/>
      <w:outlineLvl w:val="0"/>
    </w:pPr>
    <w:rPr>
      <w:b/>
      <w:bCs/>
      <w:sz w:val="30"/>
      <w:szCs w:val="28"/>
    </w:rPr>
  </w:style>
  <w:style w:type="paragraph" w:styleId="Heading2">
    <w:name w:val="heading 2"/>
    <w:basedOn w:val="Normal"/>
    <w:next w:val="Normal"/>
    <w:uiPriority w:val="9"/>
    <w:semiHidden/>
    <w:unhideWhenUsed/>
    <w:qFormat/>
    <w:rsid w:val="00FC693F"/>
    <w:pPr>
      <w:keepNext/>
      <w:keepLines/>
      <w:spacing w:before="240"/>
      <w:outlineLvl w:val="1"/>
    </w:pPr>
    <w:rPr>
      <w:b/>
      <w:bCs/>
      <w:sz w:val="24"/>
      <w:szCs w:val="26"/>
    </w:rPr>
  </w:style>
  <w:style w:type="paragraph" w:styleId="Heading3">
    <w:name w:val="heading 3"/>
    <w:basedOn w:val="Normal"/>
    <w:next w:val="Normal"/>
    <w:uiPriority w:val="9"/>
    <w:semiHidden/>
    <w:unhideWhenUsed/>
    <w:qFormat/>
    <w:rsid w:val="00FC693F"/>
    <w:pPr>
      <w:keepNext/>
      <w:keepLines/>
      <w:spacing w:before="200" w:after="0"/>
      <w:outlineLvl w:val="2"/>
    </w:pPr>
    <w:rPr>
      <w:b/>
      <w:bCs/>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rsid w:val="00FC693F"/>
    <w:pPr>
      <w:spacing w:after="160" w:line="240" w:lineRule="auto"/>
      <w:contextualSpacing/>
    </w:pPr>
    <w:rPr>
      <w:kern w:val="28"/>
      <w:sz w:val="48"/>
      <w:szCs w:val="52"/>
    </w:rPr>
  </w:style>
  <w:style w:type="paragraph" w:styleId="Subtitle">
    <w:name w:val="Subtitle"/>
    <w:basedOn w:val="Normal"/>
    <w:next w:val="Normal"/>
    <w:uiPriority w:val="11"/>
    <w:qFormat/>
    <w:rsid w:val="00FC693F"/>
    <w:pPr>
      <w:numPr>
        <w:ilvl w:val="1"/>
      </w:numPr>
      <w:spacing w:after="160"/>
    </w:pPr>
    <w:rPr>
      <w:iCs/>
      <w:szCs w:val="24"/>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2"/>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271</Words>
  <Characters>1304</Characters>
  <Application>Microsoft Office Word</Application>
  <DocSecurity>0</DocSecurity>
  <Lines>21</Lines>
  <Paragraphs>12</Paragraphs>
  <ScaleCrop>false</ScaleCrop>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Finding Earth speed using physics</dc:title>
  <dc:description/>
  <cp:lastModifiedBy>Dylan Gormley</cp:lastModifiedBy>
  <cp:revision>5</cp:revision>
  <dcterms:created xsi:type="dcterms:W3CDTF">2026-09-26T23:51:00Z</dcterms:created>
  <dcterms:modified xsi:type="dcterms:W3CDTF">2026-09-27T00:41:00Z</dcterms:modified>
</cp:coreProperties>
</file>