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D8BA" w14:textId="77777777" w:rsidR="00442CFA" w:rsidRDefault="00130F7D">
      <w:pPr>
        <w:pStyle w:val="Title"/>
        <w:rPr>
          <w:i/>
        </w:rPr>
      </w:pPr>
      <w:r>
        <w:t>HOW FAST ARE WE MOVING?</w:t>
      </w:r>
    </w:p>
    <w:p w14:paraId="15472DAA" w14:textId="77777777" w:rsidR="00442CFA" w:rsidRDefault="00130F7D">
      <w:pPr>
        <w:pStyle w:val="Subtitle"/>
      </w:pPr>
      <w:r>
        <w:t>Astronomy Activity</w:t>
      </w:r>
      <w:r>
        <w:tab/>
      </w:r>
    </w:p>
    <w:p w14:paraId="66AFA148" w14:textId="77777777" w:rsidR="00442CFA" w:rsidRDefault="00442CFA">
      <w:pPr>
        <w:spacing w:after="0"/>
      </w:pPr>
    </w:p>
    <w:p w14:paraId="7ACB2EC7" w14:textId="77777777" w:rsidR="00442CFA" w:rsidRDefault="00442CFA">
      <w:pPr>
        <w:spacing w:after="0"/>
      </w:pPr>
    </w:p>
    <w:p w14:paraId="5FCE9083" w14:textId="77777777" w:rsidR="00442CFA" w:rsidRDefault="00130F7D">
      <w:pPr>
        <w:pStyle w:val="Heading2"/>
      </w:pPr>
      <w:r>
        <w:t>What are the motions of the Earth?</w:t>
      </w:r>
    </w:p>
    <w:p w14:paraId="128AD420" w14:textId="77777777" w:rsidR="00442CFA" w:rsidRDefault="00130F7D">
      <w:r>
        <w:t>We have recently learned about Earth’s place in space and how it moves.  Rotation and Revolution are part of every earth science curriculum.  However, there was a time in human history where none of these motions were suspected because they never “felt” the motion. Most likely, YOU have never felt any of these motions....yet they do happen!</w:t>
      </w:r>
    </w:p>
    <w:p w14:paraId="72F87DA1" w14:textId="77777777" w:rsidR="00442CFA" w:rsidRDefault="00130F7D">
      <w:pPr>
        <w:numPr>
          <w:ilvl w:val="0"/>
          <w:numId w:val="1"/>
        </w:numPr>
      </w:pPr>
      <w:r>
        <w:t>We move in a circle around the Earth’s axis.</w:t>
      </w:r>
    </w:p>
    <w:p w14:paraId="41F8778F" w14:textId="77777777" w:rsidR="00442CFA" w:rsidRDefault="00130F7D">
      <w:pPr>
        <w:numPr>
          <w:ilvl w:val="0"/>
          <w:numId w:val="1"/>
        </w:numPr>
      </w:pPr>
      <w:r>
        <w:t>The Earth moves in a (near) circle around the Sun.</w:t>
      </w:r>
    </w:p>
    <w:p w14:paraId="740F7C57" w14:textId="77777777" w:rsidR="00442CFA" w:rsidRDefault="00130F7D">
      <w:pPr>
        <w:numPr>
          <w:ilvl w:val="0"/>
          <w:numId w:val="1"/>
        </w:numPr>
      </w:pPr>
      <w:r>
        <w:t>The Solar System moves in a (near) circle around the center of the Milky Way Galaxy.</w:t>
      </w:r>
    </w:p>
    <w:p w14:paraId="11221C2E" w14:textId="77777777" w:rsidR="00442CFA" w:rsidRDefault="00130F7D">
      <w:pPr>
        <w:numPr>
          <w:ilvl w:val="0"/>
          <w:numId w:val="1"/>
        </w:numPr>
      </w:pPr>
      <w:r>
        <w:t>The Earth wobbles in a circle around a line perpendicular to the ecliptic (This one can be left for extra credit)</w:t>
      </w:r>
    </w:p>
    <w:p w14:paraId="649FCCE0" w14:textId="77777777" w:rsidR="00442CFA" w:rsidRDefault="00442CFA">
      <w:pPr>
        <w:spacing w:after="0"/>
      </w:pPr>
    </w:p>
    <w:p w14:paraId="6183A81B" w14:textId="77777777" w:rsidR="00442CFA" w:rsidRDefault="00130F7D">
      <w:r>
        <w:t>So we move…but how fast?  Well “fast” is speed, and speed is distance/time. And in these cases, the distance we travel is a (near) circular path.</w:t>
      </w:r>
    </w:p>
    <w:p w14:paraId="12D501E2" w14:textId="77777777" w:rsidR="00442CFA" w:rsidRDefault="00442CFA">
      <w:pPr>
        <w:spacing w:after="0"/>
      </w:pPr>
    </w:p>
    <w:p w14:paraId="10B5E810" w14:textId="77777777" w:rsidR="00442CFA" w:rsidRDefault="00130F7D">
      <w:r>
        <w:t xml:space="preserve">So the first thing is to </w:t>
      </w:r>
      <w:r>
        <w:rPr>
          <w:b/>
          <w:u w:val="single"/>
        </w:rPr>
        <w:t>know the formula</w:t>
      </w:r>
      <w:r>
        <w:t xml:space="preserve"> for the circumference of a circle, which is ___________________</w:t>
      </w:r>
    </w:p>
    <w:p w14:paraId="2D9460B1" w14:textId="77777777" w:rsidR="00442CFA" w:rsidRDefault="00130F7D">
      <w:pPr>
        <w:spacing w:after="0"/>
      </w:pPr>
      <w:r>
        <w:rPr>
          <w:noProof/>
        </w:rPr>
        <w:drawing>
          <wp:inline distT="0" distB="0" distL="0" distR="0" wp14:anchorId="3D4C45D0" wp14:editId="321EFF2D">
            <wp:extent cx="2504607" cy="1909763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04607" cy="19097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4E2697" w14:textId="77777777" w:rsidR="00442CFA" w:rsidRDefault="00130F7D">
      <w:pPr>
        <w:numPr>
          <w:ilvl w:val="0"/>
          <w:numId w:val="2"/>
        </w:numPr>
      </w:pPr>
      <w:r>
        <w:rPr>
          <w:b/>
          <w:u w:val="single"/>
        </w:rPr>
        <w:t>Earth spinning on its axis is called</w:t>
      </w:r>
      <w:r>
        <w:t xml:space="preserve"> ________________________</w:t>
      </w:r>
    </w:p>
    <w:p w14:paraId="412B42DA" w14:textId="77777777" w:rsidR="00442CFA" w:rsidRDefault="00442CFA">
      <w:pPr>
        <w:spacing w:after="0"/>
      </w:pPr>
    </w:p>
    <w:p w14:paraId="33B0706D" w14:textId="77777777" w:rsidR="00442CFA" w:rsidRDefault="00130F7D">
      <w:r>
        <w:t>Assume that you are at the equator where the Earth speed due to spinning is the fastest..</w:t>
      </w:r>
    </w:p>
    <w:p w14:paraId="12D5C72A" w14:textId="77777777" w:rsidR="00442CFA" w:rsidRDefault="00442CFA">
      <w:pPr>
        <w:spacing w:after="0"/>
      </w:pPr>
    </w:p>
    <w:p w14:paraId="2E464743" w14:textId="77777777" w:rsidR="00442CFA" w:rsidRDefault="00130F7D">
      <w:r>
        <w:t xml:space="preserve">What is the radius of the Earth? ___________________________km  </w:t>
      </w:r>
      <w:r>
        <w:tab/>
        <w:t xml:space="preserve">     (let’s do kilometers)</w:t>
      </w:r>
    </w:p>
    <w:p w14:paraId="5928A73C" w14:textId="77777777" w:rsidR="00442CFA" w:rsidRDefault="00130F7D">
      <w:r>
        <w:rPr>
          <w:i/>
        </w:rPr>
        <w:t xml:space="preserve">Cite your source: </w:t>
      </w:r>
      <w:r>
        <w:t>____________________________________________</w:t>
      </w:r>
    </w:p>
    <w:p w14:paraId="07A49718" w14:textId="77777777" w:rsidR="00442CFA" w:rsidRDefault="00442CFA">
      <w:pPr>
        <w:spacing w:after="0"/>
      </w:pPr>
    </w:p>
    <w:p w14:paraId="50453594" w14:textId="77777777" w:rsidR="00442CFA" w:rsidRDefault="00130F7D">
      <w:r>
        <w:t>How far is one complete circle at the equator? _________________ km</w:t>
      </w:r>
    </w:p>
    <w:p w14:paraId="0A256202" w14:textId="77777777" w:rsidR="00442CFA" w:rsidRDefault="00442CFA">
      <w:pPr>
        <w:spacing w:after="0"/>
      </w:pPr>
    </w:p>
    <w:p w14:paraId="572DA823" w14:textId="77777777" w:rsidR="00442CFA" w:rsidRDefault="00130F7D">
      <w:r>
        <w:tab/>
        <w:t>Show your work here</w:t>
      </w:r>
    </w:p>
    <w:p w14:paraId="0D983683" w14:textId="77777777" w:rsidR="00442CFA" w:rsidRDefault="00442CFA">
      <w:pPr>
        <w:spacing w:after="0"/>
      </w:pPr>
    </w:p>
    <w:p w14:paraId="236FF35E" w14:textId="77777777" w:rsidR="00442CFA" w:rsidRDefault="00442CFA">
      <w:pPr>
        <w:spacing w:after="0"/>
      </w:pPr>
    </w:p>
    <w:p w14:paraId="18D82455" w14:textId="77777777" w:rsidR="00442CFA" w:rsidRDefault="00130F7D">
      <w:r>
        <w:t>How long does it take to do one circle? _________________________ (let’s do seconds)</w:t>
      </w:r>
    </w:p>
    <w:p w14:paraId="36F699C9" w14:textId="77777777" w:rsidR="00442CFA" w:rsidRDefault="00442CFA">
      <w:pPr>
        <w:spacing w:after="0"/>
      </w:pPr>
    </w:p>
    <w:p w14:paraId="2D7683BF" w14:textId="77777777" w:rsidR="00442CFA" w:rsidRDefault="00130F7D">
      <w:r>
        <w:tab/>
        <w:t>Show conversion work here</w:t>
      </w:r>
    </w:p>
    <w:p w14:paraId="36A8F40E" w14:textId="77777777" w:rsidR="00442CFA" w:rsidRDefault="00442CFA">
      <w:pPr>
        <w:spacing w:after="0"/>
      </w:pPr>
    </w:p>
    <w:p w14:paraId="0AA7835F" w14:textId="77777777" w:rsidR="00442CFA" w:rsidRDefault="00442CFA">
      <w:pPr>
        <w:spacing w:after="0"/>
      </w:pPr>
    </w:p>
    <w:p w14:paraId="57679586" w14:textId="77777777" w:rsidR="00442CFA" w:rsidRDefault="00130F7D">
      <w:r>
        <w:t>How fast would you be moving at the Equator?_____________________km/s</w:t>
      </w:r>
    </w:p>
    <w:p w14:paraId="3BE0107E" w14:textId="77777777" w:rsidR="00442CFA" w:rsidRDefault="00442CFA">
      <w:pPr>
        <w:spacing w:after="0"/>
      </w:pPr>
    </w:p>
    <w:p w14:paraId="1DE5914F" w14:textId="77777777" w:rsidR="00442CFA" w:rsidRDefault="00442CFA">
      <w:pPr>
        <w:spacing w:after="0"/>
      </w:pPr>
    </w:p>
    <w:p w14:paraId="0B044DE2" w14:textId="77777777" w:rsidR="00442CFA" w:rsidRDefault="00130F7D">
      <w:r>
        <w:tab/>
        <w:t>Show work here (don’t just “look it up”)</w:t>
      </w:r>
    </w:p>
    <w:p w14:paraId="3F2C83D6" w14:textId="77777777" w:rsidR="00442CFA" w:rsidRDefault="00442CFA">
      <w:pPr>
        <w:spacing w:after="0"/>
      </w:pPr>
    </w:p>
    <w:p w14:paraId="29CA6D14" w14:textId="77777777" w:rsidR="00442CFA" w:rsidRDefault="00442CFA">
      <w:pPr>
        <w:spacing w:after="0"/>
      </w:pPr>
    </w:p>
    <w:p w14:paraId="55C764EB" w14:textId="77777777" w:rsidR="00442CFA" w:rsidRDefault="00130F7D">
      <w:pPr>
        <w:pStyle w:val="Heading2"/>
        <w:keepLines w:val="0"/>
        <w:numPr>
          <w:ilvl w:val="0"/>
          <w:numId w:val="2"/>
        </w:numPr>
      </w:pPr>
      <w:r>
        <w:t xml:space="preserve">Orbiting the Sun is called </w:t>
      </w:r>
    </w:p>
    <w:p w14:paraId="5D775E3E" w14:textId="77777777" w:rsidR="00442CFA" w:rsidRDefault="00130F7D">
      <w:pPr>
        <w:jc w:val="center"/>
      </w:pPr>
      <w:r>
        <w:rPr>
          <w:noProof/>
        </w:rPr>
        <w:drawing>
          <wp:inline distT="0" distB="0" distL="0" distR="0" wp14:anchorId="6A30272E" wp14:editId="545BF4A3">
            <wp:extent cx="3605213" cy="1623242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5213" cy="16232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674651" w14:textId="77777777" w:rsidR="00442CFA" w:rsidRDefault="00442CFA">
      <w:pPr>
        <w:spacing w:after="0" w:line="259" w:lineRule="auto"/>
      </w:pPr>
    </w:p>
    <w:p w14:paraId="60016A70" w14:textId="77777777" w:rsidR="00442CFA" w:rsidRDefault="00130F7D">
      <w:r>
        <w:t>____________________________</w:t>
      </w:r>
    </w:p>
    <w:p w14:paraId="315D42CC" w14:textId="77777777" w:rsidR="00442CFA" w:rsidRDefault="00442CFA">
      <w:pPr>
        <w:spacing w:after="0" w:line="259" w:lineRule="auto"/>
      </w:pPr>
    </w:p>
    <w:p w14:paraId="61D86C77" w14:textId="77777777" w:rsidR="00442CFA" w:rsidRDefault="00130F7D">
      <w:r>
        <w:t>The “astronomical unit” is a convenient unit for Solar System astronomers to use.  It is simply defined as the average distance from the Sun to the Earth.</w:t>
      </w:r>
    </w:p>
    <w:p w14:paraId="46C601B3" w14:textId="77777777" w:rsidR="00442CFA" w:rsidRDefault="00130F7D">
      <w:pPr>
        <w:spacing w:after="0"/>
      </w:pPr>
      <w:r>
        <w:t xml:space="preserve"> </w:t>
      </w:r>
    </w:p>
    <w:p w14:paraId="353BFC28" w14:textId="77777777" w:rsidR="00442CFA" w:rsidRDefault="00130F7D">
      <w:r>
        <w:t>How far are you from the Sun? _____ (let’s do AU’s …very little space on the blank line is for a reason)</w:t>
      </w:r>
    </w:p>
    <w:p w14:paraId="594552FC" w14:textId="77777777" w:rsidR="00442CFA" w:rsidRDefault="00442CFA">
      <w:pPr>
        <w:spacing w:after="0"/>
      </w:pPr>
    </w:p>
    <w:p w14:paraId="538D8030" w14:textId="77777777" w:rsidR="00442CFA" w:rsidRDefault="00442CFA">
      <w:pPr>
        <w:spacing w:after="0"/>
      </w:pPr>
    </w:p>
    <w:p w14:paraId="767B87D4" w14:textId="77777777" w:rsidR="00442CFA" w:rsidRDefault="00130F7D">
      <w:r>
        <w:t xml:space="preserve">How far are you from the Sun? </w:t>
      </w:r>
    </w:p>
    <w:p w14:paraId="7C16BA69" w14:textId="77777777" w:rsidR="00442CFA" w:rsidRDefault="00442CFA">
      <w:pPr>
        <w:spacing w:after="0"/>
      </w:pPr>
    </w:p>
    <w:p w14:paraId="0EFA4BA7" w14:textId="77777777" w:rsidR="00442CFA" w:rsidRDefault="00130F7D">
      <w:r>
        <w:t>_____________________________________ (let’s do kilometers)</w:t>
      </w:r>
    </w:p>
    <w:p w14:paraId="333502BC" w14:textId="77777777" w:rsidR="00442CFA" w:rsidRDefault="00442CFA">
      <w:pPr>
        <w:spacing w:after="0"/>
      </w:pPr>
    </w:p>
    <w:p w14:paraId="13B6C190" w14:textId="77777777" w:rsidR="00442CFA" w:rsidRDefault="00130F7D">
      <w:r>
        <w:rPr>
          <w:i/>
        </w:rPr>
        <w:t xml:space="preserve">Cite your source: </w:t>
      </w:r>
      <w:r>
        <w:t>____________________________________________</w:t>
      </w:r>
    </w:p>
    <w:p w14:paraId="652C6DED" w14:textId="77777777" w:rsidR="00442CFA" w:rsidRDefault="00442CFA">
      <w:pPr>
        <w:spacing w:after="0"/>
      </w:pPr>
    </w:p>
    <w:p w14:paraId="74821B46" w14:textId="77777777" w:rsidR="00442CFA" w:rsidRDefault="00442CFA">
      <w:pPr>
        <w:spacing w:after="0"/>
      </w:pPr>
    </w:p>
    <w:p w14:paraId="3E5D4823" w14:textId="77777777" w:rsidR="00442CFA" w:rsidRDefault="00130F7D">
      <w:r>
        <w:t>How far is one orbital trip around the Sun? __________________________________ km</w:t>
      </w:r>
    </w:p>
    <w:p w14:paraId="1BA53C5C" w14:textId="77777777" w:rsidR="00442CFA" w:rsidRDefault="00442CFA">
      <w:pPr>
        <w:spacing w:after="0"/>
      </w:pPr>
    </w:p>
    <w:p w14:paraId="2D096080" w14:textId="77777777" w:rsidR="00442CFA" w:rsidRDefault="00130F7D">
      <w:r>
        <w:tab/>
        <w:t>Show your work here</w:t>
      </w:r>
    </w:p>
    <w:p w14:paraId="5BC7E87D" w14:textId="77777777" w:rsidR="00442CFA" w:rsidRDefault="00442CFA">
      <w:pPr>
        <w:spacing w:after="0"/>
      </w:pPr>
    </w:p>
    <w:p w14:paraId="1F2EE305" w14:textId="77777777" w:rsidR="00442CFA" w:rsidRDefault="00442CFA">
      <w:pPr>
        <w:spacing w:after="0"/>
      </w:pPr>
    </w:p>
    <w:p w14:paraId="64C807F6" w14:textId="77777777" w:rsidR="00442CFA" w:rsidRDefault="00130F7D">
      <w:r>
        <w:t>How long does it take to do one circle? ___________________________________ (let’s do seconds)</w:t>
      </w:r>
    </w:p>
    <w:p w14:paraId="68E65DB4" w14:textId="77777777" w:rsidR="00442CFA" w:rsidRDefault="00442CFA">
      <w:pPr>
        <w:spacing w:after="0"/>
      </w:pPr>
    </w:p>
    <w:p w14:paraId="68A5AD76" w14:textId="77777777" w:rsidR="00442CFA" w:rsidRDefault="00130F7D">
      <w:r>
        <w:tab/>
        <w:t>Show conversion work here</w:t>
      </w:r>
    </w:p>
    <w:p w14:paraId="36FC775D" w14:textId="77777777" w:rsidR="00442CFA" w:rsidRDefault="00442CFA">
      <w:pPr>
        <w:spacing w:after="0"/>
      </w:pPr>
    </w:p>
    <w:p w14:paraId="0E7BE90E" w14:textId="77777777" w:rsidR="00442CFA" w:rsidRDefault="00442CFA">
      <w:pPr>
        <w:spacing w:after="0"/>
      </w:pPr>
    </w:p>
    <w:p w14:paraId="42A86F64" w14:textId="77777777" w:rsidR="00442CFA" w:rsidRDefault="00130F7D">
      <w:r>
        <w:t>How fast is the Earth moving around the Sun?__________________km/s</w:t>
      </w:r>
    </w:p>
    <w:p w14:paraId="52C616BC" w14:textId="77777777" w:rsidR="00442CFA" w:rsidRDefault="00442CFA">
      <w:pPr>
        <w:spacing w:after="0"/>
      </w:pPr>
    </w:p>
    <w:p w14:paraId="1463081C" w14:textId="77777777" w:rsidR="00442CFA" w:rsidRDefault="00130F7D">
      <w:r>
        <w:tab/>
        <w:t>Show work here (don’t just “look it up”)</w:t>
      </w:r>
    </w:p>
    <w:p w14:paraId="363ADD89" w14:textId="77777777" w:rsidR="00442CFA" w:rsidRDefault="00442CFA">
      <w:pPr>
        <w:spacing w:after="0"/>
      </w:pPr>
    </w:p>
    <w:p w14:paraId="0B518F90" w14:textId="77777777" w:rsidR="00442CFA" w:rsidRDefault="00442CFA">
      <w:pPr>
        <w:spacing w:after="0"/>
      </w:pPr>
    </w:p>
    <w:p w14:paraId="52FD4308" w14:textId="77777777" w:rsidR="00442CFA" w:rsidRDefault="00130F7D">
      <w:pPr>
        <w:pStyle w:val="Heading2"/>
        <w:keepLines w:val="0"/>
        <w:numPr>
          <w:ilvl w:val="0"/>
          <w:numId w:val="2"/>
        </w:numPr>
      </w:pPr>
      <w:r>
        <w:t>Milky Way Orbiting (no special name)</w:t>
      </w:r>
    </w:p>
    <w:p w14:paraId="59015AD4" w14:textId="77777777" w:rsidR="00442CFA" w:rsidRDefault="00130F7D">
      <w:pPr>
        <w:jc w:val="center"/>
      </w:pPr>
      <w:r>
        <w:rPr>
          <w:noProof/>
        </w:rPr>
        <w:drawing>
          <wp:inline distT="0" distB="0" distL="0" distR="0" wp14:anchorId="66C504C1" wp14:editId="2F543D66">
            <wp:extent cx="2114550" cy="2095500"/>
            <wp:effectExtent l="0" t="0" r="0" b="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09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065773" w14:textId="77777777" w:rsidR="00442CFA" w:rsidRDefault="00442CFA">
      <w:pPr>
        <w:spacing w:after="0"/>
      </w:pPr>
    </w:p>
    <w:p w14:paraId="2255A7DA" w14:textId="77777777" w:rsidR="00442CFA" w:rsidRDefault="00130F7D">
      <w:r>
        <w:t>How far are you from the center of the Milky Way? __________________l.y.  (let’s do light years)</w:t>
      </w:r>
    </w:p>
    <w:p w14:paraId="4B151E33" w14:textId="77777777" w:rsidR="00442CFA" w:rsidRDefault="00130F7D">
      <w:r>
        <w:rPr>
          <w:i/>
        </w:rPr>
        <w:t xml:space="preserve">Cite your source: </w:t>
      </w:r>
      <w:r>
        <w:t>____________________________________________</w:t>
      </w:r>
    </w:p>
    <w:p w14:paraId="043479BA" w14:textId="77777777" w:rsidR="00442CFA" w:rsidRDefault="00442CFA">
      <w:pPr>
        <w:spacing w:after="0"/>
      </w:pPr>
    </w:p>
    <w:p w14:paraId="6C2E76F6" w14:textId="77777777" w:rsidR="00442CFA" w:rsidRDefault="00130F7D">
      <w:r>
        <w:t>The “light year” is a convenient unit for galactic  astronomers to use when talking about large distances to the stars.  It is simply defined as the distance a beam of light would travel in one year.</w:t>
      </w:r>
    </w:p>
    <w:p w14:paraId="4D96A384" w14:textId="77777777" w:rsidR="00442CFA" w:rsidRDefault="00442CFA">
      <w:pPr>
        <w:spacing w:after="0"/>
      </w:pPr>
    </w:p>
    <w:p w14:paraId="270BEB60" w14:textId="77777777" w:rsidR="00442CFA" w:rsidRDefault="00442CFA">
      <w:pPr>
        <w:spacing w:after="0"/>
      </w:pPr>
    </w:p>
    <w:p w14:paraId="0F519559" w14:textId="77777777" w:rsidR="00442CFA" w:rsidRDefault="00130F7D">
      <w:r>
        <w:t xml:space="preserve">How far are you from the center of the Milky Way? </w:t>
      </w:r>
    </w:p>
    <w:p w14:paraId="47DB3825" w14:textId="77777777" w:rsidR="00442CFA" w:rsidRDefault="00442CFA">
      <w:pPr>
        <w:spacing w:after="0"/>
      </w:pPr>
    </w:p>
    <w:p w14:paraId="4005C1DA" w14:textId="77777777" w:rsidR="00442CFA" w:rsidRDefault="00130F7D">
      <w:r>
        <w:t>____________________________ (let’s do kilometers)</w:t>
      </w:r>
    </w:p>
    <w:p w14:paraId="37EA9CF1" w14:textId="77777777" w:rsidR="00442CFA" w:rsidRDefault="00442CFA">
      <w:pPr>
        <w:spacing w:after="0"/>
      </w:pPr>
    </w:p>
    <w:p w14:paraId="3E938DBC" w14:textId="77777777" w:rsidR="00442CFA" w:rsidRDefault="00130F7D">
      <w:r>
        <w:tab/>
        <w:t>Show conversion work here</w:t>
      </w:r>
    </w:p>
    <w:p w14:paraId="3DB14A60" w14:textId="77777777" w:rsidR="00442CFA" w:rsidRDefault="00442CFA">
      <w:pPr>
        <w:spacing w:after="0"/>
      </w:pPr>
    </w:p>
    <w:p w14:paraId="557F1FFD" w14:textId="77777777" w:rsidR="00442CFA" w:rsidRDefault="00442CFA">
      <w:pPr>
        <w:spacing w:after="0"/>
      </w:pPr>
    </w:p>
    <w:p w14:paraId="08FB01F5" w14:textId="77777777" w:rsidR="00442CFA" w:rsidRDefault="00130F7D">
      <w:r>
        <w:t>How far is one orbit of the Sun around the Milky Way? __________________________ km</w:t>
      </w:r>
    </w:p>
    <w:p w14:paraId="2086CDB3" w14:textId="77777777" w:rsidR="00442CFA" w:rsidRDefault="00442CFA">
      <w:pPr>
        <w:spacing w:after="0"/>
      </w:pPr>
    </w:p>
    <w:p w14:paraId="6E8E209E" w14:textId="77777777" w:rsidR="00442CFA" w:rsidRDefault="00130F7D">
      <w:r>
        <w:tab/>
        <w:t>Show your work here</w:t>
      </w:r>
    </w:p>
    <w:p w14:paraId="5D86505F" w14:textId="77777777" w:rsidR="00442CFA" w:rsidRDefault="00442CFA">
      <w:pPr>
        <w:spacing w:after="0"/>
      </w:pPr>
    </w:p>
    <w:p w14:paraId="04C639D6" w14:textId="77777777" w:rsidR="00442CFA" w:rsidRDefault="00442CFA">
      <w:pPr>
        <w:spacing w:after="0"/>
      </w:pPr>
    </w:p>
    <w:p w14:paraId="43A57ABE" w14:textId="77777777" w:rsidR="00442CFA" w:rsidRDefault="00130F7D">
      <w:r>
        <w:t>How long does it take to do one circle? ______________________ years</w:t>
      </w:r>
    </w:p>
    <w:p w14:paraId="3E62A71C" w14:textId="77777777" w:rsidR="00442CFA" w:rsidRDefault="00442CFA">
      <w:pPr>
        <w:spacing w:after="0"/>
      </w:pPr>
    </w:p>
    <w:p w14:paraId="69B1C013" w14:textId="77777777" w:rsidR="00442CFA" w:rsidRDefault="00130F7D">
      <w:r>
        <w:rPr>
          <w:i/>
        </w:rPr>
        <w:t xml:space="preserve">Cite your source: </w:t>
      </w:r>
      <w:r>
        <w:t>____________________________________________</w:t>
      </w:r>
    </w:p>
    <w:p w14:paraId="6322901D" w14:textId="77777777" w:rsidR="00442CFA" w:rsidRDefault="00442CFA">
      <w:pPr>
        <w:spacing w:after="0"/>
      </w:pPr>
    </w:p>
    <w:p w14:paraId="3FFF8200" w14:textId="77777777" w:rsidR="00442CFA" w:rsidRDefault="00130F7D">
      <w:r>
        <w:t>How long does it take to do one circle? _________________________ (let’s do seconds)</w:t>
      </w:r>
    </w:p>
    <w:p w14:paraId="482B0F31" w14:textId="77777777" w:rsidR="00442CFA" w:rsidRDefault="00442CFA">
      <w:pPr>
        <w:spacing w:after="0"/>
      </w:pPr>
    </w:p>
    <w:p w14:paraId="36F2B8CC" w14:textId="77777777" w:rsidR="00442CFA" w:rsidRDefault="00130F7D">
      <w:r>
        <w:tab/>
        <w:t>Show conversion work here</w:t>
      </w:r>
    </w:p>
    <w:p w14:paraId="18A83677" w14:textId="77777777" w:rsidR="00442CFA" w:rsidRDefault="00442CFA">
      <w:pPr>
        <w:spacing w:after="0"/>
      </w:pPr>
    </w:p>
    <w:p w14:paraId="083E2A3B" w14:textId="77777777" w:rsidR="00442CFA" w:rsidRDefault="00442CFA">
      <w:pPr>
        <w:spacing w:after="0"/>
      </w:pPr>
    </w:p>
    <w:p w14:paraId="53E6D959" w14:textId="77777777" w:rsidR="00442CFA" w:rsidRDefault="00130F7D">
      <w:r>
        <w:t>How fast is the Sun moving around the center of the Milky Way?_________________________km/s</w:t>
      </w:r>
    </w:p>
    <w:p w14:paraId="5A2D02D9" w14:textId="77777777" w:rsidR="00442CFA" w:rsidRDefault="00442CFA">
      <w:pPr>
        <w:spacing w:after="0"/>
      </w:pPr>
    </w:p>
    <w:p w14:paraId="0BD31EAB" w14:textId="77777777" w:rsidR="00442CFA" w:rsidRDefault="00130F7D">
      <w:bookmarkStart w:id="0" w:name="_heading=h.gjdgxs" w:colFirst="0" w:colLast="0"/>
      <w:bookmarkEnd w:id="0"/>
      <w:r>
        <w:tab/>
        <w:t>Show work here</w:t>
      </w:r>
    </w:p>
    <w:sectPr w:rsidR="00442C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512" w:right="1080" w:bottom="1080" w:left="108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7C6CE" w14:textId="77777777" w:rsidR="00F20463" w:rsidRDefault="00F20463">
      <w:pPr>
        <w:spacing w:after="0" w:line="240" w:lineRule="auto"/>
      </w:pPr>
      <w:r>
        <w:separator/>
      </w:r>
    </w:p>
  </w:endnote>
  <w:endnote w:type="continuationSeparator" w:id="0">
    <w:p w14:paraId="6FF72161" w14:textId="77777777" w:rsidR="00F20463" w:rsidRDefault="00F2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2480" w14:textId="77777777" w:rsidR="00F30081" w:rsidRDefault="00F300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A9FD" w14:textId="77777777" w:rsidR="00130F7D" w:rsidRDefault="00130F7D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09883" w14:textId="77777777" w:rsidR="00F30081" w:rsidRDefault="00F300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B9CC4" w14:textId="77777777" w:rsidR="00F20463" w:rsidRDefault="00F20463">
      <w:pPr>
        <w:spacing w:after="0" w:line="240" w:lineRule="auto"/>
      </w:pPr>
      <w:r>
        <w:separator/>
      </w:r>
    </w:p>
  </w:footnote>
  <w:footnote w:type="continuationSeparator" w:id="0">
    <w:p w14:paraId="59D07D6B" w14:textId="77777777" w:rsidR="00F20463" w:rsidRDefault="00F2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D93F" w14:textId="77777777" w:rsidR="00F30081" w:rsidRDefault="00F300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3684" w14:textId="77777777" w:rsidR="00130F7D" w:rsidRDefault="00130F7D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02D0B" w14:textId="77777777" w:rsidR="00F30081" w:rsidRDefault="00F300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C2A"/>
    <w:multiLevelType w:val="multilevel"/>
    <w:tmpl w:val="CCCC387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3FB1DCD"/>
    <w:multiLevelType w:val="multilevel"/>
    <w:tmpl w:val="D098DF1A"/>
    <w:lvl w:ilvl="0">
      <w:start w:val="1"/>
      <w:numFmt w:val="decimal"/>
      <w:pStyle w:val="ListBullet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Arial" w:eastAsia="Arial" w:hAnsi="Arial" w:cs="Arial"/>
      </w:rPr>
    </w:lvl>
  </w:abstractNum>
  <w:abstractNum w:abstractNumId="2" w15:restartNumberingAfterBreak="0">
    <w:nsid w:val="7EB81B9A"/>
    <w:multiLevelType w:val="multilevel"/>
    <w:tmpl w:val="30DA98C4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Arial" w:eastAsia="Arial" w:hAnsi="Arial" w:cs="Arial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Arial" w:eastAsia="Arial" w:hAnsi="Arial" w:cs="Arial"/>
      </w:rPr>
    </w:lvl>
  </w:abstractNum>
  <w:num w:numId="1" w16cid:durableId="227695525">
    <w:abstractNumId w:val="1"/>
  </w:num>
  <w:num w:numId="2" w16cid:durableId="816993543">
    <w:abstractNumId w:val="2"/>
  </w:num>
  <w:num w:numId="3" w16cid:durableId="128045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CFA"/>
    <w:rsid w:val="000D3402"/>
    <w:rsid w:val="00130F7D"/>
    <w:rsid w:val="00176530"/>
    <w:rsid w:val="001D158B"/>
    <w:rsid w:val="002B47F7"/>
    <w:rsid w:val="00442CFA"/>
    <w:rsid w:val="005D0E94"/>
    <w:rsid w:val="00735244"/>
    <w:rsid w:val="007974EC"/>
    <w:rsid w:val="007979EB"/>
    <w:rsid w:val="00956579"/>
    <w:rsid w:val="00F20463"/>
    <w:rsid w:val="00F3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10543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64" w:lineRule="auto"/>
    </w:pPr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30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24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160"/>
    </w:pPr>
    <w:rPr>
      <w:sz w:val="48"/>
      <w:szCs w:val="72"/>
    </w:rPr>
  </w:style>
  <w:style w:type="paragraph" w:styleId="ListParagraph">
    <w:name w:val="List Paragraph"/>
    <w:basedOn w:val="Normal"/>
    <w:uiPriority w:val="34"/>
    <w:qFormat/>
    <w:rsid w:val="006A145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160"/>
    </w:pPr>
    <w:rPr>
      <w:szCs w:val="48"/>
    </w:rPr>
  </w:style>
  <w:style w:type="paragraph" w:customStyle="1" w:styleId="Header1">
    <w:name w:val="Header1"/>
    <w:pPr>
      <w:spacing w:after="120" w:line="264" w:lineRule="auto"/>
    </w:pPr>
    <w:rPr>
      <w:color w:val="000000"/>
      <w:sz w:val="18"/>
    </w:rPr>
  </w:style>
  <w:style w:type="paragraph" w:customStyle="1" w:styleId="Footer1">
    <w:name w:val="Footer1"/>
    <w:pPr>
      <w:spacing w:after="120" w:line="264" w:lineRule="auto"/>
    </w:pPr>
    <w:rPr>
      <w:color w:val="000000"/>
      <w:sz w:val="18"/>
    </w:rPr>
  </w:style>
  <w:style w:type="paragraph" w:styleId="Header">
    <w:name w:val="header"/>
    <w:basedOn w:val="Normal"/>
    <w:uiPriority w:val="99"/>
    <w:unhideWhenUsed/>
    <w:rsid w:val="00E618BF"/>
    <w:pPr>
      <w:spacing w:after="0" w:line="240" w:lineRule="auto"/>
    </w:pPr>
  </w:style>
  <w:style w:type="paragraph" w:styleId="Footer">
    <w:name w:val="footer"/>
    <w:basedOn w:val="Normal"/>
    <w:uiPriority w:val="99"/>
    <w:unhideWhenUsed/>
    <w:rsid w:val="00E618BF"/>
    <w:pPr>
      <w:spacing w:after="0" w:line="240" w:lineRule="auto"/>
    </w:pPr>
    <w:rPr>
      <w:sz w:val="18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/py03RstkeKa7oZp01vFERXwQQ==">AMUW2mXfTb+UUkieC3bBzFkfRWwDet/NpoTvowMXYQx8yAngfCNV9DVJp7CeYgL7EhvRa5MU9GTSix3BeQRUF5EJG8s2Qbtgr6n5jIhCv7ckDDdKuFmZW3TNe0kyx7hHXgM0XSWQ9AY7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2839</Characters>
  <Application>Microsoft Office Word</Application>
  <DocSecurity>0</DocSecurity>
  <Lines>97</Lines>
  <Paragraphs>47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fast are we moving basic activity</dc:title>
  <dc:creator>tad98ms2@gmail.com</dc:creator>
  <dc:description/>
  <cp:lastModifiedBy>Dylan Gormley</cp:lastModifiedBy>
  <cp:revision>5</cp:revision>
  <dcterms:created xsi:type="dcterms:W3CDTF">2017-10-16T01:07:00Z</dcterms:created>
  <dcterms:modified xsi:type="dcterms:W3CDTF">2026-09-27T00:41:00Z</dcterms:modified>
</cp:coreProperties>
</file>