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3D594" w14:textId="77777777" w:rsidR="0077457B" w:rsidRDefault="00521D97">
      <w:pPr>
        <w:pStyle w:val="Title"/>
        <w:keepNext/>
        <w:rPr>
          <w:i/>
        </w:rPr>
      </w:pPr>
      <w:r>
        <w:t>HOW FAST ARE WE MOVING?</w:t>
      </w:r>
    </w:p>
    <w:p w14:paraId="5E154709" w14:textId="77777777" w:rsidR="0077457B" w:rsidRDefault="00521D97">
      <w:pPr>
        <w:pStyle w:val="Subtitle"/>
        <w:keepNext/>
        <w:rPr>
          <w:i/>
        </w:rPr>
      </w:pPr>
      <w:r>
        <w:t>Astronomy Activity</w:t>
      </w:r>
      <w:r>
        <w:tab/>
      </w:r>
    </w:p>
    <w:p w14:paraId="71530DEA" w14:textId="77777777" w:rsidR="0077457B" w:rsidRDefault="0077457B">
      <w:pPr>
        <w:spacing w:after="0"/>
      </w:pPr>
    </w:p>
    <w:p w14:paraId="1A49CE8F" w14:textId="77777777" w:rsidR="0077457B" w:rsidRDefault="0077457B">
      <w:pPr>
        <w:spacing w:after="0"/>
      </w:pPr>
    </w:p>
    <w:p w14:paraId="1C8603DE" w14:textId="77777777" w:rsidR="0077457B" w:rsidRDefault="00521D97">
      <w:pPr>
        <w:pStyle w:val="Heading2"/>
      </w:pPr>
      <w:r>
        <w:t>What you should already know</w:t>
      </w:r>
    </w:p>
    <w:p w14:paraId="5C4F0CCD" w14:textId="77777777" w:rsidR="0077457B" w:rsidRDefault="00521D97">
      <w:r>
        <w:t>Hopefully, you should have already learned of four ways we move about in the Universe.  We live in an age where we learn these ideas in school, but there was a time in human history where none of these motions were suspected because we never “feel” the motion. Most likely, YOU have never felt any of these motions....yet they do happen!</w:t>
      </w:r>
    </w:p>
    <w:p w14:paraId="5FAAF44E" w14:textId="77777777" w:rsidR="0077457B" w:rsidRDefault="00521D97">
      <w:pPr>
        <w:numPr>
          <w:ilvl w:val="0"/>
          <w:numId w:val="1"/>
        </w:numPr>
      </w:pPr>
      <w:r>
        <w:t>We (surface creatures) move in a circle around the axis.</w:t>
      </w:r>
    </w:p>
    <w:p w14:paraId="3C6B3A64" w14:textId="77777777" w:rsidR="0077457B" w:rsidRDefault="00521D97">
      <w:pPr>
        <w:numPr>
          <w:ilvl w:val="0"/>
          <w:numId w:val="1"/>
        </w:numPr>
      </w:pPr>
      <w:r>
        <w:t>We (planet) move in a (near) circle around the Sun.</w:t>
      </w:r>
    </w:p>
    <w:p w14:paraId="78ABD0F0" w14:textId="77777777" w:rsidR="0077457B" w:rsidRDefault="00521D97">
      <w:pPr>
        <w:numPr>
          <w:ilvl w:val="0"/>
          <w:numId w:val="1"/>
        </w:numPr>
      </w:pPr>
      <w:r>
        <w:t>We (Solar System) move in a (near) circle around the center of the Milky Way Galaxy.</w:t>
      </w:r>
    </w:p>
    <w:p w14:paraId="727B7362" w14:textId="77777777" w:rsidR="0077457B" w:rsidRDefault="00521D97">
      <w:pPr>
        <w:numPr>
          <w:ilvl w:val="0"/>
          <w:numId w:val="1"/>
        </w:numPr>
      </w:pPr>
      <w:r>
        <w:t>We wobble in a circle around a line perpendicular to the ecliptic (This one can be left for extra credit)</w:t>
      </w:r>
    </w:p>
    <w:p w14:paraId="05065B89" w14:textId="77777777" w:rsidR="0077457B" w:rsidRDefault="0077457B">
      <w:pPr>
        <w:spacing w:after="0"/>
      </w:pPr>
    </w:p>
    <w:p w14:paraId="5FF23DA8" w14:textId="77777777" w:rsidR="0077457B" w:rsidRDefault="00521D97">
      <w:r>
        <w:t>So we move…but how fast?  Well “fast” is speed, and speed is distance/time. And in these cases, the distance we travel is a (near) circular path.</w:t>
      </w:r>
    </w:p>
    <w:p w14:paraId="6B343A48" w14:textId="77777777" w:rsidR="0077457B" w:rsidRDefault="0077457B">
      <w:pPr>
        <w:spacing w:after="0"/>
      </w:pPr>
    </w:p>
    <w:p w14:paraId="4DACDDB5" w14:textId="77777777" w:rsidR="0077457B" w:rsidRDefault="00521D97">
      <w:r>
        <w:t xml:space="preserve">So the first thing is to </w:t>
      </w:r>
      <w:r>
        <w:rPr>
          <w:b/>
          <w:u w:val="single"/>
        </w:rPr>
        <w:t>know the formula</w:t>
      </w:r>
      <w:r>
        <w:t xml:space="preserve"> for the “circly distance path thingy”, which is ___________________</w:t>
      </w:r>
    </w:p>
    <w:p w14:paraId="7BC244D6" w14:textId="77777777" w:rsidR="0077457B" w:rsidRDefault="00521D97">
      <w:pPr>
        <w:spacing w:after="0"/>
      </w:pPr>
      <w:r>
        <w:rPr>
          <w:noProof/>
        </w:rPr>
        <w:drawing>
          <wp:inline distT="0" distB="0" distL="0" distR="0" wp14:anchorId="3A90C0A0" wp14:editId="5E3A8820">
            <wp:extent cx="2504607" cy="1909763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4607" cy="19097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D7CF02" w14:textId="77777777" w:rsidR="0077457B" w:rsidRDefault="00521D97">
      <w:pPr>
        <w:numPr>
          <w:ilvl w:val="0"/>
          <w:numId w:val="2"/>
        </w:numPr>
      </w:pPr>
      <w:r>
        <w:rPr>
          <w:b/>
          <w:u w:val="single"/>
        </w:rPr>
        <w:t>“Axis circling” is called</w:t>
      </w:r>
      <w:r>
        <w:t xml:space="preserve"> ____________________________</w:t>
      </w:r>
    </w:p>
    <w:p w14:paraId="002D76F1" w14:textId="77777777" w:rsidR="0077457B" w:rsidRDefault="0077457B">
      <w:pPr>
        <w:spacing w:after="0"/>
      </w:pPr>
    </w:p>
    <w:p w14:paraId="6B38AEA6" w14:textId="77777777" w:rsidR="0077457B" w:rsidRDefault="00521D97">
      <w:r>
        <w:t>Assume that you are at the equator where the “fastest” humans are.</w:t>
      </w:r>
    </w:p>
    <w:p w14:paraId="789111DC" w14:textId="77777777" w:rsidR="0077457B" w:rsidRDefault="0077457B">
      <w:pPr>
        <w:spacing w:after="0"/>
      </w:pPr>
    </w:p>
    <w:p w14:paraId="70672160" w14:textId="77777777" w:rsidR="0077457B" w:rsidRDefault="00521D97">
      <w:r>
        <w:t xml:space="preserve">How far are you from the axis? ___________________________km  </w:t>
      </w:r>
      <w:r>
        <w:tab/>
        <w:t xml:space="preserve">     (let’s do kilometers)</w:t>
      </w:r>
    </w:p>
    <w:p w14:paraId="3F7854D7" w14:textId="77777777" w:rsidR="0077457B" w:rsidRDefault="00521D97">
      <w:r>
        <w:rPr>
          <w:i/>
        </w:rPr>
        <w:t xml:space="preserve">Cite your source: </w:t>
      </w:r>
      <w:r>
        <w:t>____________________________________________</w:t>
      </w:r>
    </w:p>
    <w:p w14:paraId="065B846A" w14:textId="77777777" w:rsidR="0077457B" w:rsidRDefault="0077457B">
      <w:pPr>
        <w:spacing w:after="0"/>
      </w:pPr>
    </w:p>
    <w:p w14:paraId="7FF394D8" w14:textId="77777777" w:rsidR="0077457B" w:rsidRDefault="00521D97">
      <w:r>
        <w:t>How far is one complete circle trip? __________________________ km</w:t>
      </w:r>
    </w:p>
    <w:p w14:paraId="3EA22778" w14:textId="77777777" w:rsidR="0077457B" w:rsidRDefault="0077457B">
      <w:pPr>
        <w:spacing w:after="0"/>
      </w:pPr>
    </w:p>
    <w:p w14:paraId="6DD0E9F4" w14:textId="77777777" w:rsidR="0077457B" w:rsidRDefault="00521D97">
      <w:r>
        <w:tab/>
        <w:t>Show your work here</w:t>
      </w:r>
    </w:p>
    <w:p w14:paraId="02AC1ACC" w14:textId="77777777" w:rsidR="0077457B" w:rsidRDefault="0077457B">
      <w:pPr>
        <w:spacing w:after="0"/>
      </w:pPr>
    </w:p>
    <w:p w14:paraId="1F8CBFFB" w14:textId="77777777" w:rsidR="0077457B" w:rsidRDefault="0077457B">
      <w:pPr>
        <w:spacing w:after="0"/>
      </w:pPr>
    </w:p>
    <w:p w14:paraId="75ADB8AE" w14:textId="77777777" w:rsidR="0077457B" w:rsidRDefault="00521D97">
      <w:r>
        <w:t>How long does it take to do one circle? _________________________ (let’s do seconds)</w:t>
      </w:r>
    </w:p>
    <w:p w14:paraId="2492DA68" w14:textId="77777777" w:rsidR="0077457B" w:rsidRDefault="0077457B">
      <w:pPr>
        <w:spacing w:after="0"/>
      </w:pPr>
    </w:p>
    <w:p w14:paraId="30D1908A" w14:textId="77777777" w:rsidR="0077457B" w:rsidRDefault="00521D97">
      <w:r>
        <w:tab/>
        <w:t>Show conversion work here</w:t>
      </w:r>
    </w:p>
    <w:p w14:paraId="72A2BFEB" w14:textId="77777777" w:rsidR="0077457B" w:rsidRDefault="0077457B">
      <w:pPr>
        <w:spacing w:after="0"/>
      </w:pPr>
    </w:p>
    <w:p w14:paraId="68A986A4" w14:textId="77777777" w:rsidR="0077457B" w:rsidRDefault="0077457B">
      <w:pPr>
        <w:spacing w:after="0"/>
      </w:pPr>
    </w:p>
    <w:p w14:paraId="4A9F2D8D" w14:textId="77777777" w:rsidR="0077457B" w:rsidRDefault="00521D97">
      <w:r>
        <w:t>How fast is an Equatorian moving?__________________km/s</w:t>
      </w:r>
    </w:p>
    <w:p w14:paraId="57A34A3F" w14:textId="77777777" w:rsidR="0077457B" w:rsidRDefault="0077457B">
      <w:pPr>
        <w:spacing w:after="0"/>
      </w:pPr>
    </w:p>
    <w:p w14:paraId="2E642C6D" w14:textId="77777777" w:rsidR="0077457B" w:rsidRDefault="0077457B">
      <w:pPr>
        <w:spacing w:after="0"/>
      </w:pPr>
    </w:p>
    <w:p w14:paraId="54092DC2" w14:textId="77777777" w:rsidR="0077457B" w:rsidRDefault="00521D97">
      <w:r>
        <w:tab/>
        <w:t>Show work here</w:t>
      </w:r>
    </w:p>
    <w:p w14:paraId="7F2D5559" w14:textId="77777777" w:rsidR="0077457B" w:rsidRDefault="0077457B">
      <w:pPr>
        <w:spacing w:after="0"/>
      </w:pPr>
    </w:p>
    <w:p w14:paraId="09302A6D" w14:textId="77777777" w:rsidR="0077457B" w:rsidRDefault="0077457B">
      <w:pPr>
        <w:spacing w:after="0"/>
      </w:pPr>
    </w:p>
    <w:p w14:paraId="17D84B14" w14:textId="77777777" w:rsidR="0077457B" w:rsidRDefault="00521D97">
      <w:pPr>
        <w:pStyle w:val="Heading2"/>
        <w:keepLines w:val="0"/>
        <w:numPr>
          <w:ilvl w:val="0"/>
          <w:numId w:val="2"/>
        </w:numPr>
      </w:pPr>
      <w:r>
        <w:t xml:space="preserve">Sun Orbiting is called </w:t>
      </w:r>
    </w:p>
    <w:p w14:paraId="5FC4E993" w14:textId="77777777" w:rsidR="0077457B" w:rsidRDefault="00521D97">
      <w:pPr>
        <w:jc w:val="center"/>
      </w:pPr>
      <w:r>
        <w:rPr>
          <w:noProof/>
        </w:rPr>
        <w:drawing>
          <wp:inline distT="0" distB="0" distL="0" distR="0" wp14:anchorId="068510D7" wp14:editId="39E3BA15">
            <wp:extent cx="3605213" cy="1623242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5213" cy="16232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4185CB" w14:textId="77777777" w:rsidR="0077457B" w:rsidRDefault="0077457B">
      <w:pPr>
        <w:spacing w:after="0" w:line="259" w:lineRule="auto"/>
      </w:pPr>
    </w:p>
    <w:p w14:paraId="0CB68AFA" w14:textId="77777777" w:rsidR="0077457B" w:rsidRDefault="00521D97">
      <w:r>
        <w:t>____________________________</w:t>
      </w:r>
    </w:p>
    <w:p w14:paraId="51FE3E35" w14:textId="77777777" w:rsidR="0077457B" w:rsidRDefault="0077457B">
      <w:pPr>
        <w:spacing w:after="0" w:line="259" w:lineRule="auto"/>
      </w:pPr>
    </w:p>
    <w:p w14:paraId="21A56999" w14:textId="77777777" w:rsidR="0077457B" w:rsidRDefault="0077457B">
      <w:pPr>
        <w:spacing w:after="0"/>
      </w:pPr>
    </w:p>
    <w:p w14:paraId="61D0CD19" w14:textId="77777777" w:rsidR="0077457B" w:rsidRDefault="00521D97">
      <w:r>
        <w:t>How far are you from the Sun? _____ (let’s do AU’s …very little space on the blank line is for a reason)</w:t>
      </w:r>
    </w:p>
    <w:p w14:paraId="225932F7" w14:textId="77777777" w:rsidR="0077457B" w:rsidRDefault="0077457B">
      <w:pPr>
        <w:spacing w:after="0"/>
      </w:pPr>
    </w:p>
    <w:p w14:paraId="5305035F" w14:textId="77777777" w:rsidR="0077457B" w:rsidRDefault="0077457B">
      <w:pPr>
        <w:spacing w:after="0"/>
      </w:pPr>
    </w:p>
    <w:p w14:paraId="025F44F5" w14:textId="77777777" w:rsidR="0077457B" w:rsidRDefault="00521D97">
      <w:r>
        <w:t xml:space="preserve">How far are you from the Sun? </w:t>
      </w:r>
    </w:p>
    <w:p w14:paraId="1BE51EA2" w14:textId="77777777" w:rsidR="0077457B" w:rsidRDefault="0077457B">
      <w:pPr>
        <w:spacing w:after="0"/>
      </w:pPr>
    </w:p>
    <w:p w14:paraId="3FD4E619" w14:textId="77777777" w:rsidR="0077457B" w:rsidRDefault="00521D97">
      <w:r>
        <w:t>_____________________________________ (let’s do kilometers)</w:t>
      </w:r>
    </w:p>
    <w:p w14:paraId="658C353B" w14:textId="77777777" w:rsidR="0077457B" w:rsidRDefault="0077457B">
      <w:pPr>
        <w:spacing w:after="0"/>
      </w:pPr>
    </w:p>
    <w:p w14:paraId="4EE304B4" w14:textId="77777777" w:rsidR="0077457B" w:rsidRDefault="00521D97">
      <w:r>
        <w:rPr>
          <w:i/>
        </w:rPr>
        <w:t xml:space="preserve">Cite your source: </w:t>
      </w:r>
      <w:r>
        <w:t>____________________________________________</w:t>
      </w:r>
    </w:p>
    <w:p w14:paraId="76385949" w14:textId="77777777" w:rsidR="0077457B" w:rsidRDefault="0077457B">
      <w:pPr>
        <w:spacing w:after="0"/>
      </w:pPr>
    </w:p>
    <w:p w14:paraId="6AC634F0" w14:textId="77777777" w:rsidR="0077457B" w:rsidRDefault="0077457B">
      <w:pPr>
        <w:spacing w:after="0"/>
      </w:pPr>
    </w:p>
    <w:p w14:paraId="50E9B8EC" w14:textId="77777777" w:rsidR="0077457B" w:rsidRDefault="00521D97">
      <w:r>
        <w:t>How far is one circle trip? __________________________________ km</w:t>
      </w:r>
    </w:p>
    <w:p w14:paraId="31681891" w14:textId="77777777" w:rsidR="0077457B" w:rsidRDefault="0077457B">
      <w:pPr>
        <w:spacing w:after="0"/>
      </w:pPr>
    </w:p>
    <w:p w14:paraId="01833C8F" w14:textId="77777777" w:rsidR="0077457B" w:rsidRDefault="00521D97">
      <w:r>
        <w:tab/>
        <w:t>Show your work here</w:t>
      </w:r>
    </w:p>
    <w:p w14:paraId="22B6F12C" w14:textId="77777777" w:rsidR="0077457B" w:rsidRDefault="0077457B">
      <w:pPr>
        <w:spacing w:after="0"/>
      </w:pPr>
    </w:p>
    <w:p w14:paraId="5F4EF9CE" w14:textId="77777777" w:rsidR="0077457B" w:rsidRDefault="0077457B">
      <w:pPr>
        <w:spacing w:after="0"/>
      </w:pPr>
    </w:p>
    <w:p w14:paraId="73D22A7D" w14:textId="77777777" w:rsidR="0077457B" w:rsidRDefault="00521D97">
      <w:r>
        <w:t>How long does it take to do one circle? ___________________________________ (let’s do seconds)</w:t>
      </w:r>
    </w:p>
    <w:p w14:paraId="60B4ED0D" w14:textId="77777777" w:rsidR="0077457B" w:rsidRDefault="0077457B">
      <w:pPr>
        <w:spacing w:after="0"/>
      </w:pPr>
    </w:p>
    <w:p w14:paraId="17F6FE71" w14:textId="77777777" w:rsidR="0077457B" w:rsidRDefault="00521D97">
      <w:r>
        <w:tab/>
        <w:t>Show conversion work here</w:t>
      </w:r>
    </w:p>
    <w:p w14:paraId="798BEC0C" w14:textId="77777777" w:rsidR="0077457B" w:rsidRDefault="0077457B">
      <w:pPr>
        <w:spacing w:after="0"/>
      </w:pPr>
    </w:p>
    <w:p w14:paraId="07EB6EA4" w14:textId="77777777" w:rsidR="0077457B" w:rsidRDefault="0077457B">
      <w:pPr>
        <w:spacing w:after="0"/>
      </w:pPr>
    </w:p>
    <w:p w14:paraId="6E003ACE" w14:textId="77777777" w:rsidR="0077457B" w:rsidRDefault="00521D97">
      <w:r>
        <w:t>How fast is an Earth passenger moving around the Sun?__________________km/s</w:t>
      </w:r>
    </w:p>
    <w:p w14:paraId="19DCD7A4" w14:textId="77777777" w:rsidR="0077457B" w:rsidRDefault="0077457B">
      <w:pPr>
        <w:spacing w:after="0"/>
      </w:pPr>
    </w:p>
    <w:p w14:paraId="48496A25" w14:textId="77777777" w:rsidR="0077457B" w:rsidRDefault="00521D97">
      <w:r>
        <w:tab/>
        <w:t>Show work here</w:t>
      </w:r>
    </w:p>
    <w:p w14:paraId="4379F6CA" w14:textId="77777777" w:rsidR="0077457B" w:rsidRDefault="0077457B">
      <w:pPr>
        <w:spacing w:after="0"/>
      </w:pPr>
    </w:p>
    <w:p w14:paraId="38FD8C0F" w14:textId="77777777" w:rsidR="0077457B" w:rsidRDefault="0077457B">
      <w:pPr>
        <w:spacing w:after="0"/>
      </w:pPr>
    </w:p>
    <w:p w14:paraId="71F2EBC5" w14:textId="77777777" w:rsidR="0077457B" w:rsidRDefault="00521D97">
      <w:pPr>
        <w:pStyle w:val="Heading2"/>
        <w:keepLines w:val="0"/>
        <w:numPr>
          <w:ilvl w:val="0"/>
          <w:numId w:val="2"/>
        </w:numPr>
      </w:pPr>
      <w:r>
        <w:t>Milky Way Orbiting (no special name)</w:t>
      </w:r>
    </w:p>
    <w:p w14:paraId="0F4BD9FB" w14:textId="77777777" w:rsidR="0077457B" w:rsidRDefault="00521D97">
      <w:pPr>
        <w:jc w:val="center"/>
      </w:pPr>
      <w:r>
        <w:rPr>
          <w:noProof/>
        </w:rPr>
        <w:drawing>
          <wp:inline distT="0" distB="0" distL="0" distR="0" wp14:anchorId="70669762" wp14:editId="2ACA900D">
            <wp:extent cx="2114550" cy="20955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095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F63DEF" w14:textId="77777777" w:rsidR="0077457B" w:rsidRDefault="0077457B">
      <w:pPr>
        <w:spacing w:after="0"/>
      </w:pPr>
    </w:p>
    <w:p w14:paraId="60B2EC2A" w14:textId="77777777" w:rsidR="0077457B" w:rsidRDefault="00521D97">
      <w:r>
        <w:t>How far are you from the center of the Milky Way? __________________l.y.  (let’s do light years)</w:t>
      </w:r>
    </w:p>
    <w:p w14:paraId="4B1AE84A" w14:textId="77777777" w:rsidR="0077457B" w:rsidRDefault="00521D97">
      <w:r>
        <w:rPr>
          <w:i/>
        </w:rPr>
        <w:t xml:space="preserve">Cite your source: </w:t>
      </w:r>
      <w:r>
        <w:t>____________________________________________</w:t>
      </w:r>
    </w:p>
    <w:p w14:paraId="624E4156" w14:textId="77777777" w:rsidR="0077457B" w:rsidRDefault="0077457B">
      <w:pPr>
        <w:spacing w:after="0"/>
      </w:pPr>
    </w:p>
    <w:p w14:paraId="6F2D7401" w14:textId="77777777" w:rsidR="0077457B" w:rsidRDefault="00521D97">
      <w:r>
        <w:t xml:space="preserve">How far are you from the center of the Milky Way? </w:t>
      </w:r>
    </w:p>
    <w:p w14:paraId="3DC83C8E" w14:textId="77777777" w:rsidR="0077457B" w:rsidRDefault="0077457B">
      <w:pPr>
        <w:spacing w:after="0"/>
      </w:pPr>
    </w:p>
    <w:p w14:paraId="45C7E688" w14:textId="77777777" w:rsidR="0077457B" w:rsidRDefault="00521D97">
      <w:r>
        <w:t>____________________________ (let’s do kilometers)</w:t>
      </w:r>
    </w:p>
    <w:p w14:paraId="20E3CC2B" w14:textId="77777777" w:rsidR="0077457B" w:rsidRDefault="0077457B">
      <w:pPr>
        <w:spacing w:after="0"/>
      </w:pPr>
    </w:p>
    <w:p w14:paraId="5E1C6283" w14:textId="77777777" w:rsidR="0077457B" w:rsidRDefault="00521D97">
      <w:r>
        <w:tab/>
        <w:t>Show conversion work here</w:t>
      </w:r>
    </w:p>
    <w:p w14:paraId="01FC3414" w14:textId="77777777" w:rsidR="0077457B" w:rsidRDefault="0077457B">
      <w:pPr>
        <w:spacing w:after="0"/>
      </w:pPr>
    </w:p>
    <w:p w14:paraId="436699BD" w14:textId="77777777" w:rsidR="0077457B" w:rsidRDefault="0077457B">
      <w:pPr>
        <w:spacing w:after="0"/>
      </w:pPr>
    </w:p>
    <w:p w14:paraId="5224C386" w14:textId="77777777" w:rsidR="0077457B" w:rsidRDefault="00521D97">
      <w:r>
        <w:t>How far is one circle trip? __________________________ km</w:t>
      </w:r>
    </w:p>
    <w:p w14:paraId="676DD0AE" w14:textId="77777777" w:rsidR="0077457B" w:rsidRDefault="0077457B">
      <w:pPr>
        <w:spacing w:after="0"/>
      </w:pPr>
    </w:p>
    <w:p w14:paraId="7AEB9DB7" w14:textId="77777777" w:rsidR="0077457B" w:rsidRDefault="00521D97">
      <w:r>
        <w:tab/>
        <w:t>Show your work here</w:t>
      </w:r>
    </w:p>
    <w:p w14:paraId="3C0E7502" w14:textId="77777777" w:rsidR="0077457B" w:rsidRDefault="0077457B">
      <w:pPr>
        <w:spacing w:after="0"/>
      </w:pPr>
    </w:p>
    <w:p w14:paraId="11ABAD90" w14:textId="77777777" w:rsidR="0077457B" w:rsidRDefault="0077457B">
      <w:pPr>
        <w:spacing w:after="0"/>
      </w:pPr>
    </w:p>
    <w:p w14:paraId="022E2D01" w14:textId="77777777" w:rsidR="0077457B" w:rsidRDefault="00521D97">
      <w:r>
        <w:t>How long does it take to do one circle? ______________________ years</w:t>
      </w:r>
    </w:p>
    <w:p w14:paraId="408141FA" w14:textId="77777777" w:rsidR="0077457B" w:rsidRDefault="0077457B">
      <w:pPr>
        <w:spacing w:after="0"/>
      </w:pPr>
    </w:p>
    <w:p w14:paraId="39CCD9A8" w14:textId="77777777" w:rsidR="0077457B" w:rsidRDefault="00521D97">
      <w:r>
        <w:rPr>
          <w:i/>
        </w:rPr>
        <w:t xml:space="preserve">Cite your source: </w:t>
      </w:r>
      <w:r>
        <w:t>____________________________________________</w:t>
      </w:r>
    </w:p>
    <w:p w14:paraId="02C6D79A" w14:textId="77777777" w:rsidR="0077457B" w:rsidRDefault="0077457B">
      <w:pPr>
        <w:spacing w:after="0"/>
      </w:pPr>
    </w:p>
    <w:p w14:paraId="2149F30F" w14:textId="77777777" w:rsidR="0077457B" w:rsidRDefault="00521D97">
      <w:r>
        <w:t>How long does it take to do one circle? _________________________ (let’s do seconds)</w:t>
      </w:r>
    </w:p>
    <w:p w14:paraId="2CFE3E33" w14:textId="77777777" w:rsidR="0077457B" w:rsidRDefault="0077457B">
      <w:pPr>
        <w:spacing w:after="0"/>
      </w:pPr>
    </w:p>
    <w:p w14:paraId="30A4FA67" w14:textId="77777777" w:rsidR="0077457B" w:rsidRDefault="00521D97">
      <w:r>
        <w:tab/>
        <w:t>Show conversion work here</w:t>
      </w:r>
    </w:p>
    <w:p w14:paraId="44270D05" w14:textId="77777777" w:rsidR="0077457B" w:rsidRDefault="0077457B">
      <w:pPr>
        <w:spacing w:after="0"/>
      </w:pPr>
    </w:p>
    <w:p w14:paraId="292B5D39" w14:textId="77777777" w:rsidR="0077457B" w:rsidRDefault="0077457B">
      <w:pPr>
        <w:spacing w:after="0"/>
      </w:pPr>
    </w:p>
    <w:p w14:paraId="7FA41677" w14:textId="77777777" w:rsidR="0077457B" w:rsidRDefault="00521D97">
      <w:r>
        <w:t>How fast is an “Sun-arian” moving?_________________________km/s</w:t>
      </w:r>
    </w:p>
    <w:p w14:paraId="54FECD5D" w14:textId="77777777" w:rsidR="0077457B" w:rsidRDefault="0077457B">
      <w:pPr>
        <w:spacing w:after="0"/>
      </w:pPr>
    </w:p>
    <w:p w14:paraId="4E19459F" w14:textId="77777777" w:rsidR="0077457B" w:rsidRDefault="00521D97">
      <w:bookmarkStart w:id="0" w:name="_heading=h.gjdgxs" w:colFirst="0" w:colLast="0"/>
      <w:bookmarkEnd w:id="0"/>
      <w:r>
        <w:tab/>
        <w:t>Show work here</w:t>
      </w:r>
    </w:p>
    <w:sectPr w:rsidR="0077457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512" w:right="1080" w:bottom="1080" w:left="1080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881A0" w14:textId="77777777" w:rsidR="00E04471" w:rsidRDefault="00E04471">
      <w:pPr>
        <w:spacing w:after="0" w:line="240" w:lineRule="auto"/>
      </w:pPr>
      <w:r>
        <w:separator/>
      </w:r>
    </w:p>
  </w:endnote>
  <w:endnote w:type="continuationSeparator" w:id="0">
    <w:p w14:paraId="7A6AF106" w14:textId="77777777" w:rsidR="00E04471" w:rsidRDefault="00E04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6FF42" w14:textId="77777777" w:rsidR="001E715F" w:rsidRDefault="001E71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C35BB" w14:textId="77777777" w:rsidR="00521D97" w:rsidRDefault="00521D97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1B178" w14:textId="77777777" w:rsidR="001E715F" w:rsidRDefault="001E71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8AD0E" w14:textId="77777777" w:rsidR="00E04471" w:rsidRDefault="00E04471">
      <w:pPr>
        <w:spacing w:after="0" w:line="240" w:lineRule="auto"/>
      </w:pPr>
      <w:r>
        <w:separator/>
      </w:r>
    </w:p>
  </w:footnote>
  <w:footnote w:type="continuationSeparator" w:id="0">
    <w:p w14:paraId="3A852164" w14:textId="77777777" w:rsidR="00E04471" w:rsidRDefault="00E04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98B8A" w14:textId="77777777" w:rsidR="001E715F" w:rsidRDefault="001E71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EBD9B" w14:textId="77777777" w:rsidR="00521D97" w:rsidRDefault="00521D97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13EBD" w14:textId="77777777" w:rsidR="001E715F" w:rsidRDefault="001E71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362BF"/>
    <w:multiLevelType w:val="multilevel"/>
    <w:tmpl w:val="1ECA8AB4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Arial" w:eastAsia="Arial" w:hAnsi="Arial" w:cs="Arial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Arial" w:eastAsia="Arial" w:hAnsi="Arial" w:cs="Arial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Arial" w:eastAsia="Arial" w:hAnsi="Arial" w:cs="Arial"/>
      </w:rPr>
    </w:lvl>
  </w:abstractNum>
  <w:abstractNum w:abstractNumId="1" w15:restartNumberingAfterBreak="0">
    <w:nsid w:val="626C14BF"/>
    <w:multiLevelType w:val="multilevel"/>
    <w:tmpl w:val="4FEEE3D8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AC81D64"/>
    <w:multiLevelType w:val="multilevel"/>
    <w:tmpl w:val="943C6E8E"/>
    <w:lvl w:ilvl="0">
      <w:start w:val="1"/>
      <w:numFmt w:val="decimal"/>
      <w:pStyle w:val="ListBullet"/>
      <w:lvlText w:val="%1)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Arial" w:eastAsia="Arial" w:hAnsi="Arial" w:cs="Arial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Arial" w:eastAsia="Arial" w:hAnsi="Arial" w:cs="Arial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Arial" w:eastAsia="Arial" w:hAnsi="Arial" w:cs="Arial"/>
      </w:rPr>
    </w:lvl>
  </w:abstractNum>
  <w:num w:numId="1" w16cid:durableId="283579202">
    <w:abstractNumId w:val="2"/>
  </w:num>
  <w:num w:numId="2" w16cid:durableId="1000693338">
    <w:abstractNumId w:val="0"/>
  </w:num>
  <w:num w:numId="3" w16cid:durableId="982345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57B"/>
    <w:rsid w:val="000F7B14"/>
    <w:rsid w:val="00176530"/>
    <w:rsid w:val="001E715F"/>
    <w:rsid w:val="003B1D1E"/>
    <w:rsid w:val="00521D97"/>
    <w:rsid w:val="00577BAD"/>
    <w:rsid w:val="005D0E94"/>
    <w:rsid w:val="00735244"/>
    <w:rsid w:val="0077457B"/>
    <w:rsid w:val="007974EC"/>
    <w:rsid w:val="00C666C6"/>
    <w:rsid w:val="00CC6840"/>
    <w:rsid w:val="00E0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83408"/>
  <w15:docId w15:val="{4BE67615-61EF-405D-A854-276253D2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264" w:lineRule="auto"/>
    </w:pPr>
    <w:rPr>
      <w:color w:val="000000"/>
    </w:rPr>
  </w:style>
  <w:style w:type="paragraph" w:styleId="Heading1">
    <w:name w:val="heading 1"/>
    <w:basedOn w:val="Normal"/>
    <w:next w:val="Normal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FC693F"/>
    <w:pPr>
      <w:spacing w:after="160" w:line="240" w:lineRule="auto"/>
      <w:contextualSpacing/>
    </w:pPr>
    <w:rPr>
      <w:kern w:val="28"/>
      <w:sz w:val="48"/>
      <w:szCs w:val="52"/>
    </w:rPr>
  </w:style>
  <w:style w:type="paragraph" w:styleId="ListParagraph">
    <w:name w:val="List Paragraph"/>
    <w:basedOn w:val="Normal"/>
    <w:uiPriority w:val="34"/>
    <w:qFormat/>
    <w:rsid w:val="006A145C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rsid w:val="00FC693F"/>
    <w:pPr>
      <w:numPr>
        <w:ilvl w:val="1"/>
      </w:numPr>
      <w:spacing w:after="160"/>
    </w:pPr>
    <w:rPr>
      <w:iCs/>
      <w:szCs w:val="24"/>
    </w:rPr>
  </w:style>
  <w:style w:type="paragraph" w:customStyle="1" w:styleId="Header1">
    <w:name w:val="Header1"/>
    <w:pPr>
      <w:spacing w:after="120" w:line="264" w:lineRule="auto"/>
    </w:pPr>
    <w:rPr>
      <w:color w:val="000000"/>
      <w:sz w:val="18"/>
    </w:rPr>
  </w:style>
  <w:style w:type="paragraph" w:customStyle="1" w:styleId="Footer1">
    <w:name w:val="Footer1"/>
    <w:pPr>
      <w:spacing w:after="120" w:line="264" w:lineRule="auto"/>
    </w:pPr>
    <w:rPr>
      <w:color w:val="000000"/>
      <w:sz w:val="18"/>
    </w:rPr>
  </w:style>
  <w:style w:type="paragraph" w:styleId="Header">
    <w:name w:val="header"/>
    <w:basedOn w:val="Normal"/>
    <w:uiPriority w:val="99"/>
    <w:unhideWhenUsed/>
    <w:rsid w:val="00E618BF"/>
    <w:pPr>
      <w:spacing w:after="0" w:line="240" w:lineRule="auto"/>
    </w:pPr>
  </w:style>
  <w:style w:type="paragraph" w:styleId="Footer">
    <w:name w:val="footer"/>
    <w:basedOn w:val="Normal"/>
    <w:uiPriority w:val="99"/>
    <w:unhideWhenUsed/>
    <w:rsid w:val="00E618BF"/>
    <w:pPr>
      <w:spacing w:after="0" w:line="240" w:lineRule="auto"/>
    </w:pPr>
    <w:rPr>
      <w:sz w:val="18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/8Mh8ZjHK71VNSHjwmwQAm0cJBQ==">AMUW2mU9mVlU4eXucOdJy+djlrusrtH39HiOz1NXRmx5cl2bybWFwOM6zcaS9pXN1Xc5GzxgtV0le+pdMjE9YLw5PLBBxQYaKZXHaaSc9O4spemyhctec4ZJZskwO2KrAtkGqjhj7PId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460</Words>
  <Characters>2452</Characters>
  <Application>Microsoft Office Word</Application>
  <DocSecurity>0</DocSecurity>
  <Lines>98</Lines>
  <Paragraphs>48</Paragraphs>
  <ScaleCrop>false</ScaleCrop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fast are we moving advanced activity</dc:title>
  <dc:creator>tad98ms2@gmail.com</dc:creator>
  <dc:description/>
  <cp:lastModifiedBy>Dylan Gormley</cp:lastModifiedBy>
  <cp:revision>5</cp:revision>
  <dcterms:created xsi:type="dcterms:W3CDTF">2017-10-16T01:07:00Z</dcterms:created>
  <dcterms:modified xsi:type="dcterms:W3CDTF">2026-09-27T00:41:00Z</dcterms:modified>
</cp:coreProperties>
</file>