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2" w14:textId="77777777" w:rsidR="0030507C" w:rsidRDefault="00DC6288">
      <w:pPr>
        <w:pStyle w:val="Title"/>
        <w:keepNext/>
        <w:rPr>
          <w:b/>
          <w:bCs/>
          <w:sz w:val="24"/>
          <w:szCs w:val="24"/>
        </w:rPr>
      </w:pPr>
      <w:r>
        <w:t>Observing Celestial Coordinate Systems using Stellarium?</w:t>
      </w:r>
    </w:p>
    <w:p w14:paraId="00000001" w14:textId="77777777" w:rsidR="0030507C" w:rsidRDefault="00DC6288">
      <w:pPr>
        <w:pStyle w:val="Subtitle"/>
        <w:keepNext/>
        <w:rPr>
          <w:b/>
          <w:bCs/>
          <w:i/>
          <w:sz w:val="26"/>
          <w:szCs w:val="26"/>
        </w:rPr>
      </w:pPr>
      <w:r>
        <w:t xml:space="preserve"> Astronomy Activity</w:t>
      </w:r>
    </w:p>
    <w:p w14:paraId="00000003" w14:textId="77777777" w:rsidR="0030507C" w:rsidRDefault="00DC6288">
      <w:pPr>
        <w:pStyle w:val="Subtitle"/>
        <w:keepNext/>
        <w:rPr>
          <w:i/>
          <w:sz w:val="28"/>
          <w:szCs w:val="28"/>
        </w:rPr>
      </w:pPr>
      <w:r>
        <w:t>TEACHER NOTES</w:t>
      </w:r>
    </w:p>
    <w:p w14:paraId="00000004" w14:textId="77777777" w:rsidR="0030507C" w:rsidRDefault="00DC6288">
      <w:pPr>
        <w:spacing w:before="360"/>
        <w:rPr>
          <w:color w:val="FF0000"/>
        </w:rPr>
      </w:pPr>
      <w:r>
        <w:rPr>
          <w:color w:val="FF0000"/>
        </w:rPr>
        <w:t xml:space="preserve">Warning: Upon opening the Stellarium Web Online site, you (the students) will be asked if you will allow your location to be shared. There may be a school policy that has a say about such things.  </w:t>
      </w:r>
    </w:p>
    <w:p w14:paraId="00000005" w14:textId="77777777" w:rsidR="0030507C" w:rsidRDefault="00DC6288">
      <w:pPr>
        <w:spacing w:before="360"/>
        <w:rPr>
          <w:b/>
          <w:bCs/>
        </w:rPr>
      </w:pPr>
      <w:r>
        <w:rPr>
          <w:b/>
          <w:bCs/>
        </w:rPr>
        <w:t>Level:</w:t>
      </w:r>
      <w:r>
        <w:t xml:space="preserve"> Introductory at Middle School or High School</w:t>
      </w:r>
    </w:p>
    <w:p w14:paraId="00000006" w14:textId="77777777" w:rsidR="0030507C" w:rsidRDefault="00DC6288">
      <w:pPr>
        <w:spacing w:before="120"/>
        <w:rPr>
          <w:i/>
          <w:iCs/>
        </w:rPr>
      </w:pPr>
      <w:r>
        <w:rPr>
          <w:b/>
          <w:bCs/>
        </w:rPr>
        <w:t>Objective:</w:t>
      </w:r>
      <w:r>
        <w:t xml:space="preserve"> A fun, interactive activity to observe the Celestial Sphere with on online planetarium program, specifically, Stell</w:t>
      </w:r>
    </w:p>
    <w:p w14:paraId="00000007" w14:textId="77777777" w:rsidR="0030507C" w:rsidRDefault="00DC6288">
      <w:pPr>
        <w:pStyle w:val="Heading2"/>
        <w:rPr>
          <w:i/>
          <w:iCs/>
        </w:rPr>
      </w:pPr>
      <w:r>
        <w:t xml:space="preserve">Pre-Knowledge of Students: </w:t>
      </w:r>
    </w:p>
    <w:p w14:paraId="00000008" w14:textId="77777777" w:rsidR="0030507C" w:rsidRDefault="00DC6288">
      <w:pPr>
        <w:numPr>
          <w:ilvl w:val="0"/>
          <w:numId w:val="1"/>
        </w:numPr>
        <w:spacing w:before="120"/>
        <w:rPr>
          <w:i/>
          <w:iCs/>
        </w:rPr>
      </w:pPr>
      <w:r>
        <w:t>Very useful if this activity follows the DSPIRA Activity: Understanding Celestial Coordinate Systems</w:t>
      </w:r>
    </w:p>
    <w:p w14:paraId="00000009" w14:textId="77777777" w:rsidR="0030507C" w:rsidRDefault="00DC6288">
      <w:pPr>
        <w:numPr>
          <w:ilvl w:val="0"/>
          <w:numId w:val="1"/>
        </w:numPr>
        <w:rPr>
          <w:i/>
          <w:iCs/>
        </w:rPr>
      </w:pPr>
      <w:r>
        <w:t>The activity can be a stand alone</w:t>
      </w:r>
    </w:p>
    <w:p w14:paraId="0000000A" w14:textId="77777777" w:rsidR="0030507C" w:rsidRDefault="00DC6288">
      <w:pPr>
        <w:spacing w:before="120"/>
        <w:rPr>
          <w:i/>
          <w:iCs/>
        </w:rPr>
      </w:pPr>
      <w:r>
        <w:rPr>
          <w:b/>
          <w:bCs/>
        </w:rPr>
        <w:t>Key Terms:</w:t>
      </w:r>
      <w:r>
        <w:t xml:space="preserve"> Celestial Sphere, Equatorial, Right Ascension, Declination,, Local Sky, Horizon, Zenith, Meridian, Azimuth, Altitude</w:t>
      </w:r>
    </w:p>
    <w:p w14:paraId="0000000B" w14:textId="77777777" w:rsidR="0030507C" w:rsidRDefault="00DC6288">
      <w:pPr>
        <w:pStyle w:val="Heading2"/>
      </w:pPr>
      <w:r>
        <w:t xml:space="preserve">Related Videos for Teacher: </w:t>
      </w:r>
    </w:p>
    <w:p w14:paraId="0000000C" w14:textId="1E8564AC" w:rsidR="0030507C" w:rsidRDefault="00DC6288">
      <w:pPr>
        <w:keepNext/>
        <w:spacing w:before="120"/>
      </w:pPr>
      <w:hyperlink r:id="rId7">
        <w:r>
          <w:rPr>
            <w:color w:val="1155CC"/>
            <w:u w:val="single"/>
          </w:rPr>
          <w:t xml:space="preserve">DSPIRA Stellarium Tutorial </w:t>
        </w:r>
      </w:hyperlink>
    </w:p>
    <w:p w14:paraId="0000000D" w14:textId="77777777" w:rsidR="0030507C" w:rsidRDefault="00DC6288">
      <w:pPr>
        <w:pStyle w:val="Heading2"/>
        <w:rPr>
          <w:i/>
          <w:iCs/>
        </w:rPr>
      </w:pPr>
      <w:r>
        <w:t xml:space="preserve">Teacher Preparation: </w:t>
      </w:r>
    </w:p>
    <w:p w14:paraId="0000000E" w14:textId="77777777" w:rsidR="0030507C" w:rsidRDefault="00DC6288">
      <w:pPr>
        <w:numPr>
          <w:ilvl w:val="0"/>
          <w:numId w:val="2"/>
        </w:numPr>
        <w:spacing w:before="120"/>
        <w:rPr>
          <w:i/>
          <w:iCs/>
        </w:rPr>
      </w:pPr>
      <w:r>
        <w:t>Watch the video tutorial links above, and spend about a ½ hour using the site to get comfortable with the Stellarium environment.</w:t>
      </w:r>
    </w:p>
    <w:p w14:paraId="00000010" w14:textId="77777777" w:rsidR="0030507C" w:rsidRDefault="00DC6288">
      <w:pPr>
        <w:pStyle w:val="Heading2"/>
        <w:rPr>
          <w:i/>
          <w:iCs/>
        </w:rPr>
      </w:pPr>
      <w:r>
        <w:t xml:space="preserve">Activity Notes: </w:t>
      </w:r>
    </w:p>
    <w:p w14:paraId="00000011" w14:textId="77777777" w:rsidR="0030507C" w:rsidRDefault="00DC6288">
      <w:pPr>
        <w:numPr>
          <w:ilvl w:val="1"/>
          <w:numId w:val="3"/>
        </w:numPr>
        <w:spacing w:before="120"/>
        <w:ind w:left="1080"/>
        <w:rPr>
          <w:i/>
          <w:iCs/>
        </w:rPr>
      </w:pPr>
      <w:r>
        <w:t>Could easily be done in or out of class..</w:t>
      </w:r>
    </w:p>
    <w:sectPr w:rsidR="0030507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512" w:right="1080" w:bottom="1080" w:left="1080" w:header="432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B6BD3" w14:textId="77777777" w:rsidR="006C5BD0" w:rsidRDefault="006C5BD0">
      <w:pPr>
        <w:spacing w:after="0" w:line="240" w:lineRule="auto"/>
      </w:pPr>
      <w:r>
        <w:separator/>
      </w:r>
    </w:p>
  </w:endnote>
  <w:endnote w:type="continuationSeparator" w:id="0">
    <w:p w14:paraId="711CF32C" w14:textId="77777777" w:rsidR="006C5BD0" w:rsidRDefault="006C5B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04B28" w14:textId="77777777" w:rsidR="00552F99" w:rsidRDefault="00552F9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46249" w14:textId="77777777" w:rsidR="00DC6288" w:rsidRDefault="00DC6288">
    <w:pPr>
      <w:pStyle w:val="Footer"/>
      <w:tabs>
        <w:tab w:val="right" w:pos="10080"/>
      </w:tabs>
    </w:pPr>
    <w:r>
      <w:t>wvurail.org/dspira</w:t>
    </w:r>
    <w:r>
      <w:tab/>
      <w:t xml:space="preserve">Page 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>NUMPAGES</w:instrText>
    </w:r>
    <w:r>
      <w:fldChar w:fldCharType="separate"/>
    </w:r>
    <w: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3FFA4" w14:textId="77777777" w:rsidR="00552F99" w:rsidRDefault="00552F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A01F6B" w14:textId="77777777" w:rsidR="006C5BD0" w:rsidRDefault="006C5BD0">
      <w:pPr>
        <w:spacing w:after="0" w:line="240" w:lineRule="auto"/>
      </w:pPr>
      <w:r>
        <w:separator/>
      </w:r>
    </w:p>
  </w:footnote>
  <w:footnote w:type="continuationSeparator" w:id="0">
    <w:p w14:paraId="3DEF2DB0" w14:textId="77777777" w:rsidR="006C5BD0" w:rsidRDefault="006C5B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77240" w14:textId="77777777" w:rsidR="00552F99" w:rsidRDefault="00552F9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D22C5" w14:textId="77777777" w:rsidR="00DC6288" w:rsidRDefault="00DC6288">
    <w:pPr>
      <w:pStyle w:val="Header"/>
      <w:pBdr>
        <w:bottom w:val="single" w:sz="16" w:space="0" w:color="EEAA00"/>
      </w:pBdr>
      <w:shd w:val="clear" w:color="auto" w:fill="002855"/>
      <w:tabs>
        <w:tab w:val="right" w:pos="9821"/>
      </w:tabs>
      <w:spacing w:line="600" w:lineRule="exact"/>
    </w:pPr>
    <w:r>
      <w:rPr>
        <w:b/>
        <w:color w:val="FFFFFF"/>
        <w:sz w:val="32"/>
      </w:rPr>
      <w:t xml:space="preserve">  WVU DSPIRA</w:t>
    </w:r>
    <w:r>
      <w:rPr>
        <w:color w:val="FFFFFF"/>
        <w:sz w:val="18"/>
      </w:rPr>
      <w:tab/>
      <w:t>WEST VIRGINIA UNIVERSITY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E830D" w14:textId="77777777" w:rsidR="00552F99" w:rsidRDefault="00552F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273EE"/>
    <w:multiLevelType w:val="multilevel"/>
    <w:tmpl w:val="928694B6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AD46017"/>
    <w:multiLevelType w:val="multilevel"/>
    <w:tmpl w:val="1804940C"/>
    <w:lvl w:ilvl="0">
      <w:start w:val="1"/>
      <w:numFmt w:val="decimal"/>
      <w:pStyle w:val="ListBullet"/>
      <w:lvlText w:val="%1)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Arial" w:eastAsia="Arial" w:hAnsi="Arial" w:cs="Arial"/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rFonts w:ascii="Arial" w:eastAsia="Arial" w:hAnsi="Arial" w:cs="Arial"/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rFonts w:ascii="Arial" w:eastAsia="Arial" w:hAnsi="Arial" w:cs="Arial"/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rFonts w:ascii="Arial" w:eastAsia="Arial" w:hAnsi="Arial" w:cs="Arial"/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rFonts w:ascii="Arial" w:eastAsia="Arial" w:hAnsi="Arial" w:cs="Arial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eastAsia="Arial" w:hAnsi="Arial" w:cs="Arial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Arial" w:eastAsia="Arial" w:hAnsi="Arial" w:cs="Arial"/>
        <w:u w:val="none"/>
      </w:rPr>
    </w:lvl>
  </w:abstractNum>
  <w:abstractNum w:abstractNumId="2" w15:restartNumberingAfterBreak="0">
    <w:nsid w:val="65677641"/>
    <w:multiLevelType w:val="multilevel"/>
    <w:tmpl w:val="00EA5D4E"/>
    <w:lvl w:ilvl="0">
      <w:start w:val="1"/>
      <w:numFmt w:val="bullet"/>
      <w:lvlText w:val="○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u w:val="none"/>
      </w:rPr>
    </w:lvl>
  </w:abstractNum>
  <w:abstractNum w:abstractNumId="3" w15:restartNumberingAfterBreak="0">
    <w:nsid w:val="6C5A799E"/>
    <w:multiLevelType w:val="multilevel"/>
    <w:tmpl w:val="0A944790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u w:val="none"/>
      </w:rPr>
    </w:lvl>
  </w:abstractNum>
  <w:num w:numId="1" w16cid:durableId="435948239">
    <w:abstractNumId w:val="1"/>
  </w:num>
  <w:num w:numId="2" w16cid:durableId="1550529686">
    <w:abstractNumId w:val="2"/>
  </w:num>
  <w:num w:numId="3" w16cid:durableId="222453855">
    <w:abstractNumId w:val="3"/>
  </w:num>
  <w:num w:numId="4" w16cid:durableId="10989088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07C"/>
    <w:rsid w:val="00176530"/>
    <w:rsid w:val="001A33D2"/>
    <w:rsid w:val="0030507C"/>
    <w:rsid w:val="00552F99"/>
    <w:rsid w:val="005D0E94"/>
    <w:rsid w:val="006C5BD0"/>
    <w:rsid w:val="00735244"/>
    <w:rsid w:val="007974EC"/>
    <w:rsid w:val="00816CEC"/>
    <w:rsid w:val="008F5A31"/>
    <w:rsid w:val="00A41624"/>
    <w:rsid w:val="00AD44AE"/>
    <w:rsid w:val="00DC6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BE67615-61EF-405D-A854-276253D24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40" w:line="264" w:lineRule="auto"/>
    </w:pPr>
    <w:rPr>
      <w:color w:val="000000"/>
    </w:rPr>
  </w:style>
  <w:style w:type="paragraph" w:styleId="Heading1">
    <w:name w:val="heading 1"/>
    <w:basedOn w:val="Normal"/>
    <w:next w:val="Normal"/>
    <w:uiPriority w:val="9"/>
    <w:qFormat/>
    <w:rsid w:val="00FC693F"/>
    <w:pPr>
      <w:keepNext/>
      <w:keepLines/>
      <w:spacing w:before="240"/>
      <w:outlineLvl w:val="0"/>
    </w:pPr>
    <w:rPr>
      <w:b/>
      <w:bCs/>
      <w:sz w:val="30"/>
      <w:szCs w:val="28"/>
    </w:rPr>
  </w:style>
  <w:style w:type="paragraph" w:styleId="Heading2">
    <w:name w:val="heading 2"/>
    <w:basedOn w:val="Normal"/>
    <w:next w:val="Normal"/>
    <w:uiPriority w:val="9"/>
    <w:unhideWhenUsed/>
    <w:qFormat/>
    <w:rsid w:val="00FC693F"/>
    <w:pPr>
      <w:keepNext/>
      <w:keepLines/>
      <w:spacing w:before="240"/>
      <w:outlineLvl w:val="1"/>
    </w:pPr>
    <w:rPr>
      <w:b/>
      <w:bCs/>
      <w:sz w:val="24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FC693F"/>
    <w:pPr>
      <w:keepNext/>
      <w:keepLines/>
      <w:spacing w:before="200" w:after="0"/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rsid w:val="00FC693F"/>
    <w:pPr>
      <w:spacing w:after="160" w:line="240" w:lineRule="auto"/>
      <w:contextualSpacing/>
    </w:pPr>
    <w:rPr>
      <w:kern w:val="28"/>
      <w:sz w:val="48"/>
      <w:szCs w:val="52"/>
    </w:rPr>
  </w:style>
  <w:style w:type="paragraph" w:styleId="Subtitle">
    <w:name w:val="Subtitle"/>
    <w:basedOn w:val="Normal"/>
    <w:next w:val="Normal"/>
    <w:uiPriority w:val="11"/>
    <w:qFormat/>
    <w:rsid w:val="00FC693F"/>
    <w:pPr>
      <w:numPr>
        <w:ilvl w:val="1"/>
      </w:numPr>
      <w:spacing w:after="160"/>
    </w:pPr>
    <w:rPr>
      <w:iCs/>
      <w:szCs w:val="24"/>
    </w:rPr>
  </w:style>
  <w:style w:type="paragraph" w:customStyle="1" w:styleId="Header1">
    <w:name w:val="Header1"/>
    <w:pPr>
      <w:spacing w:after="120" w:line="264" w:lineRule="auto"/>
    </w:pPr>
    <w:rPr>
      <w:color w:val="000000"/>
      <w:sz w:val="18"/>
    </w:rPr>
  </w:style>
  <w:style w:type="paragraph" w:customStyle="1" w:styleId="Footer1">
    <w:name w:val="Footer1"/>
    <w:pPr>
      <w:spacing w:after="120" w:line="264" w:lineRule="auto"/>
    </w:pPr>
    <w:rPr>
      <w:color w:val="000000"/>
      <w:sz w:val="18"/>
    </w:rPr>
  </w:style>
  <w:style w:type="paragraph" w:styleId="Header">
    <w:name w:val="header"/>
    <w:basedOn w:val="Normal"/>
    <w:uiPriority w:val="99"/>
    <w:unhideWhenUsed/>
    <w:rsid w:val="00E618BF"/>
    <w:pPr>
      <w:spacing w:after="0" w:line="240" w:lineRule="auto"/>
    </w:pPr>
  </w:style>
  <w:style w:type="paragraph" w:styleId="Footer">
    <w:name w:val="footer"/>
    <w:basedOn w:val="Normal"/>
    <w:uiPriority w:val="99"/>
    <w:unhideWhenUsed/>
    <w:rsid w:val="00E618BF"/>
    <w:pPr>
      <w:spacing w:after="0" w:line="240" w:lineRule="auto"/>
    </w:pPr>
    <w:rPr>
      <w:sz w:val="18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Cs/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ApKA6kWlFuQ&amp;list=PLxSg3s3C3JCFns9MFgZ-1VWBV4Y346afq&amp;index=2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951</Characters>
  <Application>Microsoft Office Word</Application>
  <DocSecurity>0</DocSecurity>
  <Lines>17</Lines>
  <Paragraphs>13</Paragraphs>
  <ScaleCrop>false</ScaleCrop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Stellarium teacher notes</dc:title>
  <dc:description/>
  <cp:lastModifiedBy>Dylan Gormley</cp:lastModifiedBy>
  <cp:revision>5</cp:revision>
  <dcterms:created xsi:type="dcterms:W3CDTF">2026-09-26T23:52:00Z</dcterms:created>
  <dcterms:modified xsi:type="dcterms:W3CDTF">2026-09-27T00:41:00Z</dcterms:modified>
</cp:coreProperties>
</file>