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FA54ED" w:rsidRDefault="00E51640">
      <w:pPr>
        <w:pStyle w:val="Title"/>
        <w:keepNext/>
        <w:rPr>
          <w:b/>
          <w:bCs/>
          <w:sz w:val="24"/>
          <w:szCs w:val="24"/>
        </w:rPr>
      </w:pPr>
      <w:r>
        <w:t>Understanding Coordinates Systems?</w:t>
      </w:r>
    </w:p>
    <w:p w14:paraId="00000001" w14:textId="77777777" w:rsidR="00FA54ED" w:rsidRDefault="00E51640">
      <w:pPr>
        <w:pStyle w:val="Subtitle"/>
        <w:keepNext/>
        <w:rPr>
          <w:b/>
          <w:bCs/>
          <w:i/>
          <w:sz w:val="26"/>
          <w:szCs w:val="26"/>
        </w:rPr>
      </w:pPr>
      <w:r>
        <w:t xml:space="preserve"> Astronomy Activity</w:t>
      </w:r>
    </w:p>
    <w:p w14:paraId="00000003" w14:textId="77777777" w:rsidR="00FA54ED" w:rsidRDefault="00E51640">
      <w:pPr>
        <w:pStyle w:val="Subtitle"/>
        <w:keepNext/>
        <w:rPr>
          <w:i/>
          <w:sz w:val="28"/>
          <w:szCs w:val="28"/>
        </w:rPr>
      </w:pPr>
      <w:r>
        <w:t>TEACHER NOTES</w:t>
      </w:r>
    </w:p>
    <w:p w14:paraId="00000004" w14:textId="77777777" w:rsidR="00FA54ED" w:rsidRDefault="00E51640">
      <w:pPr>
        <w:spacing w:before="360"/>
        <w:rPr>
          <w:b/>
          <w:bCs/>
        </w:rPr>
      </w:pPr>
      <w:r>
        <w:rPr>
          <w:b/>
          <w:bCs/>
        </w:rPr>
        <w:t>Level:</w:t>
      </w:r>
      <w:r>
        <w:t xml:space="preserve"> Introductory at Middle School or High School</w:t>
      </w:r>
    </w:p>
    <w:p w14:paraId="00000005" w14:textId="77777777" w:rsidR="00FA54ED" w:rsidRDefault="00E51640">
      <w:pPr>
        <w:spacing w:before="120"/>
        <w:rPr>
          <w:i/>
          <w:iCs/>
        </w:rPr>
      </w:pPr>
      <w:r>
        <w:rPr>
          <w:b/>
          <w:bCs/>
        </w:rPr>
        <w:t>Objective:</w:t>
      </w:r>
      <w:r>
        <w:t xml:space="preserve"> This is a fairly basic introduction to vocabulary associated with various Celestial Coordinate Systems that will be used throughout the DSPIRA lessons.</w:t>
      </w:r>
    </w:p>
    <w:p w14:paraId="00000006" w14:textId="77777777" w:rsidR="00FA54ED" w:rsidRDefault="00E51640">
      <w:pPr>
        <w:pStyle w:val="Heading2"/>
        <w:rPr>
          <w:i/>
          <w:iCs/>
        </w:rPr>
      </w:pPr>
      <w:r>
        <w:t xml:space="preserve">Pre-Knowledge of Students: </w:t>
      </w:r>
    </w:p>
    <w:p w14:paraId="00000007" w14:textId="77777777" w:rsidR="00FA54ED" w:rsidRDefault="00E51640">
      <w:pPr>
        <w:numPr>
          <w:ilvl w:val="0"/>
          <w:numId w:val="1"/>
        </w:numPr>
        <w:spacing w:before="120"/>
        <w:rPr>
          <w:i/>
          <w:iCs/>
        </w:rPr>
      </w:pPr>
      <w:r>
        <w:t>Exposure to the Earth’s Latitude and Longitude system for identifying locations of the surface of the Earth</w:t>
      </w:r>
    </w:p>
    <w:p w14:paraId="00000008" w14:textId="77777777" w:rsidR="00FA54ED" w:rsidRDefault="00E51640">
      <w:pPr>
        <w:spacing w:before="120"/>
        <w:rPr>
          <w:i/>
          <w:iCs/>
        </w:rPr>
      </w:pPr>
      <w:r>
        <w:rPr>
          <w:b/>
          <w:bCs/>
        </w:rPr>
        <w:t>Key Terms:</w:t>
      </w:r>
      <w:r>
        <w:t xml:space="preserve"> Celestial Sphere, Celestial Equator, Celestial North and South Pole, Local Sky, Horizon, Zenith, Meridian, Azimuth, Altitude</w:t>
      </w:r>
    </w:p>
    <w:p w14:paraId="00000009" w14:textId="77777777" w:rsidR="00FA54ED" w:rsidRDefault="00E51640">
      <w:pPr>
        <w:pStyle w:val="Heading2"/>
      </w:pPr>
      <w:r>
        <w:t xml:space="preserve">Related Videos for Teacher: </w:t>
      </w:r>
    </w:p>
    <w:p w14:paraId="0000000A" w14:textId="565EC3F6" w:rsidR="00FA54ED" w:rsidRDefault="00E51640">
      <w:pPr>
        <w:keepNext/>
        <w:spacing w:before="120"/>
      </w:pPr>
      <w:hyperlink r:id="rId7">
        <w:r>
          <w:rPr>
            <w:color w:val="1155CC"/>
            <w:u w:val="single"/>
          </w:rPr>
          <w:t>DSPIRA 2019 Lecture 2.1 Motions in the Sky Intro</w:t>
        </w:r>
      </w:hyperlink>
      <w:r>
        <w:tab/>
      </w:r>
    </w:p>
    <w:p w14:paraId="0000000B" w14:textId="220DE905" w:rsidR="00FA54ED" w:rsidRDefault="00E51640">
      <w:pPr>
        <w:keepNext/>
        <w:spacing w:before="120"/>
      </w:pPr>
      <w:hyperlink r:id="rId8">
        <w:r>
          <w:rPr>
            <w:color w:val="1155CC"/>
            <w:u w:val="single"/>
          </w:rPr>
          <w:t>DSPIRA 2019 Lecture 2.2 The Celestial Sphere</w:t>
        </w:r>
      </w:hyperlink>
    </w:p>
    <w:p w14:paraId="0000000C" w14:textId="4B72F393" w:rsidR="00FA54ED" w:rsidRDefault="00E51640">
      <w:pPr>
        <w:keepNext/>
        <w:spacing w:before="120"/>
      </w:pPr>
      <w:hyperlink r:id="rId9">
        <w:r>
          <w:rPr>
            <w:color w:val="1155CC"/>
            <w:u w:val="single"/>
          </w:rPr>
          <w:t>DSPIRA 2019 Lecture 2.3 The Earth’s Motions</w:t>
        </w:r>
      </w:hyperlink>
    </w:p>
    <w:p w14:paraId="0000000D" w14:textId="0DC6AD91" w:rsidR="00FA54ED" w:rsidRDefault="00E51640">
      <w:pPr>
        <w:keepNext/>
        <w:spacing w:before="120"/>
      </w:pPr>
      <w:hyperlink r:id="rId10">
        <w:r>
          <w:rPr>
            <w:color w:val="1155CC"/>
            <w:u w:val="single"/>
          </w:rPr>
          <w:t>DSPIRA 2019 Lecture 2.4 More Celestial Sphere and Star Paths in the Sky</w:t>
        </w:r>
      </w:hyperlink>
    </w:p>
    <w:p w14:paraId="0000000E" w14:textId="25B6484C" w:rsidR="00FA54ED" w:rsidRDefault="00E51640">
      <w:pPr>
        <w:keepNext/>
        <w:spacing w:before="120"/>
      </w:pPr>
      <w:hyperlink r:id="rId11">
        <w:r>
          <w:rPr>
            <w:color w:val="1155CC"/>
            <w:u w:val="single"/>
          </w:rPr>
          <w:t>DSPIRA 2019 Lecture 2.5 Misconceptions</w:t>
        </w:r>
      </w:hyperlink>
    </w:p>
    <w:p w14:paraId="00000010" w14:textId="77777777" w:rsidR="00FA54ED" w:rsidRDefault="00E51640">
      <w:pPr>
        <w:pStyle w:val="Heading2"/>
        <w:rPr>
          <w:i/>
          <w:iCs/>
        </w:rPr>
      </w:pPr>
      <w:r>
        <w:t xml:space="preserve">Teacher Preparation: </w:t>
      </w:r>
    </w:p>
    <w:p w14:paraId="00000011" w14:textId="77777777" w:rsidR="00FA54ED" w:rsidRDefault="00E51640">
      <w:pPr>
        <w:numPr>
          <w:ilvl w:val="0"/>
          <w:numId w:val="2"/>
        </w:numPr>
        <w:spacing w:before="120"/>
        <w:rPr>
          <w:i/>
          <w:iCs/>
        </w:rPr>
      </w:pPr>
      <w:r>
        <w:t xml:space="preserve">This is basically a vocabulary exercise. If this is a new topic for you, watch the video listed above </w:t>
      </w:r>
    </w:p>
    <w:p w14:paraId="00000013" w14:textId="77777777" w:rsidR="00FA54ED" w:rsidRDefault="00E51640">
      <w:pPr>
        <w:pStyle w:val="Heading2"/>
        <w:rPr>
          <w:i/>
          <w:iCs/>
        </w:rPr>
      </w:pPr>
      <w:r>
        <w:t xml:space="preserve">Activity Notes: </w:t>
      </w:r>
    </w:p>
    <w:p w14:paraId="00000014" w14:textId="77777777" w:rsidR="00FA54ED" w:rsidRDefault="00E51640">
      <w:pPr>
        <w:numPr>
          <w:ilvl w:val="1"/>
          <w:numId w:val="3"/>
        </w:numPr>
        <w:spacing w:before="120"/>
        <w:ind w:left="1080"/>
        <w:rPr>
          <w:i/>
          <w:iCs/>
        </w:rPr>
      </w:pPr>
      <w:r>
        <w:t>Could easily be done in or out of class..</w:t>
      </w:r>
    </w:p>
    <w:sectPr w:rsidR="00FA54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12" w:right="1080" w:bottom="1080" w:left="108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F0C0" w14:textId="77777777" w:rsidR="00120945" w:rsidRDefault="00120945">
      <w:pPr>
        <w:spacing w:after="0" w:line="240" w:lineRule="auto"/>
      </w:pPr>
      <w:r>
        <w:separator/>
      </w:r>
    </w:p>
  </w:endnote>
  <w:endnote w:type="continuationSeparator" w:id="0">
    <w:p w14:paraId="189C643D" w14:textId="77777777" w:rsidR="00120945" w:rsidRDefault="00120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4C10" w14:textId="77777777" w:rsidR="00E4323D" w:rsidRDefault="00E43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E51640" w:rsidRDefault="00E51640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C120" w14:textId="77777777" w:rsidR="00E4323D" w:rsidRDefault="00E43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E4E9" w14:textId="77777777" w:rsidR="00120945" w:rsidRDefault="00120945">
      <w:pPr>
        <w:spacing w:after="0" w:line="240" w:lineRule="auto"/>
      </w:pPr>
      <w:r>
        <w:separator/>
      </w:r>
    </w:p>
  </w:footnote>
  <w:footnote w:type="continuationSeparator" w:id="0">
    <w:p w14:paraId="60FEE214" w14:textId="77777777" w:rsidR="00120945" w:rsidRDefault="00120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C326" w14:textId="77777777" w:rsidR="00E4323D" w:rsidRDefault="00E43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E51640" w:rsidRDefault="00E51640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7B0D" w14:textId="77777777" w:rsidR="00E4323D" w:rsidRDefault="00E43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C16"/>
    <w:multiLevelType w:val="multilevel"/>
    <w:tmpl w:val="C720B7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2E024D52"/>
    <w:multiLevelType w:val="multilevel"/>
    <w:tmpl w:val="268C11BE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53E2F0B"/>
    <w:multiLevelType w:val="multilevel"/>
    <w:tmpl w:val="C83E9032"/>
    <w:lvl w:ilvl="0">
      <w:start w:val="1"/>
      <w:numFmt w:val="decimal"/>
      <w:pStyle w:val="ListBullet"/>
      <w:lvlText w:val="%1)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u w:val="none"/>
      </w:rPr>
    </w:lvl>
  </w:abstractNum>
  <w:abstractNum w:abstractNumId="3" w15:restartNumberingAfterBreak="0">
    <w:nsid w:val="7A8B7319"/>
    <w:multiLevelType w:val="multilevel"/>
    <w:tmpl w:val="8FECBFAC"/>
    <w:lvl w:ilvl="0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u w:val="none"/>
      </w:rPr>
    </w:lvl>
  </w:abstractNum>
  <w:num w:numId="1" w16cid:durableId="611595299">
    <w:abstractNumId w:val="2"/>
  </w:num>
  <w:num w:numId="2" w16cid:durableId="1810050861">
    <w:abstractNumId w:val="3"/>
  </w:num>
  <w:num w:numId="3" w16cid:durableId="52511260">
    <w:abstractNumId w:val="0"/>
  </w:num>
  <w:num w:numId="4" w16cid:durableId="5331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4ED"/>
    <w:rsid w:val="00052045"/>
    <w:rsid w:val="00120945"/>
    <w:rsid w:val="00176530"/>
    <w:rsid w:val="005D0E94"/>
    <w:rsid w:val="00735244"/>
    <w:rsid w:val="007974EC"/>
    <w:rsid w:val="00800905"/>
    <w:rsid w:val="00873C1E"/>
    <w:rsid w:val="009860F2"/>
    <w:rsid w:val="00D74CCA"/>
    <w:rsid w:val="00E4323D"/>
    <w:rsid w:val="00E51640"/>
    <w:rsid w:val="00FA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paragraph" w:styleId="Subtitle">
    <w:name w:val="Subtitle"/>
    <w:basedOn w:val="Normal"/>
    <w:next w:val="Normal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paragraph" w:customStyle="1" w:styleId="Header1">
    <w:name w:val="Header1"/>
    <w:pPr>
      <w:spacing w:after="120" w:line="264" w:lineRule="auto"/>
    </w:pPr>
    <w:rPr>
      <w:color w:val="000000"/>
      <w:sz w:val="18"/>
    </w:rPr>
  </w:style>
  <w:style w:type="paragraph" w:customStyle="1" w:styleId="Footer1">
    <w:name w:val="Footer1"/>
    <w:pPr>
      <w:spacing w:after="120" w:line="264" w:lineRule="auto"/>
    </w:pPr>
    <w:rPr>
      <w:color w:val="000000"/>
      <w:sz w:val="18"/>
    </w:rPr>
  </w:style>
  <w:style w:type="paragraph" w:styleId="Header">
    <w:name w:val="header"/>
    <w:basedOn w:val="Normal"/>
    <w:uiPriority w:val="99"/>
    <w:unhideWhenUsed/>
    <w:rsid w:val="00E618BF"/>
    <w:pPr>
      <w:spacing w:after="0" w:line="240" w:lineRule="auto"/>
    </w:pPr>
  </w:style>
  <w:style w:type="paragraph" w:styleId="Footer">
    <w:name w:val="footer"/>
    <w:basedOn w:val="Normal"/>
    <w:uiPriority w:val="99"/>
    <w:unhideWhenUsed/>
    <w:rsid w:val="00E618B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8BcwK5nlos&amp;list=PLxSg3s3C3JCEWivOQckHLAg_TFw2JQPnq&amp;index=9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UNDoUoDrCg&amp;list=PLxSg3s3C3JCEWivOQckHLAg_TFw2JQPnq&amp;index=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nfonuosoHUk&amp;list=PLxSg3s3C3JCEWivOQckHLAg_TFw2JQPnq&amp;index=1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youtube.com/watch?v=UpYt7238p5g&amp;list=PLxSg3s3C3JCEWivOQckHLAg_TFw2JQPnq&amp;index=1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L1R1VnMeD4&amp;list=PLxSg3s3C3JCEWivOQckHLAg_TFw2JQPnq&amp;index=1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1269</Characters>
  <Application>Microsoft Office Word</Application>
  <DocSecurity>0</DocSecurity>
  <Lines>42</Lines>
  <Paragraphs>33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Celestial coordinate systems teacher notes</dc:title>
  <dc:description/>
  <cp:lastModifiedBy>Dylan Gormley</cp:lastModifiedBy>
  <cp:revision>5</cp:revision>
  <dcterms:created xsi:type="dcterms:W3CDTF">2026-09-26T23:52:00Z</dcterms:created>
  <dcterms:modified xsi:type="dcterms:W3CDTF">2026-09-27T00:41:00Z</dcterms:modified>
</cp:coreProperties>
</file>