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A2ADA" w14:textId="77777777" w:rsidR="00102F57" w:rsidRDefault="008D5221">
      <w:pPr>
        <w:pStyle w:val="Title"/>
        <w:keepNext/>
      </w:pPr>
      <w:r>
        <w:t>Horn telescope cradle assembly</w:t>
      </w:r>
    </w:p>
    <w:p w14:paraId="624ACFB9" w14:textId="77777777" w:rsidR="00102F57" w:rsidRDefault="008D5221">
      <w:pPr>
        <w:pStyle w:val="Subtitle"/>
        <w:keepNext/>
      </w:pPr>
      <w:r>
        <w:t>Construction guide • 2021 design</w:t>
      </w:r>
    </w:p>
    <w:p w14:paraId="6B0FE6F0" w14:textId="77777777" w:rsidR="00102F57" w:rsidRDefault="008D5221">
      <w:r>
        <w:t>Build a wooden cradle to support the horn and can assembly. The cradle attaches to the telescope stand with two bolts.</w:t>
      </w:r>
    </w:p>
    <w:p w14:paraId="5C1B7341" w14:textId="77777777" w:rsidR="00102F57" w:rsidRDefault="008D5221">
      <w:pPr>
        <w:pStyle w:val="Heading1"/>
      </w:pPr>
      <w:r>
        <w:t>Materials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102F57" w14:paraId="147B8F61" w14:textId="77777777">
        <w:trPr>
          <w:cantSplit/>
          <w:tblHeader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217E60" w14:textId="77777777" w:rsidR="00102F57" w:rsidRDefault="008D5221">
            <w:pPr>
              <w:keepNext/>
              <w:keepLines/>
              <w:spacing w:after="40" w:line="252" w:lineRule="auto"/>
            </w:pPr>
            <w:r>
              <w:rPr>
                <w:b/>
                <w:color w:val="FFFFFF"/>
              </w:rPr>
              <w:t>Quantity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F9E2B9" w14:textId="77777777" w:rsidR="00102F57" w:rsidRDefault="008D5221">
            <w:pPr>
              <w:keepNext/>
              <w:keepLines/>
              <w:spacing w:after="40" w:line="252" w:lineRule="auto"/>
            </w:pPr>
            <w:r>
              <w:rPr>
                <w:b/>
                <w:color w:val="FFFFFF"/>
              </w:rPr>
              <w:t>Material and dimensions</w:t>
            </w:r>
          </w:p>
        </w:tc>
      </w:tr>
      <w:tr w:rsidR="00102F57" w14:paraId="72A0EC89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382A3E" w14:textId="77777777" w:rsidR="00102F57" w:rsidRDefault="008D5221">
            <w:pPr>
              <w:keepNext/>
              <w:keepLines/>
              <w:spacing w:after="40" w:line="252" w:lineRule="auto"/>
            </w:pPr>
            <w:r>
              <w:t>2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B97A97" w14:textId="77777777" w:rsidR="00102F57" w:rsidRDefault="008D5221">
            <w:pPr>
              <w:keepNext/>
              <w:keepLines/>
              <w:spacing w:after="40" w:line="252" w:lineRule="auto"/>
            </w:pPr>
            <w:r>
              <w:t>2 × 2 lumber, 20 inches long</w:t>
            </w:r>
          </w:p>
        </w:tc>
      </w:tr>
      <w:tr w:rsidR="00102F57" w14:paraId="3BA65120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9F4360" w14:textId="77777777" w:rsidR="00102F57" w:rsidRDefault="008D5221">
            <w:pPr>
              <w:keepNext/>
              <w:keepLines/>
              <w:spacing w:after="40" w:line="252" w:lineRule="auto"/>
            </w:pPr>
            <w:r>
              <w:t>2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E87A3D" w14:textId="77777777" w:rsidR="00102F57" w:rsidRDefault="008D5221">
            <w:pPr>
              <w:keepNext/>
              <w:keepLines/>
              <w:spacing w:after="40" w:line="252" w:lineRule="auto"/>
            </w:pPr>
            <w:r>
              <w:t>2 × 2 lumber, 9 5/8 inches long</w:t>
            </w:r>
          </w:p>
        </w:tc>
      </w:tr>
      <w:tr w:rsidR="00102F57" w14:paraId="10657EA5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82FFBB" w14:textId="77777777" w:rsidR="00102F57" w:rsidRDefault="008D5221">
            <w:pPr>
              <w:keepNext/>
              <w:keepLines/>
              <w:spacing w:after="40" w:line="252" w:lineRule="auto"/>
            </w:pPr>
            <w:r>
              <w:t>1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99913D" w14:textId="77777777" w:rsidR="00102F57" w:rsidRDefault="008D5221">
            <w:pPr>
              <w:keepNext/>
              <w:keepLines/>
              <w:spacing w:after="40" w:line="252" w:lineRule="auto"/>
            </w:pPr>
            <w:r>
              <w:t>2 × 2 lumber, 6 11/16 inches long</w:t>
            </w:r>
          </w:p>
        </w:tc>
      </w:tr>
      <w:tr w:rsidR="00102F57" w14:paraId="66481A8F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B83D3C" w14:textId="77777777" w:rsidR="00102F57" w:rsidRDefault="008D5221">
            <w:pPr>
              <w:keepNext/>
              <w:keepLines/>
              <w:spacing w:after="40" w:line="252" w:lineRule="auto"/>
            </w:pPr>
            <w:r>
              <w:t>3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11F09A" w14:textId="77777777" w:rsidR="00102F57" w:rsidRDefault="008D5221">
            <w:pPr>
              <w:keepNext/>
              <w:keepLines/>
              <w:spacing w:after="40" w:line="252" w:lineRule="auto"/>
            </w:pPr>
            <w:r>
              <w:t>2 × 2 lumber, 9 inches long</w:t>
            </w:r>
          </w:p>
        </w:tc>
      </w:tr>
      <w:tr w:rsidR="00102F57" w14:paraId="17B45FF6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2FDF40" w14:textId="77777777" w:rsidR="00102F57" w:rsidRDefault="008D5221">
            <w:pPr>
              <w:keepNext/>
              <w:keepLines/>
              <w:spacing w:after="40" w:line="252" w:lineRule="auto"/>
            </w:pPr>
            <w:r>
              <w:t>1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948B65" w14:textId="77777777" w:rsidR="00102F57" w:rsidRDefault="008D5221">
            <w:pPr>
              <w:keepNext/>
              <w:keepLines/>
              <w:spacing w:after="40" w:line="252" w:lineRule="auto"/>
            </w:pPr>
            <w:r>
              <w:t>1/4-inch plywood, 7 × 8 inches</w:t>
            </w:r>
          </w:p>
        </w:tc>
      </w:tr>
      <w:tr w:rsidR="00102F57" w14:paraId="440D12EF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D211AB" w14:textId="77777777" w:rsidR="00102F57" w:rsidRDefault="008D5221">
            <w:pPr>
              <w:keepNext/>
              <w:keepLines/>
              <w:spacing w:after="40" w:line="252" w:lineRule="auto"/>
            </w:pPr>
            <w:r>
              <w:t>About 10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FCD1E4" w14:textId="77777777" w:rsidR="00102F57" w:rsidRDefault="008D5221">
            <w:pPr>
              <w:keepNext/>
              <w:keepLines/>
              <w:spacing w:after="40" w:line="252" w:lineRule="auto"/>
            </w:pPr>
            <w:r>
              <w:t>2 1/2-inch construction screws</w:t>
            </w:r>
          </w:p>
        </w:tc>
      </w:tr>
      <w:tr w:rsidR="00102F57" w14:paraId="21CE0FDC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9C4572" w14:textId="77777777" w:rsidR="00102F57" w:rsidRDefault="008D5221">
            <w:pPr>
              <w:keepNext/>
              <w:keepLines/>
              <w:spacing w:after="40" w:line="252" w:lineRule="auto"/>
            </w:pPr>
            <w:r>
              <w:t>As needed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211276" w14:textId="77777777" w:rsidR="00102F57" w:rsidRDefault="008D5221">
            <w:pPr>
              <w:keepNext/>
              <w:keepLines/>
              <w:spacing w:after="40" w:line="252" w:lineRule="auto"/>
            </w:pPr>
            <w:r>
              <w:t>1-inch or 1 1/4-inch screws for the plywood</w:t>
            </w:r>
          </w:p>
        </w:tc>
      </w:tr>
      <w:tr w:rsidR="00102F57" w14:paraId="67AC1981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434056" w14:textId="77777777" w:rsidR="00102F57" w:rsidRDefault="008D5221">
            <w:pPr>
              <w:keepNext/>
              <w:keepLines/>
              <w:spacing w:after="40" w:line="252" w:lineRule="auto"/>
            </w:pPr>
            <w:r>
              <w:t>2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082625" w14:textId="77777777" w:rsidR="00102F57" w:rsidRDefault="008D5221">
            <w:pPr>
              <w:keepNext/>
              <w:keepLines/>
              <w:spacing w:after="40" w:line="252" w:lineRule="auto"/>
            </w:pPr>
            <w:r>
              <w:t>3 1/2-inch-long 1/4-20 bolts</w:t>
            </w:r>
          </w:p>
        </w:tc>
      </w:tr>
      <w:tr w:rsidR="00102F57" w14:paraId="1A66B642" w14:textId="77777777">
        <w:trPr>
          <w:cantSplit/>
          <w:trHeight w:val="403"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5B4F51" w14:textId="77777777" w:rsidR="00102F57" w:rsidRDefault="008D5221">
            <w:pPr>
              <w:keepLines/>
              <w:spacing w:after="40" w:line="252" w:lineRule="auto"/>
            </w:pPr>
            <w:r>
              <w:t>2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FEAE04" w14:textId="77777777" w:rsidR="00102F57" w:rsidRDefault="008D5221">
            <w:pPr>
              <w:keepLines/>
              <w:spacing w:after="40" w:line="252" w:lineRule="auto"/>
            </w:pPr>
            <w:r>
              <w:t>1/4-20 wing nuts</w:t>
            </w:r>
          </w:p>
        </w:tc>
      </w:tr>
    </w:tbl>
    <w:p w14:paraId="716ABD8B" w14:textId="77777777" w:rsidR="00102F57" w:rsidRDefault="008D5221">
      <w:r>
        <w:t>The eight lumber pieces can be cut from one 8-foot length of 2 × 2 lumber.</w:t>
      </w:r>
    </w:p>
    <w:p w14:paraId="26F666D9" w14:textId="77777777" w:rsidR="00102F57" w:rsidRDefault="008D5221">
      <w:pPr>
        <w:pStyle w:val="Heading1"/>
      </w:pPr>
      <w:r>
        <w:t>Assembly</w:t>
      </w:r>
    </w:p>
    <w:p w14:paraId="55D4554B" w14:textId="77777777" w:rsidR="00102F57" w:rsidRDefault="008D5221">
      <w:r>
        <w:t>1. Assemble the 20-inch, 6 11/16-inch, and 9 5/8-inch pieces into the rectangular frame shown below. Use 2 1/2-inch screws.</w:t>
      </w:r>
    </w:p>
    <w:p w14:paraId="4DD8FC81" w14:textId="77777777" w:rsidR="00102F57" w:rsidRDefault="008D5221">
      <w:r>
        <w:t>2. Attach two 9-inch pieces below the corners at one end of the frame. Attach the third below the crossbar midpoint.</w:t>
      </w:r>
    </w:p>
    <w:p w14:paraId="185BCE09" w14:textId="77777777" w:rsidR="00102F57" w:rsidRDefault="008D5221">
      <w:r>
        <w:t>3. Attach the plywood to the bottom of these three extensions. It supports the can and the amplifier cable.</w:t>
      </w:r>
    </w:p>
    <w:p w14:paraId="14FBFBB3" w14:textId="77777777" w:rsidR="00102F57" w:rsidRDefault="008D5221">
      <w:r>
        <w:t>4. Drill 5/16-inch holes for the 1/4-20 bolts that connect the cradle to the stand.</w:t>
      </w:r>
    </w:p>
    <w:p w14:paraId="21F3BFFF" w14:textId="77777777" w:rsidR="00102F57" w:rsidRDefault="008D5221">
      <w:r>
        <w:br w:type="page"/>
      </w:r>
    </w:p>
    <w:p w14:paraId="1F19556F" w14:textId="77777777" w:rsidR="00102F57" w:rsidRDefault="008D5221">
      <w:pPr>
        <w:pStyle w:val="Heading1"/>
      </w:pPr>
      <w:r>
        <w:lastRenderedPageBreak/>
        <w:t>Cradle views</w:t>
      </w:r>
    </w:p>
    <w:p w14:paraId="29EF34DA" w14:textId="77777777" w:rsidR="00102F57" w:rsidRDefault="008D5221">
      <w:pPr>
        <w:spacing w:before="100" w:after="160"/>
        <w:jc w:val="center"/>
      </w:pPr>
      <w:r>
        <w:rPr>
          <w:noProof/>
        </w:rPr>
        <w:drawing>
          <wp:inline distT="0" distB="0" distL="0" distR="0" wp14:anchorId="7BE05054" wp14:editId="6776A777">
            <wp:extent cx="4953000" cy="3954952"/>
            <wp:effectExtent l="0" t="0" r="0" b="0"/>
            <wp:docPr id="1" name="Picture 1" descr="Top and side views of the cradle, with dimensions and bolt loc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adle-assembly-2021-1-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95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B6B81" w14:textId="77777777" w:rsidR="00102F57" w:rsidRDefault="008D5221">
      <w:r>
        <w:t>After assembling the horn, attach the amplifier to the can. Choose a hole or slot in the plywood for cable support.</w:t>
      </w:r>
    </w:p>
    <w:p w14:paraId="0EE82BAD" w14:textId="77777777" w:rsidR="00102F57" w:rsidRDefault="008D5221">
      <w:pPr>
        <w:spacing w:before="100" w:after="160"/>
        <w:jc w:val="center"/>
      </w:pPr>
      <w:r>
        <w:rPr>
          <w:noProof/>
        </w:rPr>
        <w:drawing>
          <wp:inline distT="0" distB="0" distL="0" distR="0" wp14:anchorId="4E03714C" wp14:editId="751E4E1E">
            <wp:extent cx="3111500" cy="2725458"/>
            <wp:effectExtent l="0" t="0" r="0" b="0"/>
            <wp:docPr id="2" name="Picture 2" descr="Photograph of the assembled wooden crad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adle-assembly-2021-1-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11500" cy="272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2F57" w:rsidSect="000346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512" w:right="1080" w:bottom="108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D7669" w14:textId="77777777" w:rsidR="00A34D71" w:rsidRDefault="00A34D71">
      <w:pPr>
        <w:spacing w:after="0" w:line="240" w:lineRule="auto"/>
      </w:pPr>
      <w:r>
        <w:separator/>
      </w:r>
    </w:p>
  </w:endnote>
  <w:endnote w:type="continuationSeparator" w:id="0">
    <w:p w14:paraId="096B4874" w14:textId="77777777" w:rsidR="00A34D71" w:rsidRDefault="00A34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495F5" w14:textId="77777777" w:rsidR="0030798C" w:rsidRDefault="003079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745A" w14:textId="77777777" w:rsidR="008D5221" w:rsidRDefault="008D5221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40E19" w14:textId="77777777" w:rsidR="0030798C" w:rsidRDefault="003079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01DFA" w14:textId="77777777" w:rsidR="00A34D71" w:rsidRDefault="00A34D71">
      <w:pPr>
        <w:spacing w:after="0" w:line="240" w:lineRule="auto"/>
      </w:pPr>
      <w:r>
        <w:separator/>
      </w:r>
    </w:p>
  </w:footnote>
  <w:footnote w:type="continuationSeparator" w:id="0">
    <w:p w14:paraId="22425863" w14:textId="77777777" w:rsidR="00A34D71" w:rsidRDefault="00A34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AAC13" w14:textId="77777777" w:rsidR="0030798C" w:rsidRDefault="003079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3EC1B" w14:textId="77777777" w:rsidR="008D5221" w:rsidRDefault="008D5221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57616" w14:textId="77777777" w:rsidR="0030798C" w:rsidRDefault="003079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6701052">
    <w:abstractNumId w:val="8"/>
  </w:num>
  <w:num w:numId="2" w16cid:durableId="1442724489">
    <w:abstractNumId w:val="6"/>
  </w:num>
  <w:num w:numId="3" w16cid:durableId="323901236">
    <w:abstractNumId w:val="5"/>
  </w:num>
  <w:num w:numId="4" w16cid:durableId="1159731090">
    <w:abstractNumId w:val="4"/>
  </w:num>
  <w:num w:numId="5" w16cid:durableId="2095005583">
    <w:abstractNumId w:val="7"/>
  </w:num>
  <w:num w:numId="6" w16cid:durableId="385566699">
    <w:abstractNumId w:val="3"/>
  </w:num>
  <w:num w:numId="7" w16cid:durableId="114715357">
    <w:abstractNumId w:val="2"/>
  </w:num>
  <w:num w:numId="8" w16cid:durableId="1381247096">
    <w:abstractNumId w:val="1"/>
  </w:num>
  <w:num w:numId="9" w16cid:durableId="839924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1842"/>
    <w:rsid w:val="00034616"/>
    <w:rsid w:val="0006063C"/>
    <w:rsid w:val="00102F57"/>
    <w:rsid w:val="0015074B"/>
    <w:rsid w:val="00176530"/>
    <w:rsid w:val="002413A7"/>
    <w:rsid w:val="0029639D"/>
    <w:rsid w:val="0030798C"/>
    <w:rsid w:val="00326F90"/>
    <w:rsid w:val="004E7C06"/>
    <w:rsid w:val="005D0E94"/>
    <w:rsid w:val="00735244"/>
    <w:rsid w:val="007974EC"/>
    <w:rsid w:val="008D5221"/>
    <w:rsid w:val="00A03D98"/>
    <w:rsid w:val="00A34D71"/>
    <w:rsid w:val="00AA1D8D"/>
    <w:rsid w:val="00B47730"/>
    <w:rsid w:val="00CB0664"/>
    <w:rsid w:val="00DC5D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D34708"/>
  <w14:defaultImageDpi w14:val="300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000000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000000"/>
      <w:kern w:val="28"/>
      <w:sz w:val="4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eastAsia="Arial" w:hAnsi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eastAsia="Arial" w:hAnsi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eastAsia="Arial" w:hAnsi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Arial" w:eastAsia="Arial" w:hAnsi="Arial" w:cs="Arial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Arial" w:eastAsia="Arial" w:hAnsi="Arial" w:cs="Arial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Arial" w:eastAsia="Arial" w:hAnsi="Arial" w:cs="Arial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Arial" w:eastAsia="Arial" w:hAnsi="Arial" w:cs="Arial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Horn telescope cradle assembly</dc:title>
  <dc:subject>Construction guide • 2021 design</dc:subject>
  <dc:creator>WVU DSPIRA</dc:creator>
  <cp:keywords/>
  <dc:description/>
  <cp:lastModifiedBy>Dylan Gormley</cp:lastModifiedBy>
  <cp:revision>5</cp:revision>
  <dcterms:created xsi:type="dcterms:W3CDTF">2026-09-26T00:00:00Z</dcterms:created>
  <dcterms:modified xsi:type="dcterms:W3CDTF">2026-09-27T00:40:00Z</dcterms:modified>
  <cp:category/>
</cp:coreProperties>
</file>