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927BE" w14:textId="77777777" w:rsidR="009E13B2" w:rsidRDefault="00323351">
      <w:pPr>
        <w:pStyle w:val="Title"/>
        <w:keepNext/>
      </w:pPr>
      <w:r>
        <w:t>Low noise amplifier parts guide</w:t>
      </w:r>
    </w:p>
    <w:p w14:paraId="52967133" w14:textId="77777777" w:rsidR="009E13B2" w:rsidRDefault="00323351">
      <w:pPr>
        <w:pStyle w:val="Subtitle"/>
        <w:keepNext/>
      </w:pPr>
      <w:r>
        <w:t>Revision 3</w:t>
      </w:r>
    </w:p>
    <w:p w14:paraId="70818ECF" w14:textId="77777777" w:rsidR="009E13B2" w:rsidRDefault="00323351">
      <w:pPr>
        <w:spacing w:after="80"/>
      </w:pPr>
      <w:r>
        <w:t>Earlier parts guide. Match these component choices to your board revision before ordering.</w:t>
      </w:r>
    </w:p>
    <w:p w14:paraId="3550A0DF" w14:textId="77777777" w:rsidR="009E13B2" w:rsidRDefault="00323351">
      <w:pPr>
        <w:pStyle w:val="ListBullet"/>
        <w:spacing w:after="80" w:line="252" w:lineRule="auto"/>
      </w:pPr>
      <w:r>
        <w:t>An LNA can be constructed according to the circuit diagram using small, surface-mount circuit elements and a pre-fabricated printed circuit board.</w:t>
      </w:r>
    </w:p>
    <w:p w14:paraId="713866A5" w14:textId="1955CD8C" w:rsidR="009E13B2" w:rsidRDefault="00323351">
      <w:pPr>
        <w:pStyle w:val="ListBullet"/>
        <w:spacing w:after="80" w:line="252" w:lineRule="auto"/>
      </w:pPr>
      <w:r>
        <w:t xml:space="preserve">The pre-fabricated printed circuit board designed for this LNA can be purchased from Oshpark at </w:t>
      </w:r>
      <w:hyperlink r:id="rId8">
        <w:r>
          <w:rPr>
            <w:color w:val="002855"/>
          </w:rPr>
          <w:t>https://oshpark.com/shared_projects/zvqWjxWi</w:t>
        </w:r>
      </w:hyperlink>
    </w:p>
    <w:p w14:paraId="1BC6CDC4" w14:textId="49187056" w:rsidR="009E13B2" w:rsidRDefault="00323351">
      <w:pPr>
        <w:pStyle w:val="ListBullet"/>
        <w:spacing w:after="80" w:line="252" w:lineRule="auto"/>
      </w:pPr>
      <w:r>
        <w:t xml:space="preserve">Most of the circuit parts can be ordered from Digikey at </w:t>
      </w:r>
      <w:hyperlink r:id="rId9">
        <w:r>
          <w:rPr>
            <w:color w:val="002855"/>
          </w:rPr>
          <w:t>digikey.com</w:t>
        </w:r>
      </w:hyperlink>
      <w:r>
        <w:t xml:space="preserve">, as listed in the table below. The RF shield can be ordered from Leader Tech at </w:t>
      </w:r>
      <w:hyperlink r:id="rId10">
        <w:r>
          <w:rPr>
            <w:color w:val="002855"/>
          </w:rPr>
          <w:t>leadertechinc.com</w:t>
        </w:r>
      </w:hyperlink>
      <w:r>
        <w:t>.</w:t>
      </w:r>
    </w:p>
    <w:p w14:paraId="34D09B91" w14:textId="43A27873" w:rsidR="009E13B2" w:rsidRDefault="00323351">
      <w:pPr>
        <w:pStyle w:val="ListBullet"/>
        <w:spacing w:after="80" w:line="252" w:lineRule="auto"/>
      </w:pPr>
      <w:r>
        <w:t xml:space="preserve">The amplifier chips, U1 – U5, can be obtained from Mini-Circuits at </w:t>
      </w:r>
      <w:hyperlink r:id="rId11">
        <w:r>
          <w:rPr>
            <w:color w:val="002855"/>
          </w:rPr>
          <w:t>minicircuits.com</w:t>
        </w:r>
      </w:hyperlink>
      <w:r>
        <w:t>. You can request free “samples” from the web page.</w:t>
      </w:r>
    </w:p>
    <w:p w14:paraId="41ECC877" w14:textId="77777777" w:rsidR="009E13B2" w:rsidRDefault="00323351">
      <w:pPr>
        <w:spacing w:after="80"/>
      </w:pPr>
      <w:r>
        <w:t>Parts are grouped by type. Original component values and part numbers are retained.</w:t>
      </w:r>
    </w:p>
    <w:p w14:paraId="33D35F50" w14:textId="77777777" w:rsidR="009E13B2" w:rsidRDefault="00323351">
      <w:pPr>
        <w:pStyle w:val="Heading1"/>
      </w:pPr>
      <w:r>
        <w:t>Circuit parts</w:t>
      </w:r>
    </w:p>
    <w:tbl>
      <w:tblPr>
        <w:tblStyle w:val="TableGrid"/>
        <w:tblW w:w="1008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9E13B2" w14:paraId="68218873" w14:textId="77777777">
        <w:trPr>
          <w:cantSplit/>
          <w:tblHeader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FC50FC" w14:textId="77777777" w:rsidR="009E13B2" w:rsidRDefault="00323351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Circuit Diagram Part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BBB3FB" w14:textId="77777777" w:rsidR="009E13B2" w:rsidRDefault="00323351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F47541" w14:textId="77777777" w:rsidR="009E13B2" w:rsidRDefault="00323351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Digikey Part #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432CFB" w14:textId="77777777" w:rsidR="009E13B2" w:rsidRDefault="00323351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Quantity</w:t>
            </w:r>
          </w:p>
        </w:tc>
      </w:tr>
      <w:tr w:rsidR="009E13B2" w14:paraId="71C2500A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7C99F0" w14:textId="77777777" w:rsidR="009E13B2" w:rsidRDefault="00323351">
            <w:pPr>
              <w:keepLines/>
              <w:spacing w:after="40" w:line="252" w:lineRule="auto"/>
            </w:pPr>
            <w:r>
              <w:t>C1, C5, C6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2A772F" w14:textId="77777777" w:rsidR="009E13B2" w:rsidRDefault="00323351">
            <w:pPr>
              <w:keepLines/>
              <w:spacing w:after="40" w:line="252" w:lineRule="auto"/>
            </w:pPr>
            <w:r>
              <w:t>27 pF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2B2E9A" w14:textId="77777777" w:rsidR="009E13B2" w:rsidRDefault="00323351">
            <w:pPr>
              <w:keepLines/>
              <w:spacing w:after="40" w:line="252" w:lineRule="auto"/>
            </w:pPr>
            <w:r>
              <w:t>712-1334-2-ND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A78C67" w14:textId="77777777" w:rsidR="009E13B2" w:rsidRDefault="00323351">
            <w:pPr>
              <w:keepLines/>
              <w:spacing w:after="40" w:line="252" w:lineRule="auto"/>
            </w:pPr>
            <w:r>
              <w:t>3</w:t>
            </w:r>
          </w:p>
        </w:tc>
      </w:tr>
      <w:tr w:rsidR="009E13B2" w14:paraId="62F6259F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857CF4" w14:textId="77777777" w:rsidR="009E13B2" w:rsidRDefault="00323351">
            <w:pPr>
              <w:keepLines/>
              <w:spacing w:after="40" w:line="252" w:lineRule="auto"/>
            </w:pPr>
            <w:r>
              <w:t>C2, C3, C7, C8, C9, C10, C11, C12, C13, C14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177715" w14:textId="77777777" w:rsidR="009E13B2" w:rsidRDefault="00323351">
            <w:pPr>
              <w:keepLines/>
              <w:spacing w:after="40" w:line="252" w:lineRule="auto"/>
            </w:pPr>
            <w:r>
              <w:t>330 pF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401D52" w14:textId="77777777" w:rsidR="009E13B2" w:rsidRDefault="00323351">
            <w:pPr>
              <w:keepLines/>
              <w:spacing w:after="40" w:line="252" w:lineRule="auto"/>
            </w:pPr>
            <w:r>
              <w:t>478-1181-2-ND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B1B193" w14:textId="77777777" w:rsidR="009E13B2" w:rsidRDefault="00323351">
            <w:pPr>
              <w:keepLines/>
              <w:spacing w:after="40" w:line="252" w:lineRule="auto"/>
            </w:pPr>
            <w:r>
              <w:t>10</w:t>
            </w:r>
          </w:p>
        </w:tc>
      </w:tr>
      <w:tr w:rsidR="009E13B2" w14:paraId="6B711E08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0E4112" w14:textId="77777777" w:rsidR="009E13B2" w:rsidRDefault="00323351">
            <w:pPr>
              <w:keepLines/>
              <w:spacing w:after="40" w:line="252" w:lineRule="auto"/>
            </w:pPr>
            <w:r>
              <w:t>C4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E31020" w14:textId="77777777" w:rsidR="009E13B2" w:rsidRDefault="00323351">
            <w:pPr>
              <w:keepLines/>
              <w:spacing w:after="40" w:line="252" w:lineRule="auto"/>
            </w:pPr>
            <w:r>
              <w:t>4700 pF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EE8B7F" w14:textId="77777777" w:rsidR="009E13B2" w:rsidRDefault="00323351">
            <w:pPr>
              <w:keepLines/>
              <w:spacing w:after="40" w:line="252" w:lineRule="auto"/>
            </w:pPr>
            <w:r>
              <w:t>399-14206-2-ND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6A41F5" w14:textId="77777777" w:rsidR="009E13B2" w:rsidRDefault="00323351">
            <w:pPr>
              <w:keepLines/>
              <w:spacing w:after="40" w:line="252" w:lineRule="auto"/>
            </w:pPr>
            <w:r>
              <w:t>1</w:t>
            </w:r>
          </w:p>
        </w:tc>
      </w:tr>
      <w:tr w:rsidR="009E13B2" w14:paraId="38E79ACF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9A046D" w14:textId="77777777" w:rsidR="009E13B2" w:rsidRDefault="00323351">
            <w:pPr>
              <w:keepLines/>
              <w:spacing w:after="40" w:line="252" w:lineRule="auto"/>
            </w:pPr>
            <w:r>
              <w:t>C15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A8BC9D" w14:textId="77777777" w:rsidR="009E13B2" w:rsidRDefault="00323351">
            <w:pPr>
              <w:keepLines/>
              <w:spacing w:after="40" w:line="252" w:lineRule="auto"/>
            </w:pPr>
            <w:r>
              <w:t>6.8 pF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58A5FC" w14:textId="77777777" w:rsidR="009E13B2" w:rsidRDefault="00323351">
            <w:pPr>
              <w:keepLines/>
              <w:spacing w:after="40" w:line="252" w:lineRule="auto"/>
            </w:pPr>
            <w:r>
              <w:t>712-1364-2-ND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E46AF2" w14:textId="77777777" w:rsidR="009E13B2" w:rsidRDefault="00323351">
            <w:pPr>
              <w:keepLines/>
              <w:spacing w:after="40" w:line="252" w:lineRule="auto"/>
            </w:pPr>
            <w:r>
              <w:t>1</w:t>
            </w:r>
          </w:p>
        </w:tc>
      </w:tr>
      <w:tr w:rsidR="009E13B2" w14:paraId="10ED56DC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2AC953" w14:textId="77777777" w:rsidR="009E13B2" w:rsidRDefault="00323351">
            <w:pPr>
              <w:keepLines/>
              <w:spacing w:after="40" w:line="252" w:lineRule="auto"/>
            </w:pPr>
            <w:r>
              <w:t>C16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7A2BA1" w14:textId="77777777" w:rsidR="009E13B2" w:rsidRDefault="00323351">
            <w:pPr>
              <w:keepLines/>
              <w:spacing w:after="40" w:line="252" w:lineRule="auto"/>
            </w:pPr>
            <w:r>
              <w:t>10 µF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E874FD" w14:textId="77777777" w:rsidR="009E13B2" w:rsidRDefault="00323351">
            <w:pPr>
              <w:keepLines/>
              <w:spacing w:after="40" w:line="252" w:lineRule="auto"/>
            </w:pPr>
            <w:r>
              <w:t>399-8153-1-ND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DCDBEA" w14:textId="77777777" w:rsidR="009E13B2" w:rsidRDefault="00323351">
            <w:pPr>
              <w:keepLines/>
              <w:spacing w:after="40" w:line="252" w:lineRule="auto"/>
            </w:pPr>
            <w:r>
              <w:t>1</w:t>
            </w:r>
          </w:p>
        </w:tc>
      </w:tr>
      <w:tr w:rsidR="009E13B2" w14:paraId="2970899B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29E7E6" w14:textId="77777777" w:rsidR="009E13B2" w:rsidRDefault="00323351">
            <w:pPr>
              <w:keepLines/>
              <w:spacing w:after="40" w:line="252" w:lineRule="auto"/>
            </w:pPr>
            <w:r>
              <w:t>R1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B25950" w14:textId="77777777" w:rsidR="009E13B2" w:rsidRDefault="00323351">
            <w:pPr>
              <w:keepLines/>
              <w:spacing w:after="40" w:line="252" w:lineRule="auto"/>
            </w:pPr>
            <w:r>
              <w:t>33 kΩ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194E85" w14:textId="77777777" w:rsidR="009E13B2" w:rsidRDefault="00323351">
            <w:pPr>
              <w:keepLines/>
              <w:spacing w:after="40" w:line="252" w:lineRule="auto"/>
            </w:pPr>
            <w:r>
              <w:t>311-33.0KHRTR-ND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E612EB" w14:textId="77777777" w:rsidR="009E13B2" w:rsidRDefault="00323351">
            <w:pPr>
              <w:keepLines/>
              <w:spacing w:after="40" w:line="252" w:lineRule="auto"/>
            </w:pPr>
            <w:r>
              <w:t>1</w:t>
            </w:r>
          </w:p>
        </w:tc>
      </w:tr>
      <w:tr w:rsidR="009E13B2" w14:paraId="2B6BE2FC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5BB6AE" w14:textId="77777777" w:rsidR="009E13B2" w:rsidRDefault="00323351">
            <w:pPr>
              <w:keepLines/>
              <w:spacing w:after="40" w:line="252" w:lineRule="auto"/>
            </w:pPr>
            <w:r>
              <w:t>R2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7C13F8" w14:textId="77777777" w:rsidR="009E13B2" w:rsidRDefault="00323351">
            <w:pPr>
              <w:keepLines/>
              <w:spacing w:after="40" w:line="252" w:lineRule="auto"/>
            </w:pPr>
            <w:r>
              <w:t>27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16D402" w14:textId="77777777" w:rsidR="009E13B2" w:rsidRDefault="00323351">
            <w:pPr>
              <w:keepLines/>
              <w:spacing w:after="40" w:line="252" w:lineRule="auto"/>
            </w:pPr>
            <w:r>
              <w:t>P26.1HTR-ND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D00C12" w14:textId="77777777" w:rsidR="009E13B2" w:rsidRDefault="00323351">
            <w:pPr>
              <w:keepLines/>
              <w:spacing w:after="40" w:line="252" w:lineRule="auto"/>
            </w:pPr>
            <w:r>
              <w:t>1</w:t>
            </w:r>
          </w:p>
        </w:tc>
      </w:tr>
      <w:tr w:rsidR="009E13B2" w14:paraId="0514818C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EFAC38" w14:textId="77777777" w:rsidR="009E13B2" w:rsidRDefault="00323351">
            <w:pPr>
              <w:keepLines/>
              <w:spacing w:after="40" w:line="252" w:lineRule="auto"/>
            </w:pPr>
            <w:r>
              <w:t>R3, R8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AED5E8" w14:textId="77777777" w:rsidR="009E13B2" w:rsidRDefault="00323351">
            <w:pPr>
              <w:keepLines/>
              <w:spacing w:after="40" w:line="252" w:lineRule="auto"/>
            </w:pPr>
            <w:r>
              <w:t>50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50FEE6" w14:textId="77777777" w:rsidR="009E13B2" w:rsidRDefault="00323351">
            <w:pPr>
              <w:keepLines/>
              <w:spacing w:after="40" w:line="252" w:lineRule="auto"/>
            </w:pPr>
            <w:r>
              <w:t>RR08Q49.9DTR-ND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4F7A52" w14:textId="77777777" w:rsidR="009E13B2" w:rsidRDefault="00323351">
            <w:pPr>
              <w:keepLines/>
              <w:spacing w:after="40" w:line="252" w:lineRule="auto"/>
            </w:pPr>
            <w:r>
              <w:t>2</w:t>
            </w:r>
          </w:p>
        </w:tc>
      </w:tr>
      <w:tr w:rsidR="009E13B2" w14:paraId="4D6F27B3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BA7EBE" w14:textId="77777777" w:rsidR="009E13B2" w:rsidRDefault="00323351">
            <w:pPr>
              <w:keepLines/>
              <w:spacing w:after="40" w:line="252" w:lineRule="auto"/>
            </w:pPr>
            <w:r>
              <w:t>R4, R13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9D49A4" w14:textId="77777777" w:rsidR="009E13B2" w:rsidRDefault="00323351">
            <w:pPr>
              <w:keepLines/>
              <w:spacing w:after="40" w:line="252" w:lineRule="auto"/>
            </w:pPr>
            <w:r>
              <w:t>43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1EF3EA" w14:textId="77777777" w:rsidR="009E13B2" w:rsidRDefault="00323351">
            <w:pPr>
              <w:keepLines/>
              <w:spacing w:after="40" w:line="252" w:lineRule="auto"/>
            </w:pPr>
            <w:r>
              <w:t>311-43.0HRTR-ND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8041F5" w14:textId="77777777" w:rsidR="009E13B2" w:rsidRDefault="00323351">
            <w:pPr>
              <w:keepLines/>
              <w:spacing w:after="40" w:line="252" w:lineRule="auto"/>
            </w:pPr>
            <w:r>
              <w:t>2</w:t>
            </w:r>
          </w:p>
        </w:tc>
      </w:tr>
      <w:tr w:rsidR="009E13B2" w14:paraId="030297A6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52D3BF" w14:textId="77777777" w:rsidR="009E13B2" w:rsidRDefault="00323351">
            <w:pPr>
              <w:keepLines/>
              <w:spacing w:after="40" w:line="252" w:lineRule="auto"/>
            </w:pPr>
            <w:r>
              <w:t>R5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92186F" w14:textId="77777777" w:rsidR="009E13B2" w:rsidRDefault="00323351">
            <w:pPr>
              <w:keepLines/>
              <w:spacing w:after="40" w:line="252" w:lineRule="auto"/>
            </w:pPr>
            <w:r>
              <w:t>4.7 kΩ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C03032" w14:textId="77777777" w:rsidR="009E13B2" w:rsidRDefault="00323351">
            <w:pPr>
              <w:keepLines/>
              <w:spacing w:after="40" w:line="252" w:lineRule="auto"/>
            </w:pPr>
            <w:r>
              <w:t>541-4.70KHTR-ND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05A7C8" w14:textId="77777777" w:rsidR="009E13B2" w:rsidRDefault="00323351">
            <w:pPr>
              <w:keepLines/>
              <w:spacing w:after="40" w:line="252" w:lineRule="auto"/>
            </w:pPr>
            <w:r>
              <w:t>1</w:t>
            </w:r>
          </w:p>
        </w:tc>
      </w:tr>
      <w:tr w:rsidR="009E13B2" w14:paraId="77FF9A5B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8075AD" w14:textId="77777777" w:rsidR="009E13B2" w:rsidRDefault="00323351">
            <w:pPr>
              <w:keepLines/>
              <w:spacing w:after="40" w:line="252" w:lineRule="auto"/>
            </w:pPr>
            <w:r>
              <w:t>R6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2F346E" w14:textId="77777777" w:rsidR="009E13B2" w:rsidRDefault="00323351">
            <w:pPr>
              <w:keepLines/>
              <w:spacing w:after="40" w:line="252" w:lineRule="auto"/>
            </w:pPr>
            <w:r>
              <w:t>17.4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FB54DA" w14:textId="77777777" w:rsidR="009E13B2" w:rsidRDefault="00323351">
            <w:pPr>
              <w:keepLines/>
              <w:spacing w:after="40" w:line="252" w:lineRule="auto"/>
            </w:pPr>
            <w:r>
              <w:t>541-17.4HTR-ND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F2F074" w14:textId="77777777" w:rsidR="009E13B2" w:rsidRDefault="00323351">
            <w:pPr>
              <w:keepLines/>
              <w:spacing w:after="40" w:line="252" w:lineRule="auto"/>
            </w:pPr>
            <w:r>
              <w:t>1</w:t>
            </w:r>
          </w:p>
        </w:tc>
      </w:tr>
      <w:tr w:rsidR="009E13B2" w14:paraId="478B0667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D19DF4" w14:textId="77777777" w:rsidR="009E13B2" w:rsidRDefault="00323351">
            <w:pPr>
              <w:keepLines/>
              <w:spacing w:after="40" w:line="252" w:lineRule="auto"/>
            </w:pPr>
            <w:r>
              <w:t>R7, R14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A56E16" w14:textId="77777777" w:rsidR="009E13B2" w:rsidRDefault="00323351">
            <w:pPr>
              <w:keepLines/>
              <w:spacing w:after="40" w:line="252" w:lineRule="auto"/>
            </w:pPr>
            <w:r>
              <w:t>5.8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7D10AA" w14:textId="77777777" w:rsidR="009E13B2" w:rsidRDefault="00323351">
            <w:pPr>
              <w:keepLines/>
              <w:spacing w:after="40" w:line="252" w:lineRule="auto"/>
            </w:pPr>
            <w:r>
              <w:t>311-5.76HRTR-ND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F53F52" w14:textId="77777777" w:rsidR="009E13B2" w:rsidRDefault="00323351">
            <w:pPr>
              <w:keepLines/>
              <w:spacing w:after="40" w:line="252" w:lineRule="auto"/>
            </w:pPr>
            <w:r>
              <w:t>2</w:t>
            </w:r>
          </w:p>
        </w:tc>
      </w:tr>
      <w:tr w:rsidR="009E13B2" w14:paraId="3B2D6B35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81808C" w14:textId="77777777" w:rsidR="009E13B2" w:rsidRDefault="00323351">
            <w:pPr>
              <w:keepLines/>
              <w:spacing w:after="40" w:line="252" w:lineRule="auto"/>
            </w:pPr>
            <w:r>
              <w:t>R9, R10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2D609C" w14:textId="77777777" w:rsidR="009E13B2" w:rsidRDefault="00323351">
            <w:pPr>
              <w:keepLines/>
              <w:spacing w:after="40" w:line="252" w:lineRule="auto"/>
            </w:pPr>
            <w:r>
              <w:t>287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E03423" w14:textId="77777777" w:rsidR="009E13B2" w:rsidRDefault="00323351">
            <w:pPr>
              <w:keepLines/>
              <w:spacing w:after="40" w:line="252" w:lineRule="auto"/>
            </w:pPr>
            <w:r>
              <w:t>541-287HTR-ND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3CF91C" w14:textId="77777777" w:rsidR="009E13B2" w:rsidRDefault="00323351">
            <w:pPr>
              <w:keepLines/>
              <w:spacing w:after="40" w:line="252" w:lineRule="auto"/>
            </w:pPr>
            <w:r>
              <w:t>2</w:t>
            </w:r>
          </w:p>
        </w:tc>
      </w:tr>
      <w:tr w:rsidR="009E13B2" w14:paraId="38068B02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76A765" w14:textId="77777777" w:rsidR="009E13B2" w:rsidRDefault="00323351">
            <w:pPr>
              <w:keepLines/>
              <w:spacing w:after="40" w:line="252" w:lineRule="auto"/>
            </w:pPr>
            <w:r>
              <w:t>R11, R12, R15, R16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00B10C" w14:textId="77777777" w:rsidR="009E13B2" w:rsidRDefault="00323351">
            <w:pPr>
              <w:keepLines/>
              <w:spacing w:after="40" w:line="252" w:lineRule="auto"/>
            </w:pPr>
            <w:r>
              <w:t>870 Ω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94EDA7" w14:textId="77777777" w:rsidR="009E13B2" w:rsidRDefault="00323351">
            <w:pPr>
              <w:keepLines/>
              <w:spacing w:after="40" w:line="252" w:lineRule="auto"/>
            </w:pPr>
            <w:r>
              <w:t>311-866HRTR-ND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6E06C6" w14:textId="77777777" w:rsidR="009E13B2" w:rsidRDefault="00323351">
            <w:pPr>
              <w:keepLines/>
              <w:spacing w:after="40" w:line="252" w:lineRule="auto"/>
            </w:pPr>
            <w:r>
              <w:t>4</w:t>
            </w:r>
          </w:p>
        </w:tc>
      </w:tr>
      <w:tr w:rsidR="009E13B2" w14:paraId="71734B2B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0FA497" w14:textId="77777777" w:rsidR="009E13B2" w:rsidRDefault="00323351">
            <w:pPr>
              <w:keepLines/>
              <w:spacing w:after="40" w:line="252" w:lineRule="auto"/>
            </w:pPr>
            <w:r>
              <w:lastRenderedPageBreak/>
              <w:t>L1, L3, L4, L5, L6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2A1F07" w14:textId="77777777" w:rsidR="009E13B2" w:rsidRDefault="00323351">
            <w:pPr>
              <w:keepLines/>
              <w:spacing w:after="40" w:line="252" w:lineRule="auto"/>
            </w:pPr>
            <w:r>
              <w:t>100 nH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F53839" w14:textId="77777777" w:rsidR="009E13B2" w:rsidRDefault="00323351">
            <w:pPr>
              <w:keepLines/>
              <w:spacing w:after="40" w:line="252" w:lineRule="auto"/>
            </w:pPr>
            <w:r>
              <w:t>490-5664-2-ND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7A8CAB" w14:textId="77777777" w:rsidR="009E13B2" w:rsidRDefault="00323351">
            <w:pPr>
              <w:keepLines/>
              <w:spacing w:after="40" w:line="252" w:lineRule="auto"/>
            </w:pPr>
            <w:r>
              <w:t>5</w:t>
            </w:r>
          </w:p>
        </w:tc>
      </w:tr>
      <w:tr w:rsidR="009E13B2" w14:paraId="36D37963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17A2A9" w14:textId="77777777" w:rsidR="009E13B2" w:rsidRDefault="00323351">
            <w:pPr>
              <w:keepLines/>
              <w:spacing w:after="40" w:line="252" w:lineRule="auto"/>
            </w:pPr>
            <w:r>
              <w:t>L2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C818EA" w14:textId="77777777" w:rsidR="009E13B2" w:rsidRDefault="00323351">
            <w:pPr>
              <w:keepLines/>
              <w:spacing w:after="40" w:line="252" w:lineRule="auto"/>
            </w:pPr>
            <w:r>
              <w:t>10 nH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70BC06" w14:textId="77777777" w:rsidR="009E13B2" w:rsidRDefault="00323351">
            <w:pPr>
              <w:keepLines/>
              <w:spacing w:after="40" w:line="252" w:lineRule="auto"/>
            </w:pPr>
            <w:r>
              <w:t>490-5648-2-ND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EA0521" w14:textId="77777777" w:rsidR="009E13B2" w:rsidRDefault="00323351">
            <w:pPr>
              <w:keepLines/>
              <w:spacing w:after="40" w:line="252" w:lineRule="auto"/>
            </w:pPr>
            <w:r>
              <w:t>1</w:t>
            </w:r>
          </w:p>
        </w:tc>
      </w:tr>
      <w:tr w:rsidR="009E13B2" w14:paraId="2D964D87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E49FDB" w14:textId="77777777" w:rsidR="009E13B2" w:rsidRDefault="00323351">
            <w:pPr>
              <w:keepLines/>
              <w:spacing w:after="40" w:line="252" w:lineRule="auto"/>
            </w:pPr>
            <w:r>
              <w:t>IC1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D58D0C" w14:textId="77777777" w:rsidR="009E13B2" w:rsidRDefault="00323351">
            <w:pPr>
              <w:keepLines/>
              <w:spacing w:after="40" w:line="252" w:lineRule="auto"/>
            </w:pPr>
            <w:r>
              <w:t>LM2940 voltage regulator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90BBD5" w14:textId="77777777" w:rsidR="009E13B2" w:rsidRDefault="00323351">
            <w:pPr>
              <w:keepLines/>
              <w:spacing w:after="40" w:line="252" w:lineRule="auto"/>
            </w:pPr>
            <w:r>
              <w:t>LM2937IMPX-5.0/NOPBTR-ND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82B63F" w14:textId="77777777" w:rsidR="009E13B2" w:rsidRDefault="00323351">
            <w:pPr>
              <w:keepLines/>
              <w:spacing w:after="40" w:line="252" w:lineRule="auto"/>
            </w:pPr>
            <w:r>
              <w:t>1</w:t>
            </w:r>
          </w:p>
        </w:tc>
      </w:tr>
      <w:tr w:rsidR="009E13B2" w14:paraId="227B75F2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29082F" w14:textId="77777777" w:rsidR="009E13B2" w:rsidRDefault="00323351">
            <w:pPr>
              <w:keepLines/>
              <w:spacing w:after="40" w:line="252" w:lineRule="auto"/>
            </w:pPr>
            <w:r>
              <w:t>X1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2BF29B" w14:textId="77777777" w:rsidR="009E13B2" w:rsidRDefault="00323351">
            <w:pPr>
              <w:keepLines/>
              <w:spacing w:after="40" w:line="252" w:lineRule="auto"/>
            </w:pPr>
            <w:r>
              <w:t>CONN SMA RCPT STR 50 OHM PCB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06DDC8" w14:textId="77777777" w:rsidR="009E13B2" w:rsidRDefault="00323351">
            <w:pPr>
              <w:keepLines/>
              <w:spacing w:after="40" w:line="252" w:lineRule="auto"/>
            </w:pPr>
            <w:r>
              <w:t>WM5543-ND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770158" w14:textId="77777777" w:rsidR="009E13B2" w:rsidRDefault="00323351">
            <w:pPr>
              <w:keepLines/>
              <w:spacing w:after="40" w:line="252" w:lineRule="auto"/>
            </w:pPr>
            <w:r>
              <w:t>1</w:t>
            </w:r>
          </w:p>
        </w:tc>
      </w:tr>
      <w:tr w:rsidR="009E13B2" w14:paraId="67C35BC8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688ABF" w14:textId="77777777" w:rsidR="009E13B2" w:rsidRDefault="00323351">
            <w:pPr>
              <w:keepLines/>
              <w:spacing w:after="40" w:line="252" w:lineRule="auto"/>
            </w:pPr>
            <w:r>
              <w:t>X2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9FA651" w14:textId="77777777" w:rsidR="009E13B2" w:rsidRDefault="00323351">
            <w:pPr>
              <w:keepLines/>
              <w:spacing w:after="40" w:line="252" w:lineRule="auto"/>
            </w:pPr>
            <w:r>
              <w:t>CONN SMA JACK R/A 50 OHM PCB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BC3EAD" w14:textId="77777777" w:rsidR="009E13B2" w:rsidRDefault="00323351">
            <w:pPr>
              <w:keepLines/>
              <w:spacing w:after="40" w:line="252" w:lineRule="auto"/>
            </w:pPr>
            <w:r>
              <w:t>931-1361-ND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BD571A" w14:textId="77777777" w:rsidR="009E13B2" w:rsidRDefault="00323351">
            <w:pPr>
              <w:keepLines/>
              <w:spacing w:after="40" w:line="252" w:lineRule="auto"/>
            </w:pPr>
            <w:r>
              <w:t>1</w:t>
            </w:r>
          </w:p>
        </w:tc>
      </w:tr>
    </w:tbl>
    <w:p w14:paraId="4CA4F19B" w14:textId="77777777" w:rsidR="009E13B2" w:rsidRDefault="00323351">
      <w:pPr>
        <w:pStyle w:val="Heading1"/>
      </w:pPr>
      <w:r>
        <w:t>Other manufacturers</w:t>
      </w:r>
    </w:p>
    <w:tbl>
      <w:tblPr>
        <w:tblStyle w:val="TableGrid"/>
        <w:tblW w:w="1008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9E13B2" w14:paraId="38CE2C77" w14:textId="77777777">
        <w:trPr>
          <w:cantSplit/>
          <w:tblHeader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D59B00" w14:textId="77777777" w:rsidR="009E13B2" w:rsidRDefault="00323351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Circuit Diagram Part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A84B16" w14:textId="77777777" w:rsidR="009E13B2" w:rsidRDefault="00323351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5536AD" w14:textId="77777777" w:rsidR="009E13B2" w:rsidRDefault="00323351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Manufacturer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1F60B6" w14:textId="77777777" w:rsidR="009E13B2" w:rsidRDefault="00323351">
            <w:pPr>
              <w:keepLines/>
              <w:spacing w:after="40" w:line="252" w:lineRule="auto"/>
            </w:pPr>
            <w:r>
              <w:rPr>
                <w:b/>
                <w:color w:val="FFFFFF"/>
              </w:rPr>
              <w:t>Part No.</w:t>
            </w:r>
          </w:p>
        </w:tc>
      </w:tr>
      <w:tr w:rsidR="009E13B2" w14:paraId="6D77EC9D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8C9EEE" w14:textId="77777777" w:rsidR="009E13B2" w:rsidRDefault="00323351">
            <w:pPr>
              <w:keepLines/>
              <w:spacing w:after="40" w:line="252" w:lineRule="auto"/>
            </w:pPr>
            <w:r>
              <w:t>U1, U3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B9F82A" w14:textId="77777777" w:rsidR="009E13B2" w:rsidRDefault="00323351">
            <w:pPr>
              <w:keepLines/>
              <w:spacing w:after="40" w:line="252" w:lineRule="auto"/>
            </w:pPr>
            <w:r>
              <w:t>GALI 39+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7225B8" w14:textId="77777777" w:rsidR="009E13B2" w:rsidRDefault="00323351">
            <w:pPr>
              <w:keepLines/>
              <w:spacing w:after="40" w:line="252" w:lineRule="auto"/>
            </w:pPr>
            <w:r>
              <w:t>Mini-Circuits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1DE21B" w14:textId="77777777" w:rsidR="009E13B2" w:rsidRDefault="00323351">
            <w:pPr>
              <w:keepLines/>
              <w:spacing w:after="40" w:line="252" w:lineRule="auto"/>
            </w:pPr>
            <w:r>
              <w:t>GALI 39+</w:t>
            </w:r>
          </w:p>
        </w:tc>
      </w:tr>
      <w:tr w:rsidR="009E13B2" w14:paraId="6894E743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BD35D4" w14:textId="77777777" w:rsidR="009E13B2" w:rsidRDefault="00323351">
            <w:pPr>
              <w:keepLines/>
              <w:spacing w:after="40" w:line="252" w:lineRule="auto"/>
            </w:pPr>
            <w:r>
              <w:t>U2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C6C3FB" w14:textId="77777777" w:rsidR="009E13B2" w:rsidRDefault="00323351">
            <w:pPr>
              <w:keepLines/>
              <w:spacing w:after="40" w:line="252" w:lineRule="auto"/>
            </w:pPr>
            <w:r>
              <w:t>SAV-541+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595656" w14:textId="77777777" w:rsidR="009E13B2" w:rsidRDefault="00323351">
            <w:pPr>
              <w:keepLines/>
              <w:spacing w:after="40" w:line="252" w:lineRule="auto"/>
            </w:pPr>
            <w:r>
              <w:t>Mini-Circuits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521FA6" w14:textId="77777777" w:rsidR="009E13B2" w:rsidRDefault="00323351">
            <w:pPr>
              <w:keepLines/>
              <w:spacing w:after="40" w:line="252" w:lineRule="auto"/>
            </w:pPr>
            <w:r>
              <w:t>SAV-541+</w:t>
            </w:r>
          </w:p>
        </w:tc>
      </w:tr>
      <w:tr w:rsidR="009E13B2" w14:paraId="78B32B93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78EBE1" w14:textId="77777777" w:rsidR="009E13B2" w:rsidRDefault="00323351">
            <w:pPr>
              <w:keepLines/>
              <w:spacing w:after="40" w:line="252" w:lineRule="auto"/>
            </w:pPr>
            <w:r>
              <w:t>U4, U5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FDD7DA" w14:textId="77777777" w:rsidR="009E13B2" w:rsidRDefault="00323351">
            <w:pPr>
              <w:keepLines/>
              <w:spacing w:after="40" w:line="252" w:lineRule="auto"/>
            </w:pPr>
            <w:r>
              <w:t>BFCN-1445+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4E9A1D" w14:textId="77777777" w:rsidR="009E13B2" w:rsidRDefault="00323351">
            <w:pPr>
              <w:keepLines/>
              <w:spacing w:after="40" w:line="252" w:lineRule="auto"/>
            </w:pPr>
            <w:r>
              <w:t>Mini-Circuits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7B3529" w14:textId="77777777" w:rsidR="009E13B2" w:rsidRDefault="00323351">
            <w:pPr>
              <w:keepLines/>
              <w:spacing w:after="40" w:line="252" w:lineRule="auto"/>
            </w:pPr>
            <w:r>
              <w:t>BFCN-1445+</w:t>
            </w:r>
          </w:p>
        </w:tc>
      </w:tr>
      <w:tr w:rsidR="009E13B2" w14:paraId="3BBC086C" w14:textId="77777777">
        <w:trPr>
          <w:cantSplit/>
        </w:trPr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9BA3C3" w14:textId="77777777" w:rsidR="009E13B2" w:rsidRDefault="00323351">
            <w:pPr>
              <w:keepLines/>
              <w:spacing w:after="40" w:line="252" w:lineRule="auto"/>
            </w:pPr>
            <w:r>
              <w:t>Circuit Board Shielding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E61EF8" w14:textId="77777777" w:rsidR="009E13B2" w:rsidRDefault="00323351">
            <w:pPr>
              <w:keepLines/>
              <w:spacing w:after="40" w:line="252" w:lineRule="auto"/>
            </w:pPr>
            <w:r>
              <w:t>RF shield for circuit board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3EF39A" w14:textId="77777777" w:rsidR="009E13B2" w:rsidRDefault="00323351">
            <w:pPr>
              <w:keepLines/>
              <w:spacing w:after="40" w:line="252" w:lineRule="auto"/>
            </w:pPr>
            <w:r>
              <w:t>Leader Tech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1416D0" w14:textId="77777777" w:rsidR="009E13B2" w:rsidRDefault="00323351">
            <w:pPr>
              <w:keepLines/>
              <w:spacing w:after="40" w:line="252" w:lineRule="auto"/>
            </w:pPr>
            <w:r>
              <w:t>14R-CBSA-0.5X2.75X0.13</w:t>
            </w:r>
          </w:p>
        </w:tc>
      </w:tr>
    </w:tbl>
    <w:p w14:paraId="379BEF6D" w14:textId="77777777" w:rsidR="00323351" w:rsidRDefault="00323351"/>
    <w:sectPr w:rsidR="00323351" w:rsidSect="000346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512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89C7E" w14:textId="77777777" w:rsidR="002306CF" w:rsidRDefault="002306CF">
      <w:pPr>
        <w:spacing w:after="0" w:line="240" w:lineRule="auto"/>
      </w:pPr>
      <w:r>
        <w:separator/>
      </w:r>
    </w:p>
  </w:endnote>
  <w:endnote w:type="continuationSeparator" w:id="0">
    <w:p w14:paraId="674D5E46" w14:textId="77777777" w:rsidR="002306CF" w:rsidRDefault="00230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2F72D" w14:textId="77777777" w:rsidR="00905E13" w:rsidRDefault="00905E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C888F" w14:textId="77777777" w:rsidR="00323351" w:rsidRDefault="00323351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A037C" w14:textId="77777777" w:rsidR="00905E13" w:rsidRDefault="00905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A97C1" w14:textId="77777777" w:rsidR="002306CF" w:rsidRDefault="002306CF">
      <w:pPr>
        <w:spacing w:after="0" w:line="240" w:lineRule="auto"/>
      </w:pPr>
      <w:r>
        <w:separator/>
      </w:r>
    </w:p>
  </w:footnote>
  <w:footnote w:type="continuationSeparator" w:id="0">
    <w:p w14:paraId="61C9F035" w14:textId="77777777" w:rsidR="002306CF" w:rsidRDefault="00230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C3B6B" w14:textId="77777777" w:rsidR="00905E13" w:rsidRDefault="00905E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38D11" w14:textId="77777777" w:rsidR="00323351" w:rsidRDefault="00323351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3A26" w14:textId="77777777" w:rsidR="00905E13" w:rsidRDefault="00905E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7312624">
    <w:abstractNumId w:val="8"/>
  </w:num>
  <w:num w:numId="2" w16cid:durableId="1219324045">
    <w:abstractNumId w:val="6"/>
  </w:num>
  <w:num w:numId="3" w16cid:durableId="2122144839">
    <w:abstractNumId w:val="5"/>
  </w:num>
  <w:num w:numId="4" w16cid:durableId="133104373">
    <w:abstractNumId w:val="4"/>
  </w:num>
  <w:num w:numId="5" w16cid:durableId="1022584442">
    <w:abstractNumId w:val="7"/>
  </w:num>
  <w:num w:numId="6" w16cid:durableId="1762025908">
    <w:abstractNumId w:val="3"/>
  </w:num>
  <w:num w:numId="7" w16cid:durableId="664823676">
    <w:abstractNumId w:val="2"/>
  </w:num>
  <w:num w:numId="8" w16cid:durableId="260653085">
    <w:abstractNumId w:val="1"/>
  </w:num>
  <w:num w:numId="9" w16cid:durableId="516624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6530"/>
    <w:rsid w:val="00193081"/>
    <w:rsid w:val="002306CF"/>
    <w:rsid w:val="0029639D"/>
    <w:rsid w:val="002E22D4"/>
    <w:rsid w:val="00323351"/>
    <w:rsid w:val="00326F90"/>
    <w:rsid w:val="005D0E94"/>
    <w:rsid w:val="00735244"/>
    <w:rsid w:val="007974EC"/>
    <w:rsid w:val="00905E13"/>
    <w:rsid w:val="009E13B2"/>
    <w:rsid w:val="00A855B7"/>
    <w:rsid w:val="00AA1D8D"/>
    <w:rsid w:val="00B47730"/>
    <w:rsid w:val="00CB0664"/>
    <w:rsid w:val="00CB11B9"/>
    <w:rsid w:val="00E86E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EEDB4D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hpark.com/shared_projects/zvqWjxWi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icircuits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leadertechinc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igikey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1710</Characters>
  <Application>Microsoft Office Word</Application>
  <DocSecurity>0</DocSecurity>
  <Lines>142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 noise amplifier parts guide revision 3</dc:title>
  <dc:subject/>
  <dc:creator>WVU DSPIRA</dc:creator>
  <cp:keywords/>
  <dc:description/>
  <cp:lastModifiedBy>Dylan Gormley</cp:lastModifiedBy>
  <cp:revision>5</cp:revision>
  <dcterms:created xsi:type="dcterms:W3CDTF">2013-12-23T23:15:00Z</dcterms:created>
  <dcterms:modified xsi:type="dcterms:W3CDTF">2026-09-27T00:42:00Z</dcterms:modified>
  <cp:category/>
</cp:coreProperties>
</file>