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3EED" w14:textId="77777777" w:rsidR="00D4540B" w:rsidRDefault="007A0CCF">
      <w:pPr>
        <w:pStyle w:val="Title"/>
        <w:keepNext/>
      </w:pPr>
      <w:r>
        <w:t>DSPIRA 2018 LNA assembly</w:t>
      </w:r>
    </w:p>
    <w:p w14:paraId="45B3BA94" w14:textId="77777777" w:rsidR="00D4540B" w:rsidRDefault="007A0CCF">
      <w:pPr>
        <w:pStyle w:val="Subtitle"/>
        <w:keepNext/>
      </w:pPr>
      <w:r>
        <w:t>Pranav Sanghavi | June 22, 2018</w:t>
      </w:r>
    </w:p>
    <w:p w14:paraId="1B098740" w14:textId="77777777" w:rsidR="00D4540B" w:rsidRDefault="007A0CCF">
      <w:r>
        <w:t>Institute reference. Match these component values to your board revision.</w:t>
      </w:r>
    </w:p>
    <w:p w14:paraId="57966C21" w14:textId="77777777" w:rsidR="00D4540B" w:rsidRDefault="007A0CCF">
      <w:r>
        <w:t>Refer to the schematic and layout in Figures 1 and 2 while assembling the LNA.</w:t>
      </w:r>
    </w:p>
    <w:p w14:paraId="40BF0B93" w14:textId="77777777" w:rsidR="00D4540B" w:rsidRDefault="007A0CCF">
      <w:pPr>
        <w:pStyle w:val="Heading1"/>
      </w:pPr>
      <w:r>
        <w:t>Assembly</w:t>
      </w:r>
    </w:p>
    <w:p w14:paraId="7C2BDB38" w14:textId="77777777" w:rsidR="00D4540B" w:rsidRDefault="007A0CCF">
      <w:pPr>
        <w:keepNext/>
      </w:pPr>
      <w:r>
        <w:t>Assemble all surface mount passives first: resistors, capacitors, and inductors. Work from left to right on the board. Install components with the same value together.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4540B" w14:paraId="685CEF18" w14:textId="77777777">
        <w:trPr>
          <w:cantSplit/>
          <w:tblHeader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5E4DC" w14:textId="77777777" w:rsidR="00D4540B" w:rsidRDefault="007A0CCF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Component Label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A9ACF4" w14:textId="77777777" w:rsidR="00D4540B" w:rsidRDefault="007A0CCF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Value</w:t>
            </w:r>
          </w:p>
        </w:tc>
      </w:tr>
      <w:tr w:rsidR="00D4540B" w14:paraId="2AB6DB52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4D5F7B" w14:textId="77777777" w:rsidR="00D4540B" w:rsidRDefault="007A0CCF">
            <w:pPr>
              <w:keepLines/>
              <w:spacing w:after="40" w:line="252" w:lineRule="auto"/>
            </w:pPr>
            <w:r>
              <w:t>L2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4E3E0" w14:textId="77777777" w:rsidR="00D4540B" w:rsidRDefault="007A0CCF">
            <w:pPr>
              <w:keepLines/>
              <w:spacing w:after="40" w:line="252" w:lineRule="auto"/>
            </w:pPr>
            <w:r>
              <w:t>10 nH</w:t>
            </w:r>
          </w:p>
        </w:tc>
      </w:tr>
      <w:tr w:rsidR="00D4540B" w14:paraId="6462CC05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8B58D" w14:textId="77777777" w:rsidR="00D4540B" w:rsidRDefault="007A0CCF">
            <w:pPr>
              <w:keepLines/>
              <w:spacing w:after="40" w:line="252" w:lineRule="auto"/>
            </w:pPr>
            <w:r>
              <w:t>L1, L3, L4, L5, L6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29B71E" w14:textId="77777777" w:rsidR="00D4540B" w:rsidRDefault="007A0CCF">
            <w:pPr>
              <w:keepLines/>
              <w:spacing w:after="40" w:line="252" w:lineRule="auto"/>
            </w:pPr>
            <w:r>
              <w:t>100 nH</w:t>
            </w:r>
          </w:p>
        </w:tc>
      </w:tr>
      <w:tr w:rsidR="00D4540B" w14:paraId="0E99C169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39B8A7" w14:textId="77777777" w:rsidR="00D4540B" w:rsidRDefault="007A0CCF">
            <w:pPr>
              <w:keepLines/>
              <w:spacing w:after="40" w:line="252" w:lineRule="auto"/>
            </w:pPr>
            <w:r>
              <w:t>C6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6DBA87" w14:textId="77777777" w:rsidR="00D4540B" w:rsidRDefault="007A0CCF">
            <w:pPr>
              <w:keepLines/>
              <w:spacing w:after="40" w:line="252" w:lineRule="auto"/>
            </w:pPr>
            <w:r>
              <w:t>9.1 pF</w:t>
            </w:r>
          </w:p>
        </w:tc>
      </w:tr>
      <w:tr w:rsidR="00D4540B" w14:paraId="5D5AF5CB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D8FFE" w14:textId="77777777" w:rsidR="00D4540B" w:rsidRDefault="007A0CCF">
            <w:pPr>
              <w:keepLines/>
              <w:spacing w:after="40" w:line="252" w:lineRule="auto"/>
            </w:pPr>
            <w:r>
              <w:t>C1, C5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9DB9E" w14:textId="77777777" w:rsidR="00D4540B" w:rsidRDefault="007A0CCF">
            <w:pPr>
              <w:keepLines/>
              <w:spacing w:after="40" w:line="252" w:lineRule="auto"/>
            </w:pPr>
            <w:r>
              <w:t>27 pF</w:t>
            </w:r>
          </w:p>
        </w:tc>
      </w:tr>
      <w:tr w:rsidR="00D4540B" w14:paraId="6E87AAFE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944BD6" w14:textId="77777777" w:rsidR="00D4540B" w:rsidRDefault="007A0CCF">
            <w:pPr>
              <w:keepLines/>
              <w:spacing w:after="40" w:line="252" w:lineRule="auto"/>
            </w:pPr>
            <w:r>
              <w:t>C15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DF11D" w14:textId="77777777" w:rsidR="00D4540B" w:rsidRDefault="007A0CCF">
            <w:pPr>
              <w:keepLines/>
              <w:spacing w:after="40" w:line="252" w:lineRule="auto"/>
            </w:pPr>
            <w:r>
              <w:t>6.8 pF</w:t>
            </w:r>
          </w:p>
        </w:tc>
      </w:tr>
      <w:tr w:rsidR="00D4540B" w14:paraId="47678110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7BAB9" w14:textId="77777777" w:rsidR="00D4540B" w:rsidRDefault="007A0CCF">
            <w:pPr>
              <w:keepLines/>
              <w:spacing w:after="40" w:line="252" w:lineRule="auto"/>
            </w:pPr>
            <w:r>
              <w:t>C4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32D23" w14:textId="77777777" w:rsidR="00D4540B" w:rsidRDefault="007A0CCF">
            <w:pPr>
              <w:keepLines/>
              <w:spacing w:after="40" w:line="252" w:lineRule="auto"/>
            </w:pPr>
            <w:r>
              <w:t>4700 pF</w:t>
            </w:r>
          </w:p>
        </w:tc>
      </w:tr>
      <w:tr w:rsidR="00D4540B" w14:paraId="76A83D58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CF2B7C" w14:textId="77777777" w:rsidR="00D4540B" w:rsidRDefault="007A0CCF">
            <w:pPr>
              <w:keepLines/>
              <w:spacing w:after="40" w:line="252" w:lineRule="auto"/>
            </w:pPr>
            <w:r>
              <w:t>C2, C3, C7, C8, C9, C10, C11, C12, C13, C14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42ABB" w14:textId="77777777" w:rsidR="00D4540B" w:rsidRDefault="007A0CCF">
            <w:pPr>
              <w:keepLines/>
              <w:spacing w:after="40" w:line="252" w:lineRule="auto"/>
            </w:pPr>
            <w:r>
              <w:t>330 pF</w:t>
            </w:r>
          </w:p>
        </w:tc>
      </w:tr>
      <w:tr w:rsidR="00D4540B" w14:paraId="4C0728D9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464B16" w14:textId="77777777" w:rsidR="00D4540B" w:rsidRDefault="007A0CCF">
            <w:pPr>
              <w:keepLines/>
              <w:spacing w:after="40" w:line="252" w:lineRule="auto"/>
            </w:pPr>
            <w:r>
              <w:t>R5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B570C" w14:textId="77777777" w:rsidR="00D4540B" w:rsidRDefault="007A0CCF">
            <w:pPr>
              <w:keepLines/>
              <w:spacing w:after="40" w:line="252" w:lineRule="auto"/>
            </w:pPr>
            <w:r>
              <w:t>4.7k Ω</w:t>
            </w:r>
          </w:p>
        </w:tc>
      </w:tr>
      <w:tr w:rsidR="00D4540B" w14:paraId="6E6887B2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6DD3B" w14:textId="77777777" w:rsidR="00D4540B" w:rsidRDefault="007A0CCF">
            <w:pPr>
              <w:keepLines/>
              <w:spacing w:after="40" w:line="252" w:lineRule="auto"/>
            </w:pPr>
            <w:r>
              <w:t>R2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1F674" w14:textId="77777777" w:rsidR="00D4540B" w:rsidRDefault="007A0CCF">
            <w:pPr>
              <w:keepLines/>
              <w:spacing w:after="40" w:line="252" w:lineRule="auto"/>
            </w:pPr>
            <w:r>
              <w:t>27k Ω</w:t>
            </w:r>
          </w:p>
        </w:tc>
      </w:tr>
      <w:tr w:rsidR="00D4540B" w14:paraId="3FAEA3C5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AA369" w14:textId="77777777" w:rsidR="00D4540B" w:rsidRDefault="007A0CCF">
            <w:pPr>
              <w:keepLines/>
              <w:spacing w:after="40" w:line="252" w:lineRule="auto"/>
            </w:pPr>
            <w:r>
              <w:t>R1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CBD4C6" w14:textId="77777777" w:rsidR="00D4540B" w:rsidRDefault="007A0CCF">
            <w:pPr>
              <w:keepLines/>
              <w:spacing w:after="40" w:line="252" w:lineRule="auto"/>
            </w:pPr>
            <w:r>
              <w:t>33k Ω</w:t>
            </w:r>
          </w:p>
        </w:tc>
      </w:tr>
      <w:tr w:rsidR="00D4540B" w14:paraId="0E945E98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D8F84" w14:textId="77777777" w:rsidR="00D4540B" w:rsidRDefault="007A0CCF">
            <w:pPr>
              <w:keepLines/>
              <w:spacing w:after="40" w:line="252" w:lineRule="auto"/>
            </w:pPr>
            <w:r>
              <w:t>R3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07715A" w14:textId="77777777" w:rsidR="00D4540B" w:rsidRDefault="007A0CCF">
            <w:pPr>
              <w:keepLines/>
              <w:spacing w:after="40" w:line="252" w:lineRule="auto"/>
            </w:pPr>
            <w:r>
              <w:t>50 Ω</w:t>
            </w:r>
          </w:p>
        </w:tc>
      </w:tr>
      <w:tr w:rsidR="00D4540B" w14:paraId="291487F8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D98F9" w14:textId="77777777" w:rsidR="00D4540B" w:rsidRDefault="007A0CCF">
            <w:pPr>
              <w:keepLines/>
              <w:spacing w:after="40" w:line="252" w:lineRule="auto"/>
            </w:pPr>
            <w:r>
              <w:t>R8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E28BA8" w14:textId="77777777" w:rsidR="00D4540B" w:rsidRDefault="007A0CCF">
            <w:pPr>
              <w:keepLines/>
              <w:spacing w:after="40" w:line="252" w:lineRule="auto"/>
            </w:pPr>
            <w:r>
              <w:t>150 Ω</w:t>
            </w:r>
          </w:p>
        </w:tc>
      </w:tr>
      <w:tr w:rsidR="00D4540B" w14:paraId="534FD6A2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10A11" w14:textId="77777777" w:rsidR="00D4540B" w:rsidRDefault="007A0CCF">
            <w:pPr>
              <w:keepLines/>
              <w:spacing w:after="40" w:line="252" w:lineRule="auto"/>
            </w:pPr>
            <w:r>
              <w:t>R4, R13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BE0E8" w14:textId="77777777" w:rsidR="00D4540B" w:rsidRDefault="007A0CCF">
            <w:pPr>
              <w:keepLines/>
              <w:spacing w:after="40" w:line="252" w:lineRule="auto"/>
            </w:pPr>
            <w:r>
              <w:t>43 Ω</w:t>
            </w:r>
          </w:p>
        </w:tc>
      </w:tr>
      <w:tr w:rsidR="00D4540B" w14:paraId="12B94F5A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E9E117" w14:textId="77777777" w:rsidR="00D4540B" w:rsidRDefault="007A0CCF">
            <w:pPr>
              <w:keepLines/>
              <w:spacing w:after="40" w:line="252" w:lineRule="auto"/>
            </w:pPr>
            <w:r>
              <w:t>R6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CF9D5" w14:textId="77777777" w:rsidR="00D4540B" w:rsidRDefault="007A0CCF">
            <w:pPr>
              <w:keepLines/>
              <w:spacing w:after="40" w:line="252" w:lineRule="auto"/>
            </w:pPr>
            <w:r>
              <w:t>17.4 Ω</w:t>
            </w:r>
          </w:p>
        </w:tc>
      </w:tr>
      <w:tr w:rsidR="00D4540B" w14:paraId="15C5E1C5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5E39E" w14:textId="77777777" w:rsidR="00D4540B" w:rsidRDefault="007A0CCF">
            <w:pPr>
              <w:keepLines/>
              <w:spacing w:after="40" w:line="252" w:lineRule="auto"/>
            </w:pPr>
            <w:r>
              <w:t>R7, R14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A1FE1" w14:textId="77777777" w:rsidR="00D4540B" w:rsidRDefault="007A0CCF">
            <w:pPr>
              <w:keepLines/>
              <w:spacing w:after="40" w:line="252" w:lineRule="auto"/>
            </w:pPr>
            <w:r>
              <w:t>5.8 Ω</w:t>
            </w:r>
          </w:p>
        </w:tc>
      </w:tr>
      <w:tr w:rsidR="00D4540B" w14:paraId="3B91262E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2ECAD" w14:textId="77777777" w:rsidR="00D4540B" w:rsidRDefault="007A0CCF">
            <w:pPr>
              <w:keepLines/>
              <w:spacing w:after="40" w:line="252" w:lineRule="auto"/>
            </w:pPr>
            <w:r>
              <w:t>R9, R10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EE85D5" w14:textId="77777777" w:rsidR="00D4540B" w:rsidRDefault="007A0CCF">
            <w:pPr>
              <w:keepLines/>
              <w:spacing w:after="40" w:line="252" w:lineRule="auto"/>
            </w:pPr>
            <w:r>
              <w:t>287 Ω</w:t>
            </w:r>
          </w:p>
        </w:tc>
      </w:tr>
      <w:tr w:rsidR="00D4540B" w14:paraId="080525E3" w14:textId="7777777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727878" w14:textId="77777777" w:rsidR="00D4540B" w:rsidRDefault="007A0CCF">
            <w:pPr>
              <w:keepLines/>
              <w:spacing w:after="40" w:line="252" w:lineRule="auto"/>
            </w:pPr>
            <w:r>
              <w:t>R11, R12, R15, R16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4718E" w14:textId="77777777" w:rsidR="00D4540B" w:rsidRDefault="007A0CCF">
            <w:pPr>
              <w:keepLines/>
              <w:spacing w:after="40" w:line="252" w:lineRule="auto"/>
            </w:pPr>
            <w:r>
              <w:t>870 Ω</w:t>
            </w:r>
          </w:p>
        </w:tc>
      </w:tr>
    </w:tbl>
    <w:p w14:paraId="488B2C03" w14:textId="77777777" w:rsidR="00D4540B" w:rsidRDefault="007A0CCF">
      <w:pPr>
        <w:pStyle w:val="Heading2"/>
      </w:pPr>
      <w:r>
        <w:lastRenderedPageBreak/>
        <w:t>Now place the actives: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D4540B" w14:paraId="15CC30A9" w14:textId="77777777">
        <w:trPr>
          <w:cantSplit/>
          <w:tblHeader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451EC" w14:textId="77777777" w:rsidR="00D4540B" w:rsidRDefault="007A0CCF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Component label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67949C" w14:textId="77777777" w:rsidR="00D4540B" w:rsidRDefault="007A0CCF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Value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BD28A0" w14:textId="77777777" w:rsidR="00D4540B" w:rsidRDefault="007A0CCF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Notes</w:t>
            </w:r>
          </w:p>
        </w:tc>
      </w:tr>
      <w:tr w:rsidR="00D4540B" w14:paraId="50658112" w14:textId="77777777">
        <w:trPr>
          <w:cantSplit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736F27" w14:textId="77777777" w:rsidR="00D4540B" w:rsidRDefault="007A0CCF">
            <w:pPr>
              <w:keepLines/>
              <w:spacing w:after="40" w:line="252" w:lineRule="auto"/>
            </w:pPr>
            <w:r>
              <w:t>U2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C0801" w14:textId="77777777" w:rsidR="00D4540B" w:rsidRDefault="007A0CCF">
            <w:pPr>
              <w:keepLines/>
              <w:spacing w:after="40" w:line="252" w:lineRule="auto"/>
            </w:pPr>
            <w:r>
              <w:t>SAV-541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4BEA39" w14:textId="77777777" w:rsidR="00D4540B" w:rsidRDefault="007A0CCF">
            <w:pPr>
              <w:keepLines/>
              <w:spacing w:after="40" w:line="252" w:lineRule="auto"/>
            </w:pPr>
            <w:r>
              <w:t>Make sure the large pad lines up with the big foot</w:t>
            </w:r>
          </w:p>
        </w:tc>
      </w:tr>
      <w:tr w:rsidR="00D4540B" w14:paraId="71492B9E" w14:textId="77777777">
        <w:trPr>
          <w:cantSplit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56CC0" w14:textId="77777777" w:rsidR="00D4540B" w:rsidRDefault="007A0CCF">
            <w:pPr>
              <w:keepLines/>
              <w:spacing w:after="40" w:line="252" w:lineRule="auto"/>
            </w:pPr>
            <w:r>
              <w:t>U1, U3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F9DA18" w14:textId="77777777" w:rsidR="00D4540B" w:rsidRDefault="007A0CCF">
            <w:pPr>
              <w:keepLines/>
              <w:spacing w:after="40" w:line="252" w:lineRule="auto"/>
            </w:pPr>
            <w:r>
              <w:t>GALI-39+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30841D" w14:textId="77777777" w:rsidR="00D4540B" w:rsidRDefault="00D4540B">
            <w:pPr>
              <w:keepLines/>
              <w:spacing w:after="40" w:line="252" w:lineRule="auto"/>
            </w:pPr>
          </w:p>
        </w:tc>
      </w:tr>
      <w:tr w:rsidR="00D4540B" w14:paraId="5778270D" w14:textId="77777777">
        <w:trPr>
          <w:cantSplit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B397F" w14:textId="77777777" w:rsidR="00D4540B" w:rsidRDefault="007A0CCF">
            <w:pPr>
              <w:keepLines/>
              <w:spacing w:after="40" w:line="252" w:lineRule="auto"/>
            </w:pPr>
            <w:r>
              <w:t>U4, U5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98298" w14:textId="77777777" w:rsidR="00D4540B" w:rsidRDefault="007A0CCF">
            <w:pPr>
              <w:keepLines/>
              <w:spacing w:after="40" w:line="252" w:lineRule="auto"/>
            </w:pPr>
            <w:r>
              <w:t>BFCN-1445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93E9AB" w14:textId="77777777" w:rsidR="00D4540B" w:rsidRDefault="007A0CCF">
            <w:pPr>
              <w:keepLines/>
              <w:spacing w:after="40" w:line="252" w:lineRule="auto"/>
            </w:pPr>
            <w:r>
              <w:t>Align dot to point towards input</w:t>
            </w:r>
          </w:p>
        </w:tc>
      </w:tr>
      <w:tr w:rsidR="00D4540B" w14:paraId="13756B63" w14:textId="77777777">
        <w:trPr>
          <w:cantSplit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7F0713" w14:textId="77777777" w:rsidR="00D4540B" w:rsidRDefault="007A0CCF">
            <w:pPr>
              <w:keepLines/>
              <w:spacing w:after="40" w:line="252" w:lineRule="auto"/>
            </w:pPr>
            <w:r>
              <w:t>IC1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3F2637" w14:textId="77777777" w:rsidR="00D4540B" w:rsidRDefault="007A0CCF">
            <w:pPr>
              <w:keepLines/>
              <w:spacing w:after="40" w:line="252" w:lineRule="auto"/>
            </w:pPr>
            <w:r>
              <w:t>LM2940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9DC4D" w14:textId="77777777" w:rsidR="00D4540B" w:rsidRDefault="00D4540B">
            <w:pPr>
              <w:keepLines/>
              <w:spacing w:after="40" w:line="252" w:lineRule="auto"/>
            </w:pPr>
          </w:p>
        </w:tc>
      </w:tr>
    </w:tbl>
    <w:p w14:paraId="1AA580A5" w14:textId="77777777" w:rsidR="00D4540B" w:rsidRDefault="00D4540B">
      <w:pPr>
        <w:sectPr w:rsidR="00D454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512" w:right="1080" w:bottom="1080" w:left="1080" w:header="432" w:footer="432" w:gutter="0"/>
          <w:cols w:space="720"/>
          <w:docGrid w:linePitch="360"/>
        </w:sectPr>
      </w:pPr>
    </w:p>
    <w:p w14:paraId="5A44FEF3" w14:textId="77777777" w:rsidR="00D4540B" w:rsidRDefault="007A0CCF">
      <w:pPr>
        <w:pStyle w:val="Heading1"/>
      </w:pPr>
      <w:r>
        <w:lastRenderedPageBreak/>
        <w:t>Figure 1: LNA circuit schematic</w:t>
      </w:r>
    </w:p>
    <w:p w14:paraId="23F59548" w14:textId="77777777" w:rsidR="00D4540B" w:rsidRDefault="007A0CCF">
      <w:r>
        <w:rPr>
          <w:noProof/>
        </w:rPr>
        <w:drawing>
          <wp:inline distT="0" distB="0" distL="0" distR="0" wp14:anchorId="44B97D2C" wp14:editId="1B03CBD7">
            <wp:extent cx="8595360" cy="48809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titute-landscape-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88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CBF4E" w14:textId="77777777" w:rsidR="00D4540B" w:rsidRDefault="00D4540B">
      <w:pPr>
        <w:sectPr w:rsidR="00D4540B">
          <w:headerReference w:type="default" r:id="rId15"/>
          <w:footerReference w:type="default" r:id="rId16"/>
          <w:pgSz w:w="15840" w:h="12240" w:orient="landscape"/>
          <w:pgMar w:top="1512" w:right="1080" w:bottom="1080" w:left="1080" w:header="432" w:footer="432" w:gutter="0"/>
          <w:cols w:space="720"/>
          <w:docGrid w:linePitch="360"/>
        </w:sectPr>
      </w:pPr>
    </w:p>
    <w:p w14:paraId="29F3C624" w14:textId="77777777" w:rsidR="00D4540B" w:rsidRDefault="007A0CCF">
      <w:pPr>
        <w:pStyle w:val="Heading1"/>
      </w:pPr>
      <w:r>
        <w:lastRenderedPageBreak/>
        <w:t>Figure 2: LNA board layout</w:t>
      </w:r>
    </w:p>
    <w:p w14:paraId="08050C67" w14:textId="77777777" w:rsidR="00D4540B" w:rsidRDefault="007A0CCF">
      <w:r>
        <w:rPr>
          <w:noProof/>
        </w:rPr>
        <w:drawing>
          <wp:inline distT="0" distB="0" distL="0" distR="0" wp14:anchorId="7BAFBC30" wp14:editId="1FD36969">
            <wp:extent cx="8595360" cy="48809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titute-landscape-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88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40B" w:rsidSect="00034616">
      <w:headerReference w:type="default" r:id="rId18"/>
      <w:footerReference w:type="default" r:id="rId19"/>
      <w:pgSz w:w="15840" w:h="12240" w:orient="landscape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D54D0" w14:textId="77777777" w:rsidR="000A5AD9" w:rsidRDefault="000A5AD9">
      <w:pPr>
        <w:spacing w:after="0" w:line="240" w:lineRule="auto"/>
      </w:pPr>
      <w:r>
        <w:separator/>
      </w:r>
    </w:p>
  </w:endnote>
  <w:endnote w:type="continuationSeparator" w:id="0">
    <w:p w14:paraId="47FB0EAA" w14:textId="77777777" w:rsidR="000A5AD9" w:rsidRDefault="000A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2F52" w14:textId="77777777" w:rsidR="005F1BE6" w:rsidRDefault="005F1B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0288" w14:textId="77777777" w:rsidR="007A0CCF" w:rsidRDefault="007A0CCF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0BB2" w14:textId="77777777" w:rsidR="005F1BE6" w:rsidRDefault="005F1BE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9EEF" w14:textId="77777777" w:rsidR="007A0CCF" w:rsidRDefault="007A0CCF">
    <w:pPr>
      <w:pStyle w:val="Footer"/>
      <w:tabs>
        <w:tab w:val="right" w:pos="136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9C91" w14:textId="77777777" w:rsidR="007A0CCF" w:rsidRDefault="007A0CCF">
    <w:pPr>
      <w:pStyle w:val="Footer"/>
      <w:tabs>
        <w:tab w:val="right" w:pos="136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A25AF" w14:textId="77777777" w:rsidR="000A5AD9" w:rsidRDefault="000A5AD9">
      <w:pPr>
        <w:spacing w:after="0" w:line="240" w:lineRule="auto"/>
      </w:pPr>
      <w:r>
        <w:separator/>
      </w:r>
    </w:p>
  </w:footnote>
  <w:footnote w:type="continuationSeparator" w:id="0">
    <w:p w14:paraId="7DCED812" w14:textId="77777777" w:rsidR="000A5AD9" w:rsidRDefault="000A5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A1BE" w14:textId="77777777" w:rsidR="005F1BE6" w:rsidRDefault="005F1B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86BEB" w14:textId="77777777" w:rsidR="007A0CCF" w:rsidRDefault="007A0CCF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7D5D" w14:textId="77777777" w:rsidR="005F1BE6" w:rsidRDefault="005F1BE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0015" w14:textId="77777777" w:rsidR="007A0CCF" w:rsidRDefault="007A0CCF">
    <w:pPr>
      <w:pStyle w:val="Header"/>
      <w:pBdr>
        <w:bottom w:val="single" w:sz="16" w:space="0" w:color="EEAA00"/>
      </w:pBdr>
      <w:shd w:val="clear" w:color="auto" w:fill="002855"/>
      <w:tabs>
        <w:tab w:val="right" w:pos="134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F41D" w14:textId="77777777" w:rsidR="007A0CCF" w:rsidRDefault="007A0CCF">
    <w:pPr>
      <w:pStyle w:val="Header"/>
      <w:pBdr>
        <w:bottom w:val="single" w:sz="16" w:space="0" w:color="EEAA00"/>
      </w:pBdr>
      <w:shd w:val="clear" w:color="auto" w:fill="002855"/>
      <w:tabs>
        <w:tab w:val="right" w:pos="134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6355961">
    <w:abstractNumId w:val="8"/>
  </w:num>
  <w:num w:numId="2" w16cid:durableId="89545316">
    <w:abstractNumId w:val="6"/>
  </w:num>
  <w:num w:numId="3" w16cid:durableId="689798328">
    <w:abstractNumId w:val="5"/>
  </w:num>
  <w:num w:numId="4" w16cid:durableId="91560804">
    <w:abstractNumId w:val="4"/>
  </w:num>
  <w:num w:numId="5" w16cid:durableId="979573511">
    <w:abstractNumId w:val="7"/>
  </w:num>
  <w:num w:numId="6" w16cid:durableId="125854103">
    <w:abstractNumId w:val="3"/>
  </w:num>
  <w:num w:numId="7" w16cid:durableId="134953702">
    <w:abstractNumId w:val="2"/>
  </w:num>
  <w:num w:numId="8" w16cid:durableId="429666084">
    <w:abstractNumId w:val="1"/>
  </w:num>
  <w:num w:numId="9" w16cid:durableId="185934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AD9"/>
    <w:rsid w:val="0015074B"/>
    <w:rsid w:val="00176530"/>
    <w:rsid w:val="0029639D"/>
    <w:rsid w:val="00326F90"/>
    <w:rsid w:val="005D0E94"/>
    <w:rsid w:val="005F1BE6"/>
    <w:rsid w:val="00735244"/>
    <w:rsid w:val="007974EC"/>
    <w:rsid w:val="007A0CCF"/>
    <w:rsid w:val="009D32C2"/>
    <w:rsid w:val="00A16892"/>
    <w:rsid w:val="00AA1D8D"/>
    <w:rsid w:val="00B47730"/>
    <w:rsid w:val="00C51894"/>
    <w:rsid w:val="00CB0664"/>
    <w:rsid w:val="00D4540B"/>
    <w:rsid w:val="00D87617"/>
    <w:rsid w:val="00E86B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74A219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</Words>
  <Characters>790</Characters>
  <Application>Microsoft Office Word</Application>
  <DocSecurity>0</DocSecurity>
  <Lines>65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DSPIRA 2018 LNA assembly</dc:title>
  <dc:subject/>
  <dc:creator>Pranav Sanghavi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2026-09-27T00:42:00Z</dcterms:modified>
  <cp:category/>
</cp:coreProperties>
</file>